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6443"/>
      </w:tblGrid>
      <w:tr w:rsidR="0070015C" w:rsidRPr="0070015C" w:rsidTr="0070015C">
        <w:trPr>
          <w:jc w:val="center"/>
        </w:trPr>
        <w:tc>
          <w:tcPr>
            <w:tcW w:w="2235" w:type="dxa"/>
          </w:tcPr>
          <w:p w:rsidR="0070015C" w:rsidRPr="0070015C" w:rsidRDefault="0070015C">
            <w:pPr>
              <w:rPr>
                <w:b/>
                <w:sz w:val="28"/>
                <w:szCs w:val="28"/>
              </w:rPr>
            </w:pPr>
            <w:r w:rsidRPr="0070015C">
              <w:rPr>
                <w:b/>
                <w:sz w:val="28"/>
                <w:szCs w:val="28"/>
              </w:rPr>
              <w:t>CÔNG TY …</w:t>
            </w:r>
          </w:p>
        </w:tc>
        <w:tc>
          <w:tcPr>
            <w:tcW w:w="6621" w:type="dxa"/>
          </w:tcPr>
          <w:p w:rsidR="0070015C" w:rsidRPr="0070015C" w:rsidRDefault="0070015C" w:rsidP="0070015C">
            <w:pPr>
              <w:jc w:val="center"/>
              <w:rPr>
                <w:b/>
                <w:sz w:val="28"/>
                <w:szCs w:val="28"/>
              </w:rPr>
            </w:pPr>
            <w:r w:rsidRPr="0070015C">
              <w:rPr>
                <w:b/>
                <w:sz w:val="28"/>
                <w:szCs w:val="28"/>
              </w:rPr>
              <w:t>CỘNG HÒA XÃ HỘI CHỦ NGHĨA VIỆT NAM</w:t>
            </w:r>
          </w:p>
          <w:p w:rsidR="0070015C" w:rsidRPr="0070015C" w:rsidRDefault="0070015C" w:rsidP="0070015C">
            <w:pPr>
              <w:jc w:val="center"/>
              <w:rPr>
                <w:b/>
                <w:sz w:val="28"/>
                <w:szCs w:val="28"/>
              </w:rPr>
            </w:pPr>
            <w:r w:rsidRPr="0070015C">
              <w:rPr>
                <w:b/>
                <w:sz w:val="28"/>
                <w:szCs w:val="28"/>
              </w:rPr>
              <w:t>Độc lập-Tự do-Hạnh phúc</w:t>
            </w:r>
          </w:p>
          <w:p w:rsidR="0070015C" w:rsidRPr="0070015C" w:rsidRDefault="0070015C" w:rsidP="0070015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70015C" w:rsidRPr="0070015C" w:rsidRDefault="0070015C" w:rsidP="0070015C">
      <w:pPr>
        <w:jc w:val="right"/>
        <w:rPr>
          <w:i/>
          <w:sz w:val="28"/>
          <w:szCs w:val="28"/>
        </w:rPr>
      </w:pPr>
      <w:r w:rsidRPr="0070015C">
        <w:rPr>
          <w:i/>
          <w:sz w:val="28"/>
          <w:szCs w:val="28"/>
        </w:rPr>
        <w:t>[Địa danh], ngày [ ] tháng [ ] năm [ ]</w:t>
      </w:r>
    </w:p>
    <w:p w:rsidR="00EF3A51" w:rsidRPr="0070015C" w:rsidRDefault="0070015C">
      <w:pPr>
        <w:jc w:val="center"/>
        <w:rPr>
          <w:sz w:val="28"/>
          <w:szCs w:val="28"/>
        </w:rPr>
      </w:pPr>
      <w:r w:rsidRPr="0070015C">
        <w:rPr>
          <w:b/>
          <w:sz w:val="28"/>
          <w:szCs w:val="28"/>
        </w:rPr>
        <w:t>THÔNG BÁO</w:t>
      </w:r>
    </w:p>
    <w:p w:rsidR="00EF3A51" w:rsidRPr="0070015C" w:rsidRDefault="0070015C">
      <w:pPr>
        <w:jc w:val="center"/>
        <w:rPr>
          <w:sz w:val="28"/>
          <w:szCs w:val="28"/>
        </w:rPr>
      </w:pPr>
      <w:r w:rsidRPr="0070015C">
        <w:rPr>
          <w:sz w:val="28"/>
          <w:szCs w:val="28"/>
        </w:rPr>
        <w:t>V</w:t>
      </w:r>
      <w:r w:rsidRPr="0070015C">
        <w:rPr>
          <w:sz w:val="28"/>
          <w:szCs w:val="28"/>
        </w:rPr>
        <w:t>ề</w:t>
      </w:r>
      <w:r w:rsidRPr="0070015C">
        <w:rPr>
          <w:sz w:val="28"/>
          <w:szCs w:val="28"/>
        </w:rPr>
        <w:t xml:space="preserve"> vi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c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nh</w:t>
      </w:r>
      <w:r w:rsidRPr="0070015C">
        <w:rPr>
          <w:sz w:val="28"/>
          <w:szCs w:val="28"/>
        </w:rPr>
        <w:t>ấ</w:t>
      </w:r>
      <w:r w:rsidRPr="0070015C">
        <w:rPr>
          <w:sz w:val="28"/>
          <w:szCs w:val="28"/>
        </w:rPr>
        <w:t>t công ty theo 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a gi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hành chính m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sau sáp nh</w:t>
      </w:r>
      <w:r w:rsidRPr="0070015C">
        <w:rPr>
          <w:sz w:val="28"/>
          <w:szCs w:val="28"/>
        </w:rPr>
        <w:t>ậ</w:t>
      </w:r>
      <w:r w:rsidRPr="0070015C">
        <w:rPr>
          <w:sz w:val="28"/>
          <w:szCs w:val="28"/>
        </w:rPr>
        <w:t>p t</w:t>
      </w:r>
      <w:r w:rsidRPr="0070015C">
        <w:rPr>
          <w:sz w:val="28"/>
          <w:szCs w:val="28"/>
        </w:rPr>
        <w:t>ỉ</w:t>
      </w:r>
      <w:r w:rsidRPr="0070015C">
        <w:rPr>
          <w:sz w:val="28"/>
          <w:szCs w:val="28"/>
        </w:rPr>
        <w:t>nh/thành ph</w:t>
      </w:r>
      <w:r w:rsidRPr="0070015C">
        <w:rPr>
          <w:sz w:val="28"/>
          <w:szCs w:val="28"/>
        </w:rPr>
        <w:t>ố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Kính g</w:t>
      </w:r>
      <w:r w:rsidRPr="0070015C">
        <w:rPr>
          <w:sz w:val="28"/>
          <w:szCs w:val="28"/>
        </w:rPr>
        <w:t>ử</w:t>
      </w:r>
      <w:r w:rsidRPr="0070015C">
        <w:rPr>
          <w:sz w:val="28"/>
          <w:szCs w:val="28"/>
        </w:rPr>
        <w:t>i: Quý Đ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i tác, Khách hàng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Trư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c h</w:t>
      </w:r>
      <w:r w:rsidRPr="0070015C">
        <w:rPr>
          <w:sz w:val="28"/>
          <w:szCs w:val="28"/>
        </w:rPr>
        <w:t>ế</w:t>
      </w:r>
      <w:r w:rsidRPr="0070015C">
        <w:rPr>
          <w:sz w:val="28"/>
          <w:szCs w:val="28"/>
        </w:rPr>
        <w:t>t, chúng tôi xin g</w:t>
      </w:r>
      <w:r w:rsidRPr="0070015C">
        <w:rPr>
          <w:sz w:val="28"/>
          <w:szCs w:val="28"/>
        </w:rPr>
        <w:t>ử</w:t>
      </w:r>
      <w:r w:rsidRPr="0070015C">
        <w:rPr>
          <w:sz w:val="28"/>
          <w:szCs w:val="28"/>
        </w:rPr>
        <w:t>i t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Quý Đ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i tác, Khách hàng l</w:t>
      </w:r>
      <w:r w:rsidRPr="0070015C">
        <w:rPr>
          <w:sz w:val="28"/>
          <w:szCs w:val="28"/>
        </w:rPr>
        <w:t>ờ</w:t>
      </w:r>
      <w:r w:rsidRPr="0070015C">
        <w:rPr>
          <w:sz w:val="28"/>
          <w:szCs w:val="28"/>
        </w:rPr>
        <w:t>i chào trân tr</w:t>
      </w:r>
      <w:r w:rsidRPr="0070015C">
        <w:rPr>
          <w:sz w:val="28"/>
          <w:szCs w:val="28"/>
        </w:rPr>
        <w:t>ọ</w:t>
      </w:r>
      <w:r w:rsidRPr="0070015C">
        <w:rPr>
          <w:sz w:val="28"/>
          <w:szCs w:val="28"/>
        </w:rPr>
        <w:t>ng và l</w:t>
      </w:r>
      <w:r w:rsidRPr="0070015C">
        <w:rPr>
          <w:sz w:val="28"/>
          <w:szCs w:val="28"/>
        </w:rPr>
        <w:t>ờ</w:t>
      </w:r>
      <w:r w:rsidRPr="0070015C">
        <w:rPr>
          <w:sz w:val="28"/>
          <w:szCs w:val="28"/>
        </w:rPr>
        <w:t>i c</w:t>
      </w:r>
      <w:r w:rsidRPr="0070015C">
        <w:rPr>
          <w:sz w:val="28"/>
          <w:szCs w:val="28"/>
        </w:rPr>
        <w:t>ả</w:t>
      </w:r>
      <w:r w:rsidRPr="0070015C">
        <w:rPr>
          <w:sz w:val="28"/>
          <w:szCs w:val="28"/>
        </w:rPr>
        <w:t>m ơn chân thành vì s</w:t>
      </w:r>
      <w:r w:rsidRPr="0070015C">
        <w:rPr>
          <w:sz w:val="28"/>
          <w:szCs w:val="28"/>
        </w:rPr>
        <w:t>ự</w:t>
      </w:r>
      <w:r w:rsidRPr="0070015C">
        <w:rPr>
          <w:sz w:val="28"/>
          <w:szCs w:val="28"/>
        </w:rPr>
        <w:t xml:space="preserve"> đ</w:t>
      </w:r>
      <w:r w:rsidRPr="0070015C">
        <w:rPr>
          <w:sz w:val="28"/>
          <w:szCs w:val="28"/>
        </w:rPr>
        <w:t>ồ</w:t>
      </w:r>
      <w:r w:rsidRPr="0070015C">
        <w:rPr>
          <w:sz w:val="28"/>
          <w:szCs w:val="28"/>
        </w:rPr>
        <w:t>ng hành và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tác trong su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t th</w:t>
      </w:r>
      <w:r w:rsidRPr="0070015C">
        <w:rPr>
          <w:sz w:val="28"/>
          <w:szCs w:val="28"/>
        </w:rPr>
        <w:t>ờ</w:t>
      </w:r>
      <w:r w:rsidRPr="0070015C">
        <w:rPr>
          <w:sz w:val="28"/>
          <w:szCs w:val="28"/>
        </w:rPr>
        <w:t>i gian qua.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Căn c</w:t>
      </w:r>
      <w:r w:rsidRPr="0070015C">
        <w:rPr>
          <w:sz w:val="28"/>
          <w:szCs w:val="28"/>
        </w:rPr>
        <w:t>ứ</w:t>
      </w:r>
      <w:r w:rsidRPr="0070015C">
        <w:rPr>
          <w:sz w:val="28"/>
          <w:szCs w:val="28"/>
        </w:rPr>
        <w:t xml:space="preserve"> theo quy 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nh c</w:t>
      </w:r>
      <w:r w:rsidRPr="0070015C">
        <w:rPr>
          <w:sz w:val="28"/>
          <w:szCs w:val="28"/>
        </w:rPr>
        <w:t>ủ</w:t>
      </w:r>
      <w:r w:rsidRPr="0070015C">
        <w:rPr>
          <w:sz w:val="28"/>
          <w:szCs w:val="28"/>
        </w:rPr>
        <w:t>a Chính ph</w:t>
      </w:r>
      <w:r w:rsidRPr="0070015C">
        <w:rPr>
          <w:sz w:val="28"/>
          <w:szCs w:val="28"/>
        </w:rPr>
        <w:t>ủ</w:t>
      </w:r>
      <w:r w:rsidRPr="0070015C">
        <w:rPr>
          <w:sz w:val="28"/>
          <w:szCs w:val="28"/>
        </w:rPr>
        <w:t xml:space="preserve"> v</w:t>
      </w:r>
      <w:r w:rsidRPr="0070015C">
        <w:rPr>
          <w:sz w:val="28"/>
          <w:szCs w:val="28"/>
        </w:rPr>
        <w:t>ề</w:t>
      </w:r>
      <w:r w:rsidRPr="0070015C">
        <w:rPr>
          <w:sz w:val="28"/>
          <w:szCs w:val="28"/>
        </w:rPr>
        <w:t xml:space="preserve"> vi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c đi</w:t>
      </w:r>
      <w:r w:rsidRPr="0070015C">
        <w:rPr>
          <w:sz w:val="28"/>
          <w:szCs w:val="28"/>
        </w:rPr>
        <w:t>ề</w:t>
      </w:r>
      <w:r w:rsidRPr="0070015C">
        <w:rPr>
          <w:sz w:val="28"/>
          <w:szCs w:val="28"/>
        </w:rPr>
        <w:t>u ch</w:t>
      </w:r>
      <w:r w:rsidRPr="0070015C">
        <w:rPr>
          <w:sz w:val="28"/>
          <w:szCs w:val="28"/>
        </w:rPr>
        <w:t>ỉ</w:t>
      </w:r>
      <w:r w:rsidRPr="0070015C">
        <w:rPr>
          <w:sz w:val="28"/>
          <w:szCs w:val="28"/>
        </w:rPr>
        <w:t>nh 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a gi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hành chính c</w:t>
      </w:r>
      <w:r w:rsidRPr="0070015C">
        <w:rPr>
          <w:sz w:val="28"/>
          <w:szCs w:val="28"/>
        </w:rPr>
        <w:t>ấ</w:t>
      </w:r>
      <w:r w:rsidRPr="0070015C">
        <w:rPr>
          <w:sz w:val="28"/>
          <w:szCs w:val="28"/>
        </w:rPr>
        <w:t>p t</w:t>
      </w:r>
      <w:r w:rsidRPr="0070015C">
        <w:rPr>
          <w:sz w:val="28"/>
          <w:szCs w:val="28"/>
        </w:rPr>
        <w:t>ỉ</w:t>
      </w:r>
      <w:r w:rsidRPr="0070015C">
        <w:rPr>
          <w:sz w:val="28"/>
          <w:szCs w:val="28"/>
        </w:rPr>
        <w:t>nh, theo đó m</w:t>
      </w:r>
      <w:r w:rsidRPr="0070015C">
        <w:rPr>
          <w:sz w:val="28"/>
          <w:szCs w:val="28"/>
        </w:rPr>
        <w:t>ộ</w:t>
      </w:r>
      <w:r w:rsidRPr="0070015C">
        <w:rPr>
          <w:sz w:val="28"/>
          <w:szCs w:val="28"/>
        </w:rPr>
        <w:t>t s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 xml:space="preserve"> </w:t>
      </w:r>
      <w:r w:rsidRPr="0070015C">
        <w:rPr>
          <w:sz w:val="28"/>
          <w:szCs w:val="28"/>
        </w:rPr>
        <w:t>t</w:t>
      </w:r>
      <w:r w:rsidRPr="0070015C">
        <w:rPr>
          <w:sz w:val="28"/>
          <w:szCs w:val="28"/>
        </w:rPr>
        <w:t>ỉ</w:t>
      </w:r>
      <w:r w:rsidRPr="0070015C">
        <w:rPr>
          <w:sz w:val="28"/>
          <w:szCs w:val="28"/>
        </w:rPr>
        <w:t>nh/thành ph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 xml:space="preserve"> đã đư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c sáp nh</w:t>
      </w:r>
      <w:r w:rsidRPr="0070015C">
        <w:rPr>
          <w:sz w:val="28"/>
          <w:szCs w:val="28"/>
        </w:rPr>
        <w:t>ậ</w:t>
      </w:r>
      <w:r w:rsidRPr="0070015C">
        <w:rPr>
          <w:sz w:val="28"/>
          <w:szCs w:val="28"/>
        </w:rPr>
        <w:t>p, chúng tôi trân tr</w:t>
      </w:r>
      <w:r w:rsidRPr="0070015C">
        <w:rPr>
          <w:sz w:val="28"/>
          <w:szCs w:val="28"/>
        </w:rPr>
        <w:t>ọ</w:t>
      </w:r>
      <w:r w:rsidRPr="0070015C">
        <w:rPr>
          <w:sz w:val="28"/>
          <w:szCs w:val="28"/>
        </w:rPr>
        <w:t>ng thông báo: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1. Công ty [Tên Công ty A] và Công ty [Tên Công ty B] chính th</w:t>
      </w:r>
      <w:r w:rsidRPr="0070015C">
        <w:rPr>
          <w:sz w:val="28"/>
          <w:szCs w:val="28"/>
        </w:rPr>
        <w:t>ứ</w:t>
      </w:r>
      <w:r w:rsidRPr="0070015C">
        <w:rPr>
          <w:sz w:val="28"/>
          <w:szCs w:val="28"/>
        </w:rPr>
        <w:t>c đư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c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nh</w:t>
      </w:r>
      <w:r w:rsidRPr="0070015C">
        <w:rPr>
          <w:sz w:val="28"/>
          <w:szCs w:val="28"/>
        </w:rPr>
        <w:t>ấ</w:t>
      </w:r>
      <w:r w:rsidRPr="0070015C">
        <w:rPr>
          <w:sz w:val="28"/>
          <w:szCs w:val="28"/>
        </w:rPr>
        <w:t>t theo 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a gi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hành chính m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k</w:t>
      </w:r>
      <w:r w:rsidRPr="0070015C">
        <w:rPr>
          <w:sz w:val="28"/>
          <w:szCs w:val="28"/>
        </w:rPr>
        <w:t>ể</w:t>
      </w:r>
      <w:r w:rsidRPr="0070015C">
        <w:rPr>
          <w:sz w:val="28"/>
          <w:szCs w:val="28"/>
        </w:rPr>
        <w:t xml:space="preserve"> t</w:t>
      </w:r>
      <w:r w:rsidRPr="0070015C">
        <w:rPr>
          <w:sz w:val="28"/>
          <w:szCs w:val="28"/>
        </w:rPr>
        <w:t>ừ</w:t>
      </w:r>
      <w:r w:rsidRPr="0070015C">
        <w:rPr>
          <w:sz w:val="28"/>
          <w:szCs w:val="28"/>
        </w:rPr>
        <w:t xml:space="preserve"> ngày [ngày/tháng/năm].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2. Sau khi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nh</w:t>
      </w:r>
      <w:r w:rsidRPr="0070015C">
        <w:rPr>
          <w:sz w:val="28"/>
          <w:szCs w:val="28"/>
        </w:rPr>
        <w:t>ấ</w:t>
      </w:r>
      <w:r w:rsidRPr="0070015C">
        <w:rPr>
          <w:sz w:val="28"/>
          <w:szCs w:val="28"/>
        </w:rPr>
        <w:t>t, công ty ho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t đ</w:t>
      </w:r>
      <w:r w:rsidRPr="0070015C">
        <w:rPr>
          <w:sz w:val="28"/>
          <w:szCs w:val="28"/>
        </w:rPr>
        <w:t>ộ</w:t>
      </w:r>
      <w:r w:rsidRPr="0070015C">
        <w:rPr>
          <w:sz w:val="28"/>
          <w:szCs w:val="28"/>
        </w:rPr>
        <w:t>ng dư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tên g</w:t>
      </w:r>
      <w:r w:rsidRPr="0070015C">
        <w:rPr>
          <w:sz w:val="28"/>
          <w:szCs w:val="28"/>
        </w:rPr>
        <w:t>ọ</w:t>
      </w:r>
      <w:r w:rsidRPr="0070015C">
        <w:rPr>
          <w:sz w:val="28"/>
          <w:szCs w:val="28"/>
        </w:rPr>
        <w:t>i: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CÔNG TY [TÊN CÔNG TY M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I]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⏤</w:t>
      </w:r>
      <w:r w:rsidRPr="0070015C">
        <w:rPr>
          <w:sz w:val="28"/>
          <w:szCs w:val="28"/>
        </w:rPr>
        <w:t xml:space="preserve"> Mã s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 xml:space="preserve"> doanh nghi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p: [Mã s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]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⏤</w:t>
      </w:r>
      <w:r w:rsidRPr="0070015C">
        <w:rPr>
          <w:sz w:val="28"/>
          <w:szCs w:val="28"/>
        </w:rPr>
        <w:t xml:space="preserve"> 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a ch</w:t>
      </w:r>
      <w:r w:rsidRPr="0070015C">
        <w:rPr>
          <w:sz w:val="28"/>
          <w:szCs w:val="28"/>
        </w:rPr>
        <w:t>ỉ</w:t>
      </w:r>
      <w:r w:rsidRPr="0070015C">
        <w:rPr>
          <w:sz w:val="28"/>
          <w:szCs w:val="28"/>
        </w:rPr>
        <w:t xml:space="preserve"> tr</w:t>
      </w:r>
      <w:r w:rsidRPr="0070015C">
        <w:rPr>
          <w:sz w:val="28"/>
          <w:szCs w:val="28"/>
        </w:rPr>
        <w:t>ụ</w:t>
      </w:r>
      <w:r w:rsidRPr="0070015C">
        <w:rPr>
          <w:sz w:val="28"/>
          <w:szCs w:val="28"/>
        </w:rPr>
        <w:t xml:space="preserve"> s</w:t>
      </w:r>
      <w:r w:rsidRPr="0070015C">
        <w:rPr>
          <w:sz w:val="28"/>
          <w:szCs w:val="28"/>
        </w:rPr>
        <w:t>ở</w:t>
      </w:r>
      <w:r w:rsidRPr="0070015C">
        <w:rPr>
          <w:sz w:val="28"/>
          <w:szCs w:val="28"/>
        </w:rPr>
        <w:t xml:space="preserve"> chính: [Đ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a ch</w:t>
      </w:r>
      <w:r w:rsidRPr="0070015C">
        <w:rPr>
          <w:sz w:val="28"/>
          <w:szCs w:val="28"/>
        </w:rPr>
        <w:t>ỉ</w:t>
      </w:r>
      <w:r w:rsidRPr="0070015C">
        <w:rPr>
          <w:sz w:val="28"/>
          <w:szCs w:val="28"/>
        </w:rPr>
        <w:t xml:space="preserve"> đ</w:t>
      </w:r>
      <w:r w:rsidRPr="0070015C">
        <w:rPr>
          <w:sz w:val="28"/>
          <w:szCs w:val="28"/>
        </w:rPr>
        <w:t>ầ</w:t>
      </w:r>
      <w:r w:rsidRPr="0070015C">
        <w:rPr>
          <w:sz w:val="28"/>
          <w:szCs w:val="28"/>
        </w:rPr>
        <w:t>y đ</w:t>
      </w:r>
      <w:r w:rsidRPr="0070015C">
        <w:rPr>
          <w:sz w:val="28"/>
          <w:szCs w:val="28"/>
        </w:rPr>
        <w:t>ủ</w:t>
      </w:r>
      <w:r w:rsidRPr="0070015C">
        <w:rPr>
          <w:sz w:val="28"/>
          <w:szCs w:val="28"/>
        </w:rPr>
        <w:t xml:space="preserve"> theo đ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a gi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m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i]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⏤</w:t>
      </w:r>
      <w:r w:rsidRPr="0070015C">
        <w:rPr>
          <w:sz w:val="28"/>
          <w:szCs w:val="28"/>
        </w:rPr>
        <w:t xml:space="preserve"> S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 xml:space="preserve"> đi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n tho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i: [S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 xml:space="preserve"> đi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n tho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i]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⏤</w:t>
      </w:r>
      <w:r w:rsidRPr="0070015C">
        <w:rPr>
          <w:sz w:val="28"/>
          <w:szCs w:val="28"/>
        </w:rPr>
        <w:t xml:space="preserve"> Email: [Email công ty]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3. Các quy</w:t>
      </w:r>
      <w:r w:rsidRPr="0070015C">
        <w:rPr>
          <w:sz w:val="28"/>
          <w:szCs w:val="28"/>
        </w:rPr>
        <w:t>ề</w:t>
      </w:r>
      <w:r w:rsidRPr="0070015C">
        <w:rPr>
          <w:sz w:val="28"/>
          <w:szCs w:val="28"/>
        </w:rPr>
        <w:t>n và nghĩa v</w:t>
      </w:r>
      <w:r w:rsidRPr="0070015C">
        <w:rPr>
          <w:sz w:val="28"/>
          <w:szCs w:val="28"/>
        </w:rPr>
        <w:t>ụ</w:t>
      </w:r>
      <w:r w:rsidRPr="0070015C">
        <w:rPr>
          <w:sz w:val="28"/>
          <w:szCs w:val="28"/>
        </w:rPr>
        <w:t xml:space="preserve"> pháp lý, kinh t</w:t>
      </w:r>
      <w:r w:rsidRPr="0070015C">
        <w:rPr>
          <w:sz w:val="28"/>
          <w:szCs w:val="28"/>
        </w:rPr>
        <w:t>ế</w:t>
      </w:r>
      <w:r w:rsidRPr="0070015C">
        <w:rPr>
          <w:sz w:val="28"/>
          <w:szCs w:val="28"/>
        </w:rPr>
        <w:t>, thương m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i c</w:t>
      </w:r>
      <w:r w:rsidRPr="0070015C">
        <w:rPr>
          <w:sz w:val="28"/>
          <w:szCs w:val="28"/>
        </w:rPr>
        <w:t>ủ</w:t>
      </w:r>
      <w:r w:rsidRPr="0070015C">
        <w:rPr>
          <w:sz w:val="28"/>
          <w:szCs w:val="28"/>
        </w:rPr>
        <w:t>a hai công ty trư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c đây s</w:t>
      </w:r>
      <w:r w:rsidRPr="0070015C">
        <w:rPr>
          <w:sz w:val="28"/>
          <w:szCs w:val="28"/>
        </w:rPr>
        <w:t>ẽ</w:t>
      </w:r>
      <w:r w:rsidRPr="0070015C">
        <w:rPr>
          <w:sz w:val="28"/>
          <w:szCs w:val="28"/>
        </w:rPr>
        <w:t xml:space="preserve"> đư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c k</w:t>
      </w:r>
      <w:r w:rsidRPr="0070015C">
        <w:rPr>
          <w:sz w:val="28"/>
          <w:szCs w:val="28"/>
        </w:rPr>
        <w:t>ế</w:t>
      </w:r>
      <w:r w:rsidRPr="0070015C">
        <w:rPr>
          <w:sz w:val="28"/>
          <w:szCs w:val="28"/>
        </w:rPr>
        <w:t xml:space="preserve"> th</w:t>
      </w:r>
      <w:r w:rsidRPr="0070015C">
        <w:rPr>
          <w:sz w:val="28"/>
          <w:szCs w:val="28"/>
        </w:rPr>
        <w:t>ừ</w:t>
      </w:r>
      <w:r w:rsidRPr="0070015C">
        <w:rPr>
          <w:sz w:val="28"/>
          <w:szCs w:val="28"/>
        </w:rPr>
        <w:t>a đ</w:t>
      </w:r>
      <w:r w:rsidRPr="0070015C">
        <w:rPr>
          <w:sz w:val="28"/>
          <w:szCs w:val="28"/>
        </w:rPr>
        <w:t>ầ</w:t>
      </w:r>
      <w:r w:rsidRPr="0070015C">
        <w:rPr>
          <w:sz w:val="28"/>
          <w:szCs w:val="28"/>
        </w:rPr>
        <w:t>y đ</w:t>
      </w:r>
      <w:r w:rsidRPr="0070015C">
        <w:rPr>
          <w:sz w:val="28"/>
          <w:szCs w:val="28"/>
        </w:rPr>
        <w:t>ủ</w:t>
      </w:r>
      <w:r w:rsidRPr="0070015C">
        <w:rPr>
          <w:sz w:val="28"/>
          <w:szCs w:val="28"/>
        </w:rPr>
        <w:t xml:space="preserve"> và ti</w:t>
      </w:r>
      <w:r w:rsidRPr="0070015C">
        <w:rPr>
          <w:sz w:val="28"/>
          <w:szCs w:val="28"/>
        </w:rPr>
        <w:t>ế</w:t>
      </w:r>
      <w:r w:rsidRPr="0070015C">
        <w:rPr>
          <w:sz w:val="28"/>
          <w:szCs w:val="28"/>
        </w:rPr>
        <w:t>p t</w:t>
      </w:r>
      <w:r w:rsidRPr="0070015C">
        <w:rPr>
          <w:sz w:val="28"/>
          <w:szCs w:val="28"/>
        </w:rPr>
        <w:t>ụ</w:t>
      </w:r>
      <w:r w:rsidRPr="0070015C">
        <w:rPr>
          <w:sz w:val="28"/>
          <w:szCs w:val="28"/>
        </w:rPr>
        <w:t>c th</w:t>
      </w:r>
      <w:r w:rsidRPr="0070015C">
        <w:rPr>
          <w:sz w:val="28"/>
          <w:szCs w:val="28"/>
        </w:rPr>
        <w:t>ự</w:t>
      </w:r>
      <w:r w:rsidRPr="0070015C">
        <w:rPr>
          <w:sz w:val="28"/>
          <w:szCs w:val="28"/>
        </w:rPr>
        <w:t>c hi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n b</w:t>
      </w:r>
      <w:r w:rsidRPr="0070015C">
        <w:rPr>
          <w:sz w:val="28"/>
          <w:szCs w:val="28"/>
        </w:rPr>
        <w:t>ở</w:t>
      </w:r>
      <w:r w:rsidRPr="0070015C">
        <w:rPr>
          <w:sz w:val="28"/>
          <w:szCs w:val="28"/>
        </w:rPr>
        <w:t>i công ty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nh</w:t>
      </w:r>
      <w:r w:rsidRPr="0070015C">
        <w:rPr>
          <w:sz w:val="28"/>
          <w:szCs w:val="28"/>
        </w:rPr>
        <w:t>ấ</w:t>
      </w:r>
      <w:r w:rsidRPr="0070015C">
        <w:rPr>
          <w:sz w:val="28"/>
          <w:szCs w:val="28"/>
        </w:rPr>
        <w:t>t.</w:t>
      </w:r>
    </w:p>
    <w:p w:rsidR="00EF3A51" w:rsidRPr="0070015C" w:rsidRDefault="00EF3A51">
      <w:pPr>
        <w:rPr>
          <w:sz w:val="28"/>
          <w:szCs w:val="28"/>
        </w:rPr>
      </w:pP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lastRenderedPageBreak/>
        <w:t>Chúng tôi cam k</w:t>
      </w:r>
      <w:r w:rsidRPr="0070015C">
        <w:rPr>
          <w:sz w:val="28"/>
          <w:szCs w:val="28"/>
        </w:rPr>
        <w:t>ế</w:t>
      </w:r>
      <w:r w:rsidRPr="0070015C">
        <w:rPr>
          <w:sz w:val="28"/>
          <w:szCs w:val="28"/>
        </w:rPr>
        <w:t>t đ</w:t>
      </w:r>
      <w:r w:rsidRPr="0070015C">
        <w:rPr>
          <w:sz w:val="28"/>
          <w:szCs w:val="28"/>
        </w:rPr>
        <w:t>ả</w:t>
      </w:r>
      <w:r w:rsidRPr="0070015C">
        <w:rPr>
          <w:sz w:val="28"/>
          <w:szCs w:val="28"/>
        </w:rPr>
        <w:t>m b</w:t>
      </w:r>
      <w:r w:rsidRPr="0070015C">
        <w:rPr>
          <w:sz w:val="28"/>
          <w:szCs w:val="28"/>
        </w:rPr>
        <w:t>ả</w:t>
      </w:r>
      <w:r w:rsidRPr="0070015C">
        <w:rPr>
          <w:sz w:val="28"/>
          <w:szCs w:val="28"/>
        </w:rPr>
        <w:t>o m</w:t>
      </w:r>
      <w:r w:rsidRPr="0070015C">
        <w:rPr>
          <w:sz w:val="28"/>
          <w:szCs w:val="28"/>
        </w:rPr>
        <w:t>ọ</w:t>
      </w:r>
      <w:r w:rsidRPr="0070015C">
        <w:rPr>
          <w:sz w:val="28"/>
          <w:szCs w:val="28"/>
        </w:rPr>
        <w:t>i ho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t đ</w:t>
      </w:r>
      <w:r w:rsidRPr="0070015C">
        <w:rPr>
          <w:sz w:val="28"/>
          <w:szCs w:val="28"/>
        </w:rPr>
        <w:t>ộ</w:t>
      </w:r>
      <w:r w:rsidRPr="0070015C">
        <w:rPr>
          <w:sz w:val="28"/>
          <w:szCs w:val="28"/>
        </w:rPr>
        <w:t>ng giao d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ch,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đ</w:t>
      </w:r>
      <w:r w:rsidRPr="0070015C">
        <w:rPr>
          <w:sz w:val="28"/>
          <w:szCs w:val="28"/>
        </w:rPr>
        <w:t>ồ</w:t>
      </w:r>
      <w:r w:rsidRPr="0070015C">
        <w:rPr>
          <w:sz w:val="28"/>
          <w:szCs w:val="28"/>
        </w:rPr>
        <w:t>ng, d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>ch v</w:t>
      </w:r>
      <w:r w:rsidRPr="0070015C">
        <w:rPr>
          <w:sz w:val="28"/>
          <w:szCs w:val="28"/>
        </w:rPr>
        <w:t>ụ</w:t>
      </w:r>
      <w:r w:rsidRPr="0070015C">
        <w:rPr>
          <w:sz w:val="28"/>
          <w:szCs w:val="28"/>
        </w:rPr>
        <w:t xml:space="preserve"> v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 Quý khách hàng và Đ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i tác s</w:t>
      </w:r>
      <w:r w:rsidRPr="0070015C">
        <w:rPr>
          <w:sz w:val="28"/>
          <w:szCs w:val="28"/>
        </w:rPr>
        <w:t>ẽ</w:t>
      </w:r>
      <w:r w:rsidRPr="0070015C">
        <w:rPr>
          <w:sz w:val="28"/>
          <w:szCs w:val="28"/>
        </w:rPr>
        <w:t xml:space="preserve"> không b</w:t>
      </w:r>
      <w:r w:rsidRPr="0070015C">
        <w:rPr>
          <w:sz w:val="28"/>
          <w:szCs w:val="28"/>
        </w:rPr>
        <w:t>ị</w:t>
      </w:r>
      <w:r w:rsidRPr="0070015C">
        <w:rPr>
          <w:sz w:val="28"/>
          <w:szCs w:val="28"/>
        </w:rPr>
        <w:t xml:space="preserve"> gián đo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n. M</w:t>
      </w:r>
      <w:r w:rsidRPr="0070015C">
        <w:rPr>
          <w:sz w:val="28"/>
          <w:szCs w:val="28"/>
        </w:rPr>
        <w:t>ọ</w:t>
      </w:r>
      <w:r w:rsidRPr="0070015C">
        <w:rPr>
          <w:sz w:val="28"/>
          <w:szCs w:val="28"/>
        </w:rPr>
        <w:t>i thông tin v</w:t>
      </w:r>
      <w:r w:rsidRPr="0070015C">
        <w:rPr>
          <w:sz w:val="28"/>
          <w:szCs w:val="28"/>
        </w:rPr>
        <w:t>ề</w:t>
      </w:r>
      <w:r w:rsidRPr="0070015C">
        <w:rPr>
          <w:sz w:val="28"/>
          <w:szCs w:val="28"/>
        </w:rPr>
        <w:t xml:space="preserve"> thanh toán, liên h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 xml:space="preserve"> và th</w:t>
      </w:r>
      <w:r w:rsidRPr="0070015C">
        <w:rPr>
          <w:sz w:val="28"/>
          <w:szCs w:val="28"/>
        </w:rPr>
        <w:t>ự</w:t>
      </w:r>
      <w:r w:rsidRPr="0070015C">
        <w:rPr>
          <w:sz w:val="28"/>
          <w:szCs w:val="28"/>
        </w:rPr>
        <w:t>c hi</w:t>
      </w:r>
      <w:r w:rsidRPr="0070015C">
        <w:rPr>
          <w:sz w:val="28"/>
          <w:szCs w:val="28"/>
        </w:rPr>
        <w:t>ệ</w:t>
      </w:r>
      <w:r w:rsidRPr="0070015C">
        <w:rPr>
          <w:sz w:val="28"/>
          <w:szCs w:val="28"/>
        </w:rPr>
        <w:t>n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đ</w:t>
      </w:r>
      <w:r w:rsidRPr="0070015C">
        <w:rPr>
          <w:sz w:val="28"/>
          <w:szCs w:val="28"/>
        </w:rPr>
        <w:t>ồ</w:t>
      </w:r>
      <w:r w:rsidRPr="0070015C">
        <w:rPr>
          <w:sz w:val="28"/>
          <w:szCs w:val="28"/>
        </w:rPr>
        <w:t>ng v</w:t>
      </w:r>
      <w:r w:rsidRPr="0070015C">
        <w:rPr>
          <w:sz w:val="28"/>
          <w:szCs w:val="28"/>
        </w:rPr>
        <w:t>ẫ</w:t>
      </w:r>
      <w:r w:rsidRPr="0070015C">
        <w:rPr>
          <w:sz w:val="28"/>
          <w:szCs w:val="28"/>
        </w:rPr>
        <w:t>n đư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c</w:t>
      </w:r>
      <w:r w:rsidRPr="0070015C">
        <w:rPr>
          <w:sz w:val="28"/>
          <w:szCs w:val="28"/>
        </w:rPr>
        <w:t xml:space="preserve"> duy trì và h</w:t>
      </w:r>
      <w:r w:rsidRPr="0070015C">
        <w:rPr>
          <w:sz w:val="28"/>
          <w:szCs w:val="28"/>
        </w:rPr>
        <w:t>ỗ</w:t>
      </w:r>
      <w:r w:rsidRPr="0070015C">
        <w:rPr>
          <w:sz w:val="28"/>
          <w:szCs w:val="28"/>
        </w:rPr>
        <w:t xml:space="preserve"> tr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 xml:space="preserve"> xuyên su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t.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Chúng tôi r</w:t>
      </w:r>
      <w:r w:rsidRPr="0070015C">
        <w:rPr>
          <w:sz w:val="28"/>
          <w:szCs w:val="28"/>
        </w:rPr>
        <w:t>ấ</w:t>
      </w:r>
      <w:r w:rsidRPr="0070015C">
        <w:rPr>
          <w:sz w:val="28"/>
          <w:szCs w:val="28"/>
        </w:rPr>
        <w:t>t mong ti</w:t>
      </w:r>
      <w:r w:rsidRPr="0070015C">
        <w:rPr>
          <w:sz w:val="28"/>
          <w:szCs w:val="28"/>
        </w:rPr>
        <w:t>ế</w:t>
      </w:r>
      <w:r w:rsidRPr="0070015C">
        <w:rPr>
          <w:sz w:val="28"/>
          <w:szCs w:val="28"/>
        </w:rPr>
        <w:t>p t</w:t>
      </w:r>
      <w:r w:rsidRPr="0070015C">
        <w:rPr>
          <w:sz w:val="28"/>
          <w:szCs w:val="28"/>
        </w:rPr>
        <w:t>ụ</w:t>
      </w:r>
      <w:r w:rsidRPr="0070015C">
        <w:rPr>
          <w:sz w:val="28"/>
          <w:szCs w:val="28"/>
        </w:rPr>
        <w:t>c nh</w:t>
      </w:r>
      <w:r w:rsidRPr="0070015C">
        <w:rPr>
          <w:sz w:val="28"/>
          <w:szCs w:val="28"/>
        </w:rPr>
        <w:t>ậ</w:t>
      </w:r>
      <w:r w:rsidRPr="0070015C">
        <w:rPr>
          <w:sz w:val="28"/>
          <w:szCs w:val="28"/>
        </w:rPr>
        <w:t>n đư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c s</w:t>
      </w:r>
      <w:r w:rsidRPr="0070015C">
        <w:rPr>
          <w:sz w:val="28"/>
          <w:szCs w:val="28"/>
        </w:rPr>
        <w:t>ự</w:t>
      </w:r>
      <w:r w:rsidRPr="0070015C">
        <w:rPr>
          <w:sz w:val="28"/>
          <w:szCs w:val="28"/>
        </w:rPr>
        <w:t xml:space="preserve"> </w:t>
      </w:r>
      <w:r w:rsidRPr="0070015C">
        <w:rPr>
          <w:sz w:val="28"/>
          <w:szCs w:val="28"/>
        </w:rPr>
        <w:t>ủ</w:t>
      </w:r>
      <w:r w:rsidRPr="0070015C">
        <w:rPr>
          <w:sz w:val="28"/>
          <w:szCs w:val="28"/>
        </w:rPr>
        <w:t>ng h</w:t>
      </w:r>
      <w:r w:rsidRPr="0070015C">
        <w:rPr>
          <w:sz w:val="28"/>
          <w:szCs w:val="28"/>
        </w:rPr>
        <w:t>ộ</w:t>
      </w:r>
      <w:r w:rsidRPr="0070015C">
        <w:rPr>
          <w:sz w:val="28"/>
          <w:szCs w:val="28"/>
        </w:rPr>
        <w:t xml:space="preserve"> và h</w:t>
      </w:r>
      <w:r w:rsidRPr="0070015C">
        <w:rPr>
          <w:sz w:val="28"/>
          <w:szCs w:val="28"/>
        </w:rPr>
        <w:t>ợ</w:t>
      </w:r>
      <w:r w:rsidRPr="0070015C">
        <w:rPr>
          <w:sz w:val="28"/>
          <w:szCs w:val="28"/>
        </w:rPr>
        <w:t>p tác t</w:t>
      </w:r>
      <w:r w:rsidRPr="0070015C">
        <w:rPr>
          <w:sz w:val="28"/>
          <w:szCs w:val="28"/>
        </w:rPr>
        <w:t>ừ</w:t>
      </w:r>
      <w:r w:rsidRPr="0070015C">
        <w:rPr>
          <w:sz w:val="28"/>
          <w:szCs w:val="28"/>
        </w:rPr>
        <w:t xml:space="preserve"> Quý khách hàng và Đ</w:t>
      </w:r>
      <w:r w:rsidRPr="0070015C">
        <w:rPr>
          <w:sz w:val="28"/>
          <w:szCs w:val="28"/>
        </w:rPr>
        <w:t>ố</w:t>
      </w:r>
      <w:r w:rsidRPr="0070015C">
        <w:rPr>
          <w:sz w:val="28"/>
          <w:szCs w:val="28"/>
        </w:rPr>
        <w:t>i tác trong giai đo</w:t>
      </w:r>
      <w:r w:rsidRPr="0070015C">
        <w:rPr>
          <w:sz w:val="28"/>
          <w:szCs w:val="28"/>
        </w:rPr>
        <w:t>ạ</w:t>
      </w:r>
      <w:r w:rsidRPr="0070015C">
        <w:rPr>
          <w:sz w:val="28"/>
          <w:szCs w:val="28"/>
        </w:rPr>
        <w:t>n phát tri</w:t>
      </w:r>
      <w:r w:rsidRPr="0070015C">
        <w:rPr>
          <w:sz w:val="28"/>
          <w:szCs w:val="28"/>
        </w:rPr>
        <w:t>ể</w:t>
      </w:r>
      <w:r w:rsidRPr="0070015C">
        <w:rPr>
          <w:sz w:val="28"/>
          <w:szCs w:val="28"/>
        </w:rPr>
        <w:t>n s</w:t>
      </w:r>
      <w:r w:rsidRPr="0070015C">
        <w:rPr>
          <w:sz w:val="28"/>
          <w:szCs w:val="28"/>
        </w:rPr>
        <w:t>ắ</w:t>
      </w:r>
      <w:r w:rsidRPr="0070015C">
        <w:rPr>
          <w:sz w:val="28"/>
          <w:szCs w:val="28"/>
        </w:rPr>
        <w:t>p t</w:t>
      </w:r>
      <w:r w:rsidRPr="0070015C">
        <w:rPr>
          <w:sz w:val="28"/>
          <w:szCs w:val="28"/>
        </w:rPr>
        <w:t>ớ</w:t>
      </w:r>
      <w:r w:rsidRPr="0070015C">
        <w:rPr>
          <w:sz w:val="28"/>
          <w:szCs w:val="28"/>
        </w:rPr>
        <w:t>i.</w:t>
      </w:r>
    </w:p>
    <w:p w:rsidR="00EF3A51" w:rsidRPr="0070015C" w:rsidRDefault="0070015C">
      <w:pPr>
        <w:rPr>
          <w:sz w:val="28"/>
          <w:szCs w:val="28"/>
        </w:rPr>
      </w:pPr>
      <w:r w:rsidRPr="0070015C">
        <w:rPr>
          <w:sz w:val="28"/>
          <w:szCs w:val="28"/>
        </w:rPr>
        <w:t>Trân tr</w:t>
      </w:r>
      <w:r w:rsidRPr="0070015C">
        <w:rPr>
          <w:sz w:val="28"/>
          <w:szCs w:val="28"/>
        </w:rPr>
        <w:t>ọ</w:t>
      </w:r>
      <w:r w:rsidRPr="0070015C">
        <w:rPr>
          <w:sz w:val="28"/>
          <w:szCs w:val="28"/>
        </w:rPr>
        <w:t>ng thông báo.</w:t>
      </w:r>
    </w:p>
    <w:p w:rsidR="00EF3A51" w:rsidRPr="0070015C" w:rsidRDefault="00EF3A51" w:rsidP="0070015C">
      <w:pPr>
        <w:jc w:val="right"/>
        <w:rPr>
          <w:b/>
          <w:sz w:val="28"/>
          <w:szCs w:val="28"/>
        </w:rPr>
      </w:pPr>
    </w:p>
    <w:p w:rsidR="00EF3A51" w:rsidRPr="0070015C" w:rsidRDefault="0070015C" w:rsidP="0070015C">
      <w:pPr>
        <w:jc w:val="right"/>
        <w:rPr>
          <w:b/>
          <w:sz w:val="28"/>
          <w:szCs w:val="28"/>
        </w:rPr>
      </w:pPr>
      <w:r w:rsidRPr="0070015C">
        <w:rPr>
          <w:b/>
          <w:sz w:val="28"/>
          <w:szCs w:val="28"/>
        </w:rPr>
        <w:t>Đ</w:t>
      </w:r>
      <w:r w:rsidRPr="0070015C">
        <w:rPr>
          <w:b/>
          <w:sz w:val="28"/>
          <w:szCs w:val="28"/>
        </w:rPr>
        <w:t>Ạ</w:t>
      </w:r>
      <w:r w:rsidRPr="0070015C">
        <w:rPr>
          <w:b/>
          <w:sz w:val="28"/>
          <w:szCs w:val="28"/>
        </w:rPr>
        <w:t>I DI</w:t>
      </w:r>
      <w:r w:rsidRPr="0070015C">
        <w:rPr>
          <w:b/>
          <w:sz w:val="28"/>
          <w:szCs w:val="28"/>
        </w:rPr>
        <w:t>Ệ</w:t>
      </w:r>
      <w:r w:rsidRPr="0070015C">
        <w:rPr>
          <w:b/>
          <w:sz w:val="28"/>
          <w:szCs w:val="28"/>
        </w:rPr>
        <w:t>N CÔNG TY H</w:t>
      </w:r>
      <w:r w:rsidRPr="0070015C">
        <w:rPr>
          <w:b/>
          <w:sz w:val="28"/>
          <w:szCs w:val="28"/>
        </w:rPr>
        <w:t>Ợ</w:t>
      </w:r>
      <w:r w:rsidRPr="0070015C">
        <w:rPr>
          <w:b/>
          <w:sz w:val="28"/>
          <w:szCs w:val="28"/>
        </w:rPr>
        <w:t>P NH</w:t>
      </w:r>
      <w:r w:rsidRPr="0070015C">
        <w:rPr>
          <w:b/>
          <w:sz w:val="28"/>
          <w:szCs w:val="28"/>
        </w:rPr>
        <w:t>Ấ</w:t>
      </w:r>
      <w:r w:rsidRPr="0070015C">
        <w:rPr>
          <w:b/>
          <w:sz w:val="28"/>
          <w:szCs w:val="28"/>
        </w:rPr>
        <w:t>T</w:t>
      </w:r>
    </w:p>
    <w:p w:rsidR="00EF3A51" w:rsidRPr="0070015C" w:rsidRDefault="0070015C" w:rsidP="0070015C">
      <w:pPr>
        <w:jc w:val="right"/>
        <w:rPr>
          <w:b/>
          <w:sz w:val="28"/>
          <w:szCs w:val="28"/>
        </w:rPr>
      </w:pPr>
      <w:r w:rsidRPr="0070015C">
        <w:rPr>
          <w:b/>
          <w:sz w:val="28"/>
          <w:szCs w:val="28"/>
        </w:rPr>
        <w:t>(Ch</w:t>
      </w:r>
      <w:r w:rsidRPr="0070015C">
        <w:rPr>
          <w:b/>
          <w:sz w:val="28"/>
          <w:szCs w:val="28"/>
        </w:rPr>
        <w:t>ữ</w:t>
      </w:r>
      <w:r w:rsidRPr="0070015C">
        <w:rPr>
          <w:b/>
          <w:sz w:val="28"/>
          <w:szCs w:val="28"/>
        </w:rPr>
        <w:t xml:space="preserve"> ký, </w:t>
      </w:r>
      <w:bookmarkStart w:id="0" w:name="_GoBack"/>
      <w:bookmarkEnd w:id="0"/>
      <w:r w:rsidRPr="0070015C">
        <w:rPr>
          <w:b/>
          <w:sz w:val="28"/>
          <w:szCs w:val="28"/>
        </w:rPr>
        <w:t>h</w:t>
      </w:r>
      <w:r w:rsidRPr="0070015C">
        <w:rPr>
          <w:b/>
          <w:sz w:val="28"/>
          <w:szCs w:val="28"/>
        </w:rPr>
        <w:t>ọ</w:t>
      </w:r>
      <w:r w:rsidRPr="0070015C">
        <w:rPr>
          <w:b/>
          <w:sz w:val="28"/>
          <w:szCs w:val="28"/>
        </w:rPr>
        <w:t xml:space="preserve"> tên, ch</w:t>
      </w:r>
      <w:r w:rsidRPr="0070015C">
        <w:rPr>
          <w:b/>
          <w:sz w:val="28"/>
          <w:szCs w:val="28"/>
        </w:rPr>
        <w:t>ứ</w:t>
      </w:r>
      <w:r w:rsidRPr="0070015C">
        <w:rPr>
          <w:b/>
          <w:sz w:val="28"/>
          <w:szCs w:val="28"/>
        </w:rPr>
        <w:t>c danh và đóng d</w:t>
      </w:r>
      <w:r w:rsidRPr="0070015C">
        <w:rPr>
          <w:b/>
          <w:sz w:val="28"/>
          <w:szCs w:val="28"/>
        </w:rPr>
        <w:t>ấ</w:t>
      </w:r>
      <w:r w:rsidRPr="0070015C">
        <w:rPr>
          <w:b/>
          <w:sz w:val="28"/>
          <w:szCs w:val="28"/>
        </w:rPr>
        <w:t>u)</w:t>
      </w:r>
    </w:p>
    <w:sectPr w:rsidR="00EF3A51" w:rsidRPr="0070015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0015C"/>
    <w:rsid w:val="00AA1D8D"/>
    <w:rsid w:val="00B47730"/>
    <w:rsid w:val="00CB0664"/>
    <w:rsid w:val="00EF3A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A6452B74-935D-4EB2-AC62-20ADAB399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E0E45A-1004-4F64-89A1-2CEFEDF6D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2025-07-11T02:04:00Z</dcterms:created>
  <dcterms:modified xsi:type="dcterms:W3CDTF">2025-07-11T02:04:00Z</dcterms:modified>
  <cp:category/>
</cp:coreProperties>
</file>