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BD" w:rsidRDefault="00DF30BD" w:rsidP="00943185">
      <w:pPr>
        <w:pStyle w:val="Heading2"/>
        <w:jc w:val="center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43185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r w:rsidRPr="00943185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943185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943185" w:rsidRPr="00943185" w:rsidRDefault="00943185" w:rsidP="00943185"/>
    <w:p w:rsidR="00943185" w:rsidRPr="00943185" w:rsidRDefault="00943185" w:rsidP="009431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BIÊN BẢN NGHIỆM THU SẢN PHẨM GIA CÔNG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  <w:t>(Sử dụng cho Hợp đồng gia công số: ……/HĐGC ngày …/…/20…)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Hôm nay, ngày … tháng … năm …, tại …………………………………………, chúng tôi gồm có: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BÊN GIAO GIA CÔNG (BÊN A):</w:t>
      </w:r>
    </w:p>
    <w:p w:rsidR="00943185" w:rsidRPr="00943185" w:rsidRDefault="00943185" w:rsidP="009431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Tên đơn vị: ............................................................</w:t>
      </w:r>
    </w:p>
    <w:p w:rsidR="00943185" w:rsidRPr="00943185" w:rsidRDefault="00943185" w:rsidP="009431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Địa chỉ: ................................................................</w:t>
      </w:r>
    </w:p>
    <w:p w:rsidR="00943185" w:rsidRPr="00943185" w:rsidRDefault="00943185" w:rsidP="009431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Đại diện: ................................... Chức vụ: .......................</w:t>
      </w:r>
    </w:p>
    <w:p w:rsidR="00943185" w:rsidRPr="00943185" w:rsidRDefault="00943185" w:rsidP="0094318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Số điện thoại: ......................... Email: ............................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BÊN NHẬN GIA CÔNG (BÊN B):</w:t>
      </w:r>
    </w:p>
    <w:p w:rsidR="00943185" w:rsidRPr="00943185" w:rsidRDefault="00943185" w:rsidP="009431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Tên đơn vị: ............................................................</w:t>
      </w:r>
    </w:p>
    <w:p w:rsidR="00943185" w:rsidRPr="00943185" w:rsidRDefault="00943185" w:rsidP="009431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Địa chỉ: ................................................................</w:t>
      </w:r>
    </w:p>
    <w:p w:rsidR="00943185" w:rsidRPr="00943185" w:rsidRDefault="00943185" w:rsidP="009431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Đại diện: ................................... Chức vụ: .......................</w:t>
      </w:r>
    </w:p>
    <w:p w:rsidR="00943185" w:rsidRPr="00943185" w:rsidRDefault="00943185" w:rsidP="0094318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Số điện thoại: ......................... Email: ............................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Hai bên cùng tiến hành nghiệm thu sản phẩm theo Hợp đồng gia công số: ……/HĐGC ký ngày …/…/20…, với nội dung như sau: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NỘI DUNG NGHIỆM THU: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777"/>
        <w:gridCol w:w="1434"/>
        <w:gridCol w:w="1143"/>
        <w:gridCol w:w="1355"/>
      </w:tblGrid>
      <w:tr w:rsidR="00943185" w:rsidRPr="00943185" w:rsidTr="009431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sản phẩm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Đơn vị tính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 lượng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943185" w:rsidRPr="00943185" w:rsidTr="009431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</w:t>
            </w:r>
          </w:p>
        </w:tc>
      </w:tr>
      <w:tr w:rsidR="00943185" w:rsidRPr="00943185" w:rsidTr="009431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</w:t>
            </w:r>
          </w:p>
        </w:tc>
      </w:tr>
      <w:tr w:rsidR="00943185" w:rsidRPr="00943185" w:rsidTr="009431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</w:t>
            </w:r>
          </w:p>
        </w:tc>
        <w:tc>
          <w:tcPr>
            <w:tcW w:w="0" w:type="auto"/>
            <w:vAlign w:val="center"/>
            <w:hideMark/>
          </w:tcPr>
          <w:p w:rsidR="00943185" w:rsidRPr="00943185" w:rsidRDefault="00943185" w:rsidP="00943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3185"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</w:t>
            </w:r>
          </w:p>
        </w:tc>
      </w:tr>
    </w:tbl>
    <w:p w:rsidR="00943185" w:rsidRPr="00943185" w:rsidRDefault="00943185" w:rsidP="009431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 giao nhận: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Từ … giờ … đến … giờ …, ngày …/…/20…</w:t>
      </w:r>
    </w:p>
    <w:p w:rsidR="00943185" w:rsidRPr="00943185" w:rsidRDefault="00943185" w:rsidP="009431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 giao hàng: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....................................................</w:t>
      </w:r>
    </w:p>
    <w:p w:rsidR="00943185" w:rsidRPr="00943185" w:rsidRDefault="00943185" w:rsidP="0094318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Tình trạng sản phẩm: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</w:r>
      <w:r w:rsidRPr="00943185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Đúng quy cách, số lượng, chất lượng như hợp đồng.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</w:r>
      <w:r w:rsidRPr="00943185">
        <w:rPr>
          <w:rFonts w:ascii="Segoe UI Symbol" w:eastAsia="Times New Roman" w:hAnsi="Segoe UI Symbol" w:cs="Segoe UI Symbol"/>
          <w:sz w:val="28"/>
          <w:szCs w:val="28"/>
        </w:rPr>
        <w:lastRenderedPageBreak/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Có sai lệch nhẹ: .........................................................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</w:r>
      <w:r w:rsidRPr="00943185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Không đạt yêu cầu: (Chi tiết đính kèm nếu có).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KẾT LUẬN:</w:t>
      </w:r>
    </w:p>
    <w:p w:rsidR="00943185" w:rsidRPr="00943185" w:rsidRDefault="00943185" w:rsidP="009431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Tổng số lượng nghiệm thu: .....................................................</w:t>
      </w:r>
    </w:p>
    <w:p w:rsidR="00943185" w:rsidRPr="00943185" w:rsidRDefault="00943185" w:rsidP="009431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Chất lượng: </w:t>
      </w:r>
      <w:r w:rsidRPr="00943185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Đạt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> 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> </w:t>
      </w:r>
      <w:r w:rsidRPr="00943185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Không đạt (</w:t>
      </w:r>
      <w:r w:rsidRPr="00943185">
        <w:rPr>
          <w:rFonts w:ascii="Times New Roman" w:eastAsia="Times New Roman" w:hAnsi="Times New Roman" w:cs="Times New Roman"/>
          <w:i/>
          <w:iCs/>
          <w:sz w:val="28"/>
          <w:szCs w:val="28"/>
        </w:rPr>
        <w:t>gạch phần không dùng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43185" w:rsidRPr="00943185" w:rsidRDefault="00943185" w:rsidP="009431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Trạng thái giao nhận: </w:t>
      </w:r>
      <w:r w:rsidRPr="00943185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Hoàn tất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> 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> </w:t>
      </w:r>
      <w:r w:rsidRPr="00943185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t xml:space="preserve"> Bàn giao từng đợt</w:t>
      </w:r>
    </w:p>
    <w:p w:rsidR="00943185" w:rsidRPr="00943185" w:rsidRDefault="00943185" w:rsidP="0094318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Hai bên cam kết tiếp tục thực hiện các nghĩa vụ còn lại t</w:t>
      </w:r>
      <w:bookmarkStart w:id="0" w:name="_GoBack"/>
      <w:bookmarkEnd w:id="0"/>
      <w:r w:rsidRPr="00943185">
        <w:rPr>
          <w:rFonts w:ascii="Times New Roman" w:eastAsia="Times New Roman" w:hAnsi="Times New Roman" w:cs="Times New Roman"/>
          <w:sz w:val="28"/>
          <w:szCs w:val="28"/>
        </w:rPr>
        <w:t>heo hợp đồng.</w:t>
      </w:r>
    </w:p>
    <w:p w:rsidR="00943185" w:rsidRPr="00943185" w:rsidRDefault="00943185" w:rsidP="009431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sz w:val="28"/>
          <w:szCs w:val="28"/>
        </w:rPr>
        <w:t>Biên bản được lập thành 02 (hai) bản, mỗi bên giữ 01 (một) bản và có giá trị pháp lý như nhau.</w:t>
      </w:r>
    </w:p>
    <w:p w:rsidR="00943185" w:rsidRPr="00943185" w:rsidRDefault="00943185" w:rsidP="0094318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i/>
          <w:sz w:val="28"/>
          <w:szCs w:val="28"/>
        </w:rPr>
        <w:t>…, ngày … tháng … năm …</w:t>
      </w:r>
    </w:p>
    <w:p w:rsidR="00943185" w:rsidRPr="00943185" w:rsidRDefault="00943185" w:rsidP="0094318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ĐẠI DIỆN BÊN A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  <w:t>(Ký, ghi rõ họ tên, chức vụ)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  <w:t>..................................................</w:t>
      </w:r>
    </w:p>
    <w:p w:rsidR="00943185" w:rsidRPr="00943185" w:rsidRDefault="00943185" w:rsidP="0094318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43185">
        <w:rPr>
          <w:rFonts w:ascii="Times New Roman" w:eastAsia="Times New Roman" w:hAnsi="Times New Roman" w:cs="Times New Roman"/>
          <w:b/>
          <w:bCs/>
          <w:sz w:val="28"/>
          <w:szCs w:val="28"/>
        </w:rPr>
        <w:t>ĐẠI DIỆN BÊN B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  <w:t>(Ký, ghi rõ họ tên, chức vụ)</w:t>
      </w:r>
      <w:r w:rsidRPr="00943185">
        <w:rPr>
          <w:rFonts w:ascii="Times New Roman" w:eastAsia="Times New Roman" w:hAnsi="Times New Roman" w:cs="Times New Roman"/>
          <w:sz w:val="28"/>
          <w:szCs w:val="28"/>
        </w:rPr>
        <w:br/>
        <w:t>..................................................</w:t>
      </w:r>
    </w:p>
    <w:p w:rsidR="004D71BC" w:rsidRPr="00943185" w:rsidRDefault="004D71BC" w:rsidP="002D0C84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3185" w:rsidRPr="00943185" w:rsidRDefault="00943185" w:rsidP="002D0C84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943185" w:rsidRPr="0094318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CFC5332"/>
    <w:multiLevelType w:val="multilevel"/>
    <w:tmpl w:val="DF9A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EF5075"/>
    <w:multiLevelType w:val="multilevel"/>
    <w:tmpl w:val="E27A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9B360B"/>
    <w:multiLevelType w:val="multilevel"/>
    <w:tmpl w:val="F7D0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832E39"/>
    <w:multiLevelType w:val="multilevel"/>
    <w:tmpl w:val="0CB6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BF9"/>
    <w:rsid w:val="0015074B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6C7525"/>
    <w:rsid w:val="00717B1C"/>
    <w:rsid w:val="007735D0"/>
    <w:rsid w:val="008E6E33"/>
    <w:rsid w:val="00901B5B"/>
    <w:rsid w:val="00943185"/>
    <w:rsid w:val="009D0439"/>
    <w:rsid w:val="00A80BD2"/>
    <w:rsid w:val="00AA1D8D"/>
    <w:rsid w:val="00B409D0"/>
    <w:rsid w:val="00B47730"/>
    <w:rsid w:val="00CB0664"/>
    <w:rsid w:val="00CD188B"/>
    <w:rsid w:val="00D96931"/>
    <w:rsid w:val="00DF30BD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916F32-D0EC-4F66-A35F-05C891955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CỘNG HÒA XÃ HỘI CHỦ NGHĨA VIỆT NAM Độc lập – Tự do – Hạnh phúc</vt:lpstr>
    </vt:vector>
  </TitlesOfParts>
  <Manager/>
  <Company/>
  <LinksUpToDate>false</LinksUpToDate>
  <CharactersWithSpaces>2176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2025-07-14T07:01:00Z</dcterms:created>
  <dcterms:modified xsi:type="dcterms:W3CDTF">2025-07-14T07:01:00Z</dcterms:modified>
  <cp:category/>
</cp:coreProperties>
</file>