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931" w:rsidRPr="00D96931" w:rsidRDefault="00D96931" w:rsidP="00D9693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96931">
        <w:rPr>
          <w:rFonts w:ascii="Times New Roman" w:eastAsia="Times New Roman" w:hAnsi="Times New Roman" w:cs="Times New Roman"/>
          <w:b/>
          <w:bCs/>
          <w:sz w:val="28"/>
          <w:szCs w:val="28"/>
        </w:rPr>
        <w:t>CỘNG HÒA XÃ HỘI CHỦ NGHĨA VIỆT NAM</w:t>
      </w:r>
    </w:p>
    <w:p w:rsidR="00D96931" w:rsidRDefault="00D96931" w:rsidP="00D9693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96931">
        <w:rPr>
          <w:rFonts w:ascii="Times New Roman" w:eastAsia="Times New Roman" w:hAnsi="Times New Roman" w:cs="Times New Roman"/>
          <w:b/>
          <w:bCs/>
          <w:sz w:val="28"/>
          <w:szCs w:val="28"/>
        </w:rPr>
        <w:t>Độc lập – Tự do – Hạnh phúc</w:t>
      </w:r>
    </w:p>
    <w:p w:rsidR="00D96931" w:rsidRPr="00D96931" w:rsidRDefault="00D96931" w:rsidP="00D9693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409D0" w:rsidRPr="00B409D0" w:rsidRDefault="00B409D0" w:rsidP="00D9693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96931">
        <w:rPr>
          <w:rFonts w:ascii="Times New Roman" w:eastAsia="Times New Roman" w:hAnsi="Times New Roman" w:cs="Times New Roman"/>
          <w:b/>
          <w:bCs/>
          <w:sz w:val="28"/>
          <w:szCs w:val="28"/>
        </w:rPr>
        <w:t>ĐƠN XIN NGHỈ THAI SẢN VƯỢT THỜI GIAN CHẾ ĐỘ BHXH</w:t>
      </w:r>
    </w:p>
    <w:p w:rsidR="00B409D0" w:rsidRPr="00B409D0" w:rsidRDefault="00B409D0" w:rsidP="00B4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09D0">
        <w:rPr>
          <w:rFonts w:ascii="Times New Roman" w:eastAsia="Times New Roman" w:hAnsi="Times New Roman" w:cs="Times New Roman"/>
          <w:sz w:val="28"/>
          <w:szCs w:val="28"/>
        </w:rPr>
        <w:t>Kính gửi: Ban Giám đốc Công ty ....................................................</w:t>
      </w:r>
    </w:p>
    <w:p w:rsidR="00B409D0" w:rsidRPr="00B409D0" w:rsidRDefault="00B409D0" w:rsidP="00B4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09D0">
        <w:rPr>
          <w:rFonts w:ascii="Times New Roman" w:eastAsia="Times New Roman" w:hAnsi="Times New Roman" w:cs="Times New Roman"/>
          <w:sz w:val="28"/>
          <w:szCs w:val="28"/>
        </w:rPr>
        <w:t>Tôi tên là: ..............................................................</w:t>
      </w:r>
      <w:r w:rsidRPr="00B409D0">
        <w:rPr>
          <w:rFonts w:ascii="Times New Roman" w:eastAsia="Times New Roman" w:hAnsi="Times New Roman" w:cs="Times New Roman"/>
          <w:sz w:val="28"/>
          <w:szCs w:val="28"/>
        </w:rPr>
        <w:br/>
        <w:t>Ngày sinh: ................................................................</w:t>
      </w:r>
      <w:r w:rsidRPr="00B409D0">
        <w:rPr>
          <w:rFonts w:ascii="Times New Roman" w:eastAsia="Times New Roman" w:hAnsi="Times New Roman" w:cs="Times New Roman"/>
          <w:sz w:val="28"/>
          <w:szCs w:val="28"/>
        </w:rPr>
        <w:br/>
        <w:t>CMND/CCCD số: ........................................ Ngày cấp: ................... Nơi cấp: ......................</w:t>
      </w:r>
      <w:r w:rsidRPr="00B409D0">
        <w:rPr>
          <w:rFonts w:ascii="Times New Roman" w:eastAsia="Times New Roman" w:hAnsi="Times New Roman" w:cs="Times New Roman"/>
          <w:sz w:val="28"/>
          <w:szCs w:val="28"/>
        </w:rPr>
        <w:br/>
        <w:t>Chức vụ: ..............................................................</w:t>
      </w:r>
      <w:r w:rsidRPr="00B409D0">
        <w:rPr>
          <w:rFonts w:ascii="Times New Roman" w:eastAsia="Times New Roman" w:hAnsi="Times New Roman" w:cs="Times New Roman"/>
          <w:sz w:val="28"/>
          <w:szCs w:val="28"/>
        </w:rPr>
        <w:br/>
        <w:t>Bộ phận/phòng ban: ...................................................</w:t>
      </w:r>
    </w:p>
    <w:p w:rsidR="00B409D0" w:rsidRPr="00B409D0" w:rsidRDefault="00B409D0" w:rsidP="00B4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09D0">
        <w:rPr>
          <w:rFonts w:ascii="Times New Roman" w:eastAsia="Times New Roman" w:hAnsi="Times New Roman" w:cs="Times New Roman"/>
          <w:sz w:val="28"/>
          <w:szCs w:val="28"/>
        </w:rPr>
        <w:t>Hiện tại, tôi đang trong thời gian nghỉ thai sản theo quy định của Luật Bảo hiểm xã hội, bắt đầu từ ngày .../.../20... và dự kiến kết thúc vào ngày .../.../20...</w:t>
      </w:r>
    </w:p>
    <w:p w:rsidR="00B409D0" w:rsidRPr="00B409D0" w:rsidRDefault="00B409D0" w:rsidP="00B4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09D0">
        <w:rPr>
          <w:rFonts w:ascii="Times New Roman" w:eastAsia="Times New Roman" w:hAnsi="Times New Roman" w:cs="Times New Roman"/>
          <w:sz w:val="28"/>
          <w:szCs w:val="28"/>
        </w:rPr>
        <w:t xml:space="preserve">Tuy nhiên, do hoàn cảnh cá nhân và nhu cầu chăm sóc con nhỏ sau sinh, tôi làm đơn này kính xin Ban Giám đốc cho phép tôi </w:t>
      </w:r>
      <w:r w:rsidRPr="00D96931">
        <w:rPr>
          <w:rFonts w:ascii="Times New Roman" w:eastAsia="Times New Roman" w:hAnsi="Times New Roman" w:cs="Times New Roman"/>
          <w:b/>
          <w:bCs/>
          <w:sz w:val="28"/>
          <w:szCs w:val="28"/>
        </w:rPr>
        <w:t>được nghỉ thêm ngoài thời gian nghỉ thai sản theo chế độ BHXH</w:t>
      </w:r>
      <w:r w:rsidRPr="00B409D0">
        <w:rPr>
          <w:rFonts w:ascii="Times New Roman" w:eastAsia="Times New Roman" w:hAnsi="Times New Roman" w:cs="Times New Roman"/>
          <w:sz w:val="28"/>
          <w:szCs w:val="28"/>
        </w:rPr>
        <w:t>, cụ thể:</w:t>
      </w:r>
    </w:p>
    <w:p w:rsidR="00B409D0" w:rsidRPr="00B409D0" w:rsidRDefault="00B409D0" w:rsidP="00B409D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96931">
        <w:rPr>
          <w:rFonts w:ascii="Times New Roman" w:eastAsia="Times New Roman" w:hAnsi="Times New Roman" w:cs="Times New Roman"/>
          <w:b/>
          <w:bCs/>
          <w:sz w:val="28"/>
          <w:szCs w:val="28"/>
        </w:rPr>
        <w:t>Thời gian xin nghỉ thêm:</w:t>
      </w:r>
      <w:r w:rsidRPr="00B409D0">
        <w:rPr>
          <w:rFonts w:ascii="Times New Roman" w:eastAsia="Times New Roman" w:hAnsi="Times New Roman" w:cs="Times New Roman"/>
          <w:sz w:val="28"/>
          <w:szCs w:val="28"/>
        </w:rPr>
        <w:t xml:space="preserve"> Từ ngày .../.../20... đến ngày .../.../20...</w:t>
      </w:r>
    </w:p>
    <w:p w:rsidR="00B409D0" w:rsidRPr="00B409D0" w:rsidRDefault="00B409D0" w:rsidP="00B409D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96931">
        <w:rPr>
          <w:rFonts w:ascii="Times New Roman" w:eastAsia="Times New Roman" w:hAnsi="Times New Roman" w:cs="Times New Roman"/>
          <w:b/>
          <w:bCs/>
          <w:sz w:val="28"/>
          <w:szCs w:val="28"/>
        </w:rPr>
        <w:t>Tổng số ngày xin nghỉ thêm:</w:t>
      </w:r>
      <w:r w:rsidRPr="00B409D0">
        <w:rPr>
          <w:rFonts w:ascii="Times New Roman" w:eastAsia="Times New Roman" w:hAnsi="Times New Roman" w:cs="Times New Roman"/>
          <w:sz w:val="28"/>
          <w:szCs w:val="28"/>
        </w:rPr>
        <w:t xml:space="preserve"> .................. ngày</w:t>
      </w:r>
    </w:p>
    <w:p w:rsidR="00B409D0" w:rsidRPr="00B409D0" w:rsidRDefault="00B409D0" w:rsidP="00B409D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96931">
        <w:rPr>
          <w:rFonts w:ascii="Times New Roman" w:eastAsia="Times New Roman" w:hAnsi="Times New Roman" w:cs="Times New Roman"/>
          <w:b/>
          <w:bCs/>
          <w:sz w:val="28"/>
          <w:szCs w:val="28"/>
        </w:rPr>
        <w:t>Lý do:</w:t>
      </w:r>
      <w:r w:rsidRPr="00B409D0">
        <w:rPr>
          <w:rFonts w:ascii="Times New Roman" w:eastAsia="Times New Roman" w:hAnsi="Times New Roman" w:cs="Times New Roman"/>
          <w:sz w:val="28"/>
          <w:szCs w:val="28"/>
        </w:rPr>
        <w:t xml:space="preserve"> .......................................................................................</w:t>
      </w:r>
      <w:r w:rsidRPr="00B409D0">
        <w:rPr>
          <w:rFonts w:ascii="Times New Roman" w:eastAsia="Times New Roman" w:hAnsi="Times New Roman" w:cs="Times New Roman"/>
          <w:sz w:val="28"/>
          <w:szCs w:val="28"/>
        </w:rPr>
        <w:br/>
        <w:t>(VD: Sức khỏe chưa phục hồi sau sinh, con nhỏ cần người chăm sóc,...)</w:t>
      </w:r>
    </w:p>
    <w:p w:rsidR="00B409D0" w:rsidRPr="00B409D0" w:rsidRDefault="00B409D0" w:rsidP="00B4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09D0">
        <w:rPr>
          <w:rFonts w:ascii="Times New Roman" w:eastAsia="Times New Roman" w:hAnsi="Times New Roman" w:cs="Times New Roman"/>
          <w:sz w:val="28"/>
          <w:szCs w:val="28"/>
        </w:rPr>
        <w:t xml:space="preserve">Tôi cam kết trong thời gian nghỉ thêm sẽ tuân thủ các quy định của công ty và hoàn toàn </w:t>
      </w:r>
      <w:r w:rsidRPr="00D96931">
        <w:rPr>
          <w:rFonts w:ascii="Times New Roman" w:eastAsia="Times New Roman" w:hAnsi="Times New Roman" w:cs="Times New Roman"/>
          <w:b/>
          <w:bCs/>
          <w:sz w:val="28"/>
          <w:szCs w:val="28"/>
        </w:rPr>
        <w:t>chấp nhận việc nghỉ không hưởng lương (hoặc: theo thỏa thuận với công ty)</w:t>
      </w:r>
      <w:r w:rsidRPr="00B409D0">
        <w:rPr>
          <w:rFonts w:ascii="Times New Roman" w:eastAsia="Times New Roman" w:hAnsi="Times New Roman" w:cs="Times New Roman"/>
          <w:sz w:val="28"/>
          <w:szCs w:val="28"/>
        </w:rPr>
        <w:t>. Rất mong Ban Giám đốc xem xét và chấp thuận đề nghị của tôi.</w:t>
      </w:r>
    </w:p>
    <w:p w:rsidR="00B409D0" w:rsidRPr="00B409D0" w:rsidRDefault="00B409D0" w:rsidP="00B4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09D0">
        <w:rPr>
          <w:rFonts w:ascii="Times New Roman" w:eastAsia="Times New Roman" w:hAnsi="Times New Roman" w:cs="Times New Roman"/>
          <w:sz w:val="28"/>
          <w:szCs w:val="28"/>
        </w:rPr>
        <w:t>Tôi xin chân thành cảm ơn!</w:t>
      </w:r>
    </w:p>
    <w:p w:rsidR="00D96931" w:rsidRPr="00D96931" w:rsidRDefault="00B409D0" w:rsidP="00D9693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bookmarkStart w:id="0" w:name="_GoBack"/>
      <w:r w:rsidRPr="00B409D0">
        <w:rPr>
          <w:rFonts w:ascii="Times New Roman" w:eastAsia="Times New Roman" w:hAnsi="Times New Roman" w:cs="Times New Roman"/>
          <w:i/>
          <w:sz w:val="28"/>
          <w:szCs w:val="28"/>
        </w:rPr>
        <w:t>………, ngày …… tháng …… năm 20……</w:t>
      </w:r>
      <w:bookmarkEnd w:id="0"/>
      <w:r w:rsidRPr="00B409D0">
        <w:rPr>
          <w:rFonts w:ascii="Times New Roman" w:eastAsia="Times New Roman" w:hAnsi="Times New Roman" w:cs="Times New Roman"/>
          <w:i/>
          <w:sz w:val="28"/>
          <w:szCs w:val="28"/>
        </w:rPr>
        <w:br/>
      </w:r>
    </w:p>
    <w:p w:rsidR="00B409D0" w:rsidRPr="00B409D0" w:rsidRDefault="00B409D0" w:rsidP="00D9693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9693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Người làm đơn</w:t>
      </w:r>
      <w:r w:rsidRPr="00B409D0">
        <w:rPr>
          <w:rFonts w:ascii="Times New Roman" w:eastAsia="Times New Roman" w:hAnsi="Times New Roman" w:cs="Times New Roman"/>
          <w:sz w:val="28"/>
          <w:szCs w:val="28"/>
        </w:rPr>
        <w:br/>
        <w:t>(Ký và ghi rõ họ tên)</w:t>
      </w:r>
      <w:r w:rsidRPr="00B409D0">
        <w:rPr>
          <w:rFonts w:ascii="Times New Roman" w:eastAsia="Times New Roman" w:hAnsi="Times New Roman" w:cs="Times New Roman"/>
          <w:sz w:val="28"/>
          <w:szCs w:val="28"/>
        </w:rPr>
        <w:br/>
        <w:t>..........................................</w:t>
      </w:r>
    </w:p>
    <w:p w:rsidR="00B409D0" w:rsidRPr="00B409D0" w:rsidRDefault="00B409D0" w:rsidP="00B4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96931">
        <w:rPr>
          <w:rFonts w:ascii="Times New Roman" w:eastAsia="Times New Roman" w:hAnsi="Times New Roman" w:cs="Times New Roman"/>
          <w:b/>
          <w:bCs/>
          <w:sz w:val="28"/>
          <w:szCs w:val="28"/>
        </w:rPr>
        <w:t>Ý kiến của Trưởng bộ phận/Phòng ban:</w:t>
      </w:r>
      <w:r w:rsidRPr="00B409D0">
        <w:rPr>
          <w:rFonts w:ascii="Times New Roman" w:eastAsia="Times New Roman" w:hAnsi="Times New Roman" w:cs="Times New Roman"/>
          <w:sz w:val="28"/>
          <w:szCs w:val="28"/>
        </w:rPr>
        <w:br/>
        <w:t>..............................................................................................................</w:t>
      </w:r>
      <w:r w:rsidRPr="00B409D0">
        <w:rPr>
          <w:rFonts w:ascii="Times New Roman" w:eastAsia="Times New Roman" w:hAnsi="Times New Roman" w:cs="Times New Roman"/>
          <w:sz w:val="28"/>
          <w:szCs w:val="28"/>
        </w:rPr>
        <w:br/>
        <w:t>(Ký và ghi rõ họ tên)</w:t>
      </w:r>
    </w:p>
    <w:p w:rsidR="00B409D0" w:rsidRPr="00B409D0" w:rsidRDefault="00B409D0" w:rsidP="00B40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96931">
        <w:rPr>
          <w:rFonts w:ascii="Times New Roman" w:eastAsia="Times New Roman" w:hAnsi="Times New Roman" w:cs="Times New Roman"/>
          <w:b/>
          <w:bCs/>
          <w:sz w:val="28"/>
          <w:szCs w:val="28"/>
        </w:rPr>
        <w:t>Ý kiến của Ban Giám đốc:</w:t>
      </w:r>
      <w:r w:rsidRPr="00B409D0">
        <w:rPr>
          <w:rFonts w:ascii="Times New Roman" w:eastAsia="Times New Roman" w:hAnsi="Times New Roman" w:cs="Times New Roman"/>
          <w:sz w:val="28"/>
          <w:szCs w:val="28"/>
        </w:rPr>
        <w:br/>
      </w:r>
      <w:r w:rsidRPr="00B409D0">
        <w:rPr>
          <w:rFonts w:ascii="Segoe UI Symbol" w:eastAsia="Times New Roman" w:hAnsi="Segoe UI Symbol" w:cs="Segoe UI Symbol"/>
          <w:sz w:val="28"/>
          <w:szCs w:val="28"/>
        </w:rPr>
        <w:t>☐</w:t>
      </w:r>
      <w:r w:rsidRPr="00B409D0">
        <w:rPr>
          <w:rFonts w:ascii="Times New Roman" w:eastAsia="Times New Roman" w:hAnsi="Times New Roman" w:cs="Times New Roman"/>
          <w:sz w:val="28"/>
          <w:szCs w:val="28"/>
        </w:rPr>
        <w:t xml:space="preserve"> Đồng ý</w:t>
      </w:r>
      <w:r w:rsidRPr="00B409D0">
        <w:rPr>
          <w:rFonts w:ascii="Times New Roman" w:eastAsia="Times New Roman" w:hAnsi="Times New Roman" w:cs="Times New Roman"/>
          <w:sz w:val="28"/>
          <w:szCs w:val="28"/>
        </w:rPr>
        <w:br/>
      </w:r>
      <w:r w:rsidRPr="00B409D0">
        <w:rPr>
          <w:rFonts w:ascii="Segoe UI Symbol" w:eastAsia="Times New Roman" w:hAnsi="Segoe UI Symbol" w:cs="Segoe UI Symbol"/>
          <w:sz w:val="28"/>
          <w:szCs w:val="28"/>
        </w:rPr>
        <w:t>☐</w:t>
      </w:r>
      <w:r w:rsidRPr="00B409D0">
        <w:rPr>
          <w:rFonts w:ascii="Times New Roman" w:eastAsia="Times New Roman" w:hAnsi="Times New Roman" w:cs="Times New Roman"/>
          <w:sz w:val="28"/>
          <w:szCs w:val="28"/>
        </w:rPr>
        <w:t xml:space="preserve"> Không đồng ý</w:t>
      </w:r>
      <w:r w:rsidRPr="00B409D0">
        <w:rPr>
          <w:rFonts w:ascii="Times New Roman" w:eastAsia="Times New Roman" w:hAnsi="Times New Roman" w:cs="Times New Roman"/>
          <w:sz w:val="28"/>
          <w:szCs w:val="28"/>
        </w:rPr>
        <w:br/>
        <w:t>Lý do (nếu không đồng ý): ......................................................................</w:t>
      </w:r>
      <w:r w:rsidRPr="00B409D0">
        <w:rPr>
          <w:rFonts w:ascii="Times New Roman" w:eastAsia="Times New Roman" w:hAnsi="Times New Roman" w:cs="Times New Roman"/>
          <w:sz w:val="28"/>
          <w:szCs w:val="28"/>
        </w:rPr>
        <w:br/>
        <w:t>(Ký tên, đóng dấu)</w:t>
      </w:r>
    </w:p>
    <w:p w:rsidR="006C7525" w:rsidRPr="00D96931" w:rsidRDefault="006C7525" w:rsidP="00B409D0">
      <w:pPr>
        <w:rPr>
          <w:rFonts w:ascii="Times New Roman" w:hAnsi="Times New Roman" w:cs="Times New Roman"/>
          <w:sz w:val="28"/>
          <w:szCs w:val="28"/>
        </w:rPr>
      </w:pPr>
    </w:p>
    <w:sectPr w:rsidR="006C7525" w:rsidRPr="00D9693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5070706"/>
    <w:multiLevelType w:val="multilevel"/>
    <w:tmpl w:val="2A3EE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F330C8"/>
    <w:multiLevelType w:val="multilevel"/>
    <w:tmpl w:val="4F307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7C47E6"/>
    <w:multiLevelType w:val="multilevel"/>
    <w:tmpl w:val="F5FEB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1CA12FE"/>
    <w:multiLevelType w:val="multilevel"/>
    <w:tmpl w:val="BCA8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BC71C1D"/>
    <w:multiLevelType w:val="multilevel"/>
    <w:tmpl w:val="9572B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940FE9"/>
    <w:multiLevelType w:val="multilevel"/>
    <w:tmpl w:val="3404E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3"/>
  </w:num>
  <w:num w:numId="12">
    <w:abstractNumId w:val="11"/>
  </w:num>
  <w:num w:numId="13">
    <w:abstractNumId w:val="12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177D9"/>
    <w:rsid w:val="0028293B"/>
    <w:rsid w:val="0029639D"/>
    <w:rsid w:val="00326F90"/>
    <w:rsid w:val="00455A03"/>
    <w:rsid w:val="00544251"/>
    <w:rsid w:val="006C7525"/>
    <w:rsid w:val="008E6E33"/>
    <w:rsid w:val="00AA1D8D"/>
    <w:rsid w:val="00B409D0"/>
    <w:rsid w:val="00B47730"/>
    <w:rsid w:val="00CB0664"/>
    <w:rsid w:val="00D969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B161DE7C-33FE-489F-93B9-7B5CAB6D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544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2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9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7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C02DF71-7AD2-4B30-B156-977D1B28E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2025-07-14T03:39:00Z</dcterms:created>
  <dcterms:modified xsi:type="dcterms:W3CDTF">2025-07-14T03:39:00Z</dcterms:modified>
  <cp:category/>
</cp:coreProperties>
</file>