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5D0" w:rsidRDefault="007735D0" w:rsidP="007735D0">
      <w:pPr>
        <w:pStyle w:val="Heading3"/>
        <w:jc w:val="center"/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CỘNG HÒA XÃ HỘI CHỦ NGHĨA VIỆT NAM</w:t>
      </w:r>
      <w:r w:rsidRPr="007735D0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7735D0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Độc lập – Tự do – Hạnh phúc</w:t>
      </w:r>
      <w:r w:rsidRPr="007735D0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7735D0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SOCIALIST REPUBLIC OF VIETNAM</w:t>
      </w:r>
      <w:r w:rsidRPr="007735D0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7735D0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Independence – Freedom – Happiness</w:t>
      </w:r>
    </w:p>
    <w:p w:rsidR="007735D0" w:rsidRPr="007735D0" w:rsidRDefault="007735D0" w:rsidP="007735D0"/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HỢP ĐỒNG GIA CÔNG HÀNG HÓA</w:t>
      </w:r>
    </w:p>
    <w:p w:rsidR="007735D0" w:rsidRPr="007735D0" w:rsidRDefault="007735D0" w:rsidP="007735D0">
      <w:pPr>
        <w:pStyle w:val="NormalWeb"/>
        <w:rPr>
          <w:sz w:val="28"/>
          <w:szCs w:val="28"/>
        </w:rPr>
      </w:pPr>
      <w:r w:rsidRPr="007735D0">
        <w:rPr>
          <w:rStyle w:val="Strong"/>
          <w:sz w:val="28"/>
          <w:szCs w:val="28"/>
        </w:rPr>
        <w:t>PROCESSING CONTRACT</w:t>
      </w:r>
      <w:r w:rsidRPr="007735D0">
        <w:rPr>
          <w:sz w:val="28"/>
          <w:szCs w:val="28"/>
        </w:rPr>
        <w:br/>
        <w:t>(Số/No.: …/HĐGC)</w:t>
      </w:r>
    </w:p>
    <w:p w:rsidR="007735D0" w:rsidRPr="007735D0" w:rsidRDefault="007735D0" w:rsidP="007735D0">
      <w:pPr>
        <w:pStyle w:val="NormalWeb"/>
        <w:rPr>
          <w:sz w:val="28"/>
          <w:szCs w:val="28"/>
        </w:rPr>
      </w:pPr>
      <w:r w:rsidRPr="007735D0">
        <w:rPr>
          <w:rStyle w:val="Strong"/>
          <w:sz w:val="28"/>
          <w:szCs w:val="28"/>
        </w:rPr>
        <w:t>Hôm nay, ngày … tháng … năm …, tại …</w:t>
      </w:r>
      <w:r w:rsidRPr="007735D0">
        <w:rPr>
          <w:sz w:val="28"/>
          <w:szCs w:val="28"/>
        </w:rPr>
        <w:br/>
      </w:r>
      <w:r w:rsidRPr="007735D0">
        <w:rPr>
          <w:rStyle w:val="Strong"/>
          <w:sz w:val="28"/>
          <w:szCs w:val="28"/>
        </w:rPr>
        <w:t>This Contract is made on … [day] … [month] … [year] at …</w:t>
      </w:r>
    </w:p>
    <w:p w:rsidR="007735D0" w:rsidRPr="007735D0" w:rsidRDefault="007735D0" w:rsidP="007735D0">
      <w:pPr>
        <w:pStyle w:val="NormalWeb"/>
        <w:rPr>
          <w:sz w:val="28"/>
          <w:szCs w:val="28"/>
        </w:rPr>
      </w:pPr>
      <w:r w:rsidRPr="007735D0">
        <w:rPr>
          <w:sz w:val="28"/>
          <w:szCs w:val="28"/>
        </w:rPr>
        <w:t>Chúng tôi gồm có / The Parties are as follows: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BÊN A (BÊN GIA CÔNG) / PARTY A (PROCESSOR):</w:t>
      </w:r>
    </w:p>
    <w:p w:rsidR="007735D0" w:rsidRPr="007735D0" w:rsidRDefault="007735D0" w:rsidP="007735D0">
      <w:pPr>
        <w:pStyle w:val="NormalWeb"/>
        <w:numPr>
          <w:ilvl w:val="0"/>
          <w:numId w:val="26"/>
        </w:numPr>
        <w:rPr>
          <w:sz w:val="28"/>
          <w:szCs w:val="28"/>
        </w:rPr>
      </w:pPr>
      <w:r w:rsidRPr="007735D0">
        <w:rPr>
          <w:sz w:val="28"/>
          <w:szCs w:val="28"/>
        </w:rPr>
        <w:t>Tên doanh nghiệp / Name of company: ………………………………………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26"/>
        </w:numPr>
        <w:rPr>
          <w:sz w:val="28"/>
          <w:szCs w:val="28"/>
        </w:rPr>
      </w:pPr>
      <w:r w:rsidRPr="007735D0">
        <w:rPr>
          <w:sz w:val="28"/>
          <w:szCs w:val="28"/>
        </w:rPr>
        <w:t>Địa chỉ / Address: …………………………………………………………………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26"/>
        </w:numPr>
        <w:rPr>
          <w:sz w:val="28"/>
          <w:szCs w:val="28"/>
        </w:rPr>
      </w:pPr>
      <w:r w:rsidRPr="007735D0">
        <w:rPr>
          <w:sz w:val="28"/>
          <w:szCs w:val="28"/>
        </w:rPr>
        <w:t>Điện thoại / Phone: …………………… Fax: 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26"/>
        </w:numPr>
        <w:rPr>
          <w:sz w:val="28"/>
          <w:szCs w:val="28"/>
        </w:rPr>
      </w:pPr>
      <w:r w:rsidRPr="007735D0">
        <w:rPr>
          <w:sz w:val="28"/>
          <w:szCs w:val="28"/>
        </w:rPr>
        <w:t>Đại diện / Representative: ………………………… Chức vụ / Title: ………………</w:t>
      </w:r>
    </w:p>
    <w:p w:rsidR="007735D0" w:rsidRPr="007735D0" w:rsidRDefault="007735D0" w:rsidP="007735D0">
      <w:pPr>
        <w:pStyle w:val="NormalWeb"/>
        <w:numPr>
          <w:ilvl w:val="0"/>
          <w:numId w:val="26"/>
        </w:numPr>
        <w:rPr>
          <w:sz w:val="28"/>
          <w:szCs w:val="28"/>
        </w:rPr>
      </w:pPr>
      <w:r w:rsidRPr="007735D0">
        <w:rPr>
          <w:sz w:val="28"/>
          <w:szCs w:val="28"/>
        </w:rPr>
        <w:t>Giấy ĐKKD/MST / Business Registration No./Tax Code: ……………………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BÊN B (BÊN THUÊ GIA CÔNG) / PARTY B (HIRING PARTY):</w:t>
      </w:r>
      <w:bookmarkStart w:id="0" w:name="_GoBack"/>
      <w:bookmarkEnd w:id="0"/>
    </w:p>
    <w:p w:rsidR="007735D0" w:rsidRPr="007735D0" w:rsidRDefault="007735D0" w:rsidP="007735D0">
      <w:pPr>
        <w:pStyle w:val="NormalWeb"/>
        <w:numPr>
          <w:ilvl w:val="0"/>
          <w:numId w:val="27"/>
        </w:numPr>
        <w:rPr>
          <w:sz w:val="28"/>
          <w:szCs w:val="28"/>
        </w:rPr>
      </w:pPr>
      <w:r w:rsidRPr="007735D0">
        <w:rPr>
          <w:sz w:val="28"/>
          <w:szCs w:val="28"/>
        </w:rPr>
        <w:t>Tên doanh nghiệp / Name of company: ………………………………………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27"/>
        </w:numPr>
        <w:rPr>
          <w:sz w:val="28"/>
          <w:szCs w:val="28"/>
        </w:rPr>
      </w:pPr>
      <w:r w:rsidRPr="007735D0">
        <w:rPr>
          <w:sz w:val="28"/>
          <w:szCs w:val="28"/>
        </w:rPr>
        <w:t>Địa chỉ / Address: …………………………………………………………………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27"/>
        </w:numPr>
        <w:rPr>
          <w:sz w:val="28"/>
          <w:szCs w:val="28"/>
        </w:rPr>
      </w:pPr>
      <w:r w:rsidRPr="007735D0">
        <w:rPr>
          <w:sz w:val="28"/>
          <w:szCs w:val="28"/>
        </w:rPr>
        <w:t>Điện thoại / Phone: …………………… Fax: 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27"/>
        </w:numPr>
        <w:rPr>
          <w:sz w:val="28"/>
          <w:szCs w:val="28"/>
        </w:rPr>
      </w:pPr>
      <w:r w:rsidRPr="007735D0">
        <w:rPr>
          <w:sz w:val="28"/>
          <w:szCs w:val="28"/>
        </w:rPr>
        <w:t>Đại diện / Representative: ………………………… Chức vụ / Title: ………………</w:t>
      </w:r>
    </w:p>
    <w:p w:rsidR="007735D0" w:rsidRPr="007735D0" w:rsidRDefault="007735D0" w:rsidP="007735D0">
      <w:pPr>
        <w:pStyle w:val="NormalWeb"/>
        <w:numPr>
          <w:ilvl w:val="0"/>
          <w:numId w:val="27"/>
        </w:numPr>
        <w:rPr>
          <w:sz w:val="28"/>
          <w:szCs w:val="28"/>
        </w:rPr>
      </w:pPr>
      <w:r w:rsidRPr="007735D0">
        <w:rPr>
          <w:sz w:val="28"/>
          <w:szCs w:val="28"/>
        </w:rPr>
        <w:t>Giấy ĐKKD/MST / Business Registration No./Tax Code: ……………………</w:t>
      </w:r>
    </w:p>
    <w:p w:rsidR="007735D0" w:rsidRPr="007735D0" w:rsidRDefault="007735D0" w:rsidP="007735D0">
      <w:pPr>
        <w:pStyle w:val="NormalWeb"/>
        <w:rPr>
          <w:sz w:val="28"/>
          <w:szCs w:val="28"/>
        </w:rPr>
      </w:pPr>
      <w:r w:rsidRPr="007735D0">
        <w:rPr>
          <w:sz w:val="28"/>
          <w:szCs w:val="28"/>
        </w:rPr>
        <w:lastRenderedPageBreak/>
        <w:t>Sau khi thỏa thuận, hai bên thống nhất ký kết hợp đồng với các điều khoản như sau:</w:t>
      </w:r>
      <w:r w:rsidRPr="007735D0">
        <w:rPr>
          <w:sz w:val="28"/>
          <w:szCs w:val="28"/>
        </w:rPr>
        <w:br/>
        <w:t>The parties agree to enter into this contract under the following terms and conditions: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1: NỘI DUNG HỢP ĐỒNG / ARTICLE 1: CONTRACT SCOPE</w:t>
      </w:r>
    </w:p>
    <w:p w:rsidR="007735D0" w:rsidRPr="007735D0" w:rsidRDefault="007735D0" w:rsidP="007735D0">
      <w:pPr>
        <w:pStyle w:val="NormalWeb"/>
        <w:numPr>
          <w:ilvl w:val="0"/>
          <w:numId w:val="28"/>
        </w:numPr>
        <w:rPr>
          <w:sz w:val="28"/>
          <w:szCs w:val="28"/>
        </w:rPr>
      </w:pPr>
      <w:r w:rsidRPr="007735D0">
        <w:rPr>
          <w:sz w:val="28"/>
          <w:szCs w:val="28"/>
        </w:rPr>
        <w:t>Bên A sẽ gia công theo yêu cầu của Bên B các sản phẩm như sau:</w:t>
      </w:r>
      <w:r w:rsidRPr="007735D0">
        <w:rPr>
          <w:sz w:val="28"/>
          <w:szCs w:val="28"/>
        </w:rPr>
        <w:br/>
        <w:t>Party A shall process the following products upon Party B’s request: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1710"/>
        <w:gridCol w:w="1634"/>
        <w:gridCol w:w="1198"/>
        <w:gridCol w:w="1615"/>
        <w:gridCol w:w="1612"/>
      </w:tblGrid>
      <w:tr w:rsidR="007735D0" w:rsidRPr="007735D0" w:rsidTr="007735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 / No.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 hàng hóa / Item Name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lượng / Quantity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Đơn vị tính / Unit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Chất liệu / Material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Yêu cầu kỹ thuật / Specs</w:t>
            </w:r>
          </w:p>
        </w:tc>
      </w:tr>
      <w:tr w:rsidR="007735D0" w:rsidRPr="007735D0" w:rsidTr="007735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7735D0" w:rsidRPr="007735D0" w:rsidRDefault="00773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5D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7735D0" w:rsidRPr="007735D0" w:rsidRDefault="007735D0" w:rsidP="007735D0">
      <w:pPr>
        <w:rPr>
          <w:rFonts w:ascii="Times New Roman" w:hAnsi="Times New Roman" w:cs="Times New Roman"/>
          <w:sz w:val="28"/>
          <w:szCs w:val="28"/>
        </w:rPr>
      </w:pP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2: THỜI HẠN GIA CÔNG / ARTICLE 2: PROCESSING TIMEFRAME</w:t>
      </w:r>
    </w:p>
    <w:p w:rsidR="007735D0" w:rsidRPr="007735D0" w:rsidRDefault="007735D0" w:rsidP="007735D0">
      <w:pPr>
        <w:pStyle w:val="NormalWeb"/>
        <w:numPr>
          <w:ilvl w:val="0"/>
          <w:numId w:val="29"/>
        </w:numPr>
        <w:rPr>
          <w:sz w:val="28"/>
          <w:szCs w:val="28"/>
        </w:rPr>
      </w:pPr>
      <w:r w:rsidRPr="007735D0">
        <w:rPr>
          <w:sz w:val="28"/>
          <w:szCs w:val="28"/>
        </w:rPr>
        <w:t>Thời gian bắt đầu / Starting date: ……………………………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29"/>
        </w:numPr>
        <w:rPr>
          <w:sz w:val="28"/>
          <w:szCs w:val="28"/>
        </w:rPr>
      </w:pPr>
      <w:r w:rsidRPr="007735D0">
        <w:rPr>
          <w:sz w:val="28"/>
          <w:szCs w:val="28"/>
        </w:rPr>
        <w:t>Thời gian hoàn thành / Completion date: ……………………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3: GIÁ GIA CÔNG VÀ THANH TOÁN / ARTICLE 3: PRICE AND PAYMENT</w:t>
      </w:r>
    </w:p>
    <w:p w:rsidR="007735D0" w:rsidRPr="007735D0" w:rsidRDefault="007735D0" w:rsidP="007735D0">
      <w:pPr>
        <w:pStyle w:val="NormalWeb"/>
        <w:numPr>
          <w:ilvl w:val="0"/>
          <w:numId w:val="30"/>
        </w:numPr>
        <w:rPr>
          <w:sz w:val="28"/>
          <w:szCs w:val="28"/>
        </w:rPr>
      </w:pPr>
      <w:r w:rsidRPr="007735D0">
        <w:rPr>
          <w:sz w:val="28"/>
          <w:szCs w:val="28"/>
        </w:rPr>
        <w:t>Đơn giá gia công / Processing unit price: ………………… VND/USD per item</w:t>
      </w:r>
    </w:p>
    <w:p w:rsidR="007735D0" w:rsidRPr="007735D0" w:rsidRDefault="007735D0" w:rsidP="007735D0">
      <w:pPr>
        <w:pStyle w:val="NormalWeb"/>
        <w:numPr>
          <w:ilvl w:val="0"/>
          <w:numId w:val="30"/>
        </w:numPr>
        <w:rPr>
          <w:sz w:val="28"/>
          <w:szCs w:val="28"/>
        </w:rPr>
      </w:pPr>
      <w:r w:rsidRPr="007735D0">
        <w:rPr>
          <w:sz w:val="28"/>
          <w:szCs w:val="28"/>
        </w:rPr>
        <w:t>Tổng giá trị hợp đồng / Total contract value: ……………………… VND/USD</w:t>
      </w:r>
    </w:p>
    <w:p w:rsidR="007735D0" w:rsidRPr="007735D0" w:rsidRDefault="007735D0" w:rsidP="007735D0">
      <w:pPr>
        <w:pStyle w:val="NormalWeb"/>
        <w:numPr>
          <w:ilvl w:val="0"/>
          <w:numId w:val="30"/>
        </w:numPr>
        <w:rPr>
          <w:sz w:val="28"/>
          <w:szCs w:val="28"/>
        </w:rPr>
      </w:pPr>
      <w:r w:rsidRPr="007735D0">
        <w:rPr>
          <w:sz w:val="28"/>
          <w:szCs w:val="28"/>
        </w:rPr>
        <w:t>Hình thức thanh toán / Payment method: (</w:t>
      </w:r>
      <w:r w:rsidRPr="007735D0">
        <w:rPr>
          <w:rFonts w:ascii="Segoe UI Symbol" w:hAnsi="Segoe UI Symbol" w:cs="Segoe UI Symbol"/>
          <w:sz w:val="28"/>
          <w:szCs w:val="28"/>
        </w:rPr>
        <w:t>✔</w:t>
      </w:r>
      <w:r w:rsidRPr="007735D0">
        <w:rPr>
          <w:sz w:val="28"/>
          <w:szCs w:val="28"/>
        </w:rPr>
        <w:t>) Chuyển khoản / Bank Transfer</w:t>
      </w:r>
    </w:p>
    <w:p w:rsidR="007735D0" w:rsidRPr="007735D0" w:rsidRDefault="007735D0" w:rsidP="007735D0">
      <w:pPr>
        <w:pStyle w:val="NormalWeb"/>
        <w:numPr>
          <w:ilvl w:val="0"/>
          <w:numId w:val="30"/>
        </w:numPr>
        <w:rPr>
          <w:sz w:val="28"/>
          <w:szCs w:val="28"/>
        </w:rPr>
      </w:pPr>
      <w:r w:rsidRPr="007735D0">
        <w:rPr>
          <w:sz w:val="28"/>
          <w:szCs w:val="28"/>
        </w:rPr>
        <w:t>Thời hạn thanh toán / Payment deadline: … ngày kể từ ngày nghiệm thu.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4: CHẤT LƯỢNG &amp; KIỂM TRA / ARTICLE 4: QUALITY &amp; INSPECTION</w:t>
      </w:r>
    </w:p>
    <w:p w:rsidR="007735D0" w:rsidRPr="007735D0" w:rsidRDefault="007735D0" w:rsidP="007735D0">
      <w:pPr>
        <w:pStyle w:val="NormalWeb"/>
        <w:numPr>
          <w:ilvl w:val="0"/>
          <w:numId w:val="31"/>
        </w:numPr>
        <w:rPr>
          <w:sz w:val="28"/>
          <w:szCs w:val="28"/>
        </w:rPr>
      </w:pPr>
      <w:r w:rsidRPr="007735D0">
        <w:rPr>
          <w:sz w:val="28"/>
          <w:szCs w:val="28"/>
        </w:rPr>
        <w:t>Hàng hóa phải đạt chất lượng theo yêu cầu đã thỏa thuận.</w:t>
      </w:r>
    </w:p>
    <w:p w:rsidR="007735D0" w:rsidRPr="007735D0" w:rsidRDefault="007735D0" w:rsidP="007735D0">
      <w:pPr>
        <w:pStyle w:val="NormalWeb"/>
        <w:numPr>
          <w:ilvl w:val="0"/>
          <w:numId w:val="31"/>
        </w:numPr>
        <w:rPr>
          <w:sz w:val="28"/>
          <w:szCs w:val="28"/>
        </w:rPr>
      </w:pPr>
      <w:r w:rsidRPr="007735D0">
        <w:rPr>
          <w:sz w:val="28"/>
          <w:szCs w:val="28"/>
        </w:rPr>
        <w:t>Party A shall guarantee that products meet the specifications.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5: GIAO NHẬN / ARTICLE 5: DELIVERY</w:t>
      </w:r>
    </w:p>
    <w:p w:rsidR="007735D0" w:rsidRPr="007735D0" w:rsidRDefault="007735D0" w:rsidP="007735D0">
      <w:pPr>
        <w:pStyle w:val="NormalWeb"/>
        <w:numPr>
          <w:ilvl w:val="0"/>
          <w:numId w:val="32"/>
        </w:numPr>
        <w:rPr>
          <w:sz w:val="28"/>
          <w:szCs w:val="28"/>
        </w:rPr>
      </w:pPr>
      <w:r w:rsidRPr="007735D0">
        <w:rPr>
          <w:sz w:val="28"/>
          <w:szCs w:val="28"/>
        </w:rPr>
        <w:t>Địa điểm giao hàng / Delivery location: ……………………………</w:t>
      </w:r>
    </w:p>
    <w:p w:rsidR="007735D0" w:rsidRPr="007735D0" w:rsidRDefault="007735D0" w:rsidP="007735D0">
      <w:pPr>
        <w:pStyle w:val="NormalWeb"/>
        <w:numPr>
          <w:ilvl w:val="0"/>
          <w:numId w:val="32"/>
        </w:numPr>
        <w:rPr>
          <w:sz w:val="28"/>
          <w:szCs w:val="28"/>
        </w:rPr>
      </w:pPr>
      <w:r w:rsidRPr="007735D0">
        <w:rPr>
          <w:sz w:val="28"/>
          <w:szCs w:val="28"/>
        </w:rPr>
        <w:t>Chi phí vận chuyển / Shipping costs: □ Bên A chịu / □ Bên B chịu</w:t>
      </w:r>
    </w:p>
    <w:p w:rsidR="007735D0" w:rsidRPr="007735D0" w:rsidRDefault="007735D0" w:rsidP="007735D0">
      <w:pPr>
        <w:pStyle w:val="NormalWeb"/>
        <w:numPr>
          <w:ilvl w:val="0"/>
          <w:numId w:val="32"/>
        </w:numPr>
        <w:rPr>
          <w:sz w:val="28"/>
          <w:szCs w:val="28"/>
        </w:rPr>
      </w:pPr>
      <w:r w:rsidRPr="007735D0">
        <w:rPr>
          <w:sz w:val="28"/>
          <w:szCs w:val="28"/>
        </w:rPr>
        <w:t>Giao từng đợt / Partial deliveries: □ Có / Yes □ Không / No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6: TRÁCH NHIỆM &amp; PHẠT VI PHẠM / ARTICLE 6: LIABILITY &amp; PENALTIES</w:t>
      </w:r>
    </w:p>
    <w:p w:rsidR="007735D0" w:rsidRPr="007735D0" w:rsidRDefault="007735D0" w:rsidP="007735D0">
      <w:pPr>
        <w:pStyle w:val="NormalWeb"/>
        <w:numPr>
          <w:ilvl w:val="0"/>
          <w:numId w:val="33"/>
        </w:numPr>
        <w:rPr>
          <w:sz w:val="28"/>
          <w:szCs w:val="28"/>
        </w:rPr>
      </w:pPr>
      <w:r w:rsidRPr="007735D0">
        <w:rPr>
          <w:sz w:val="28"/>
          <w:szCs w:val="28"/>
        </w:rPr>
        <w:t>Bên vi phạm hợp đồng sẽ phải bồi thường thiệt hại thực tế và phạt vi phạm (nếu có).</w:t>
      </w:r>
    </w:p>
    <w:p w:rsidR="007735D0" w:rsidRPr="007735D0" w:rsidRDefault="007735D0" w:rsidP="007735D0">
      <w:pPr>
        <w:pStyle w:val="NormalWeb"/>
        <w:numPr>
          <w:ilvl w:val="0"/>
          <w:numId w:val="33"/>
        </w:numPr>
        <w:rPr>
          <w:sz w:val="28"/>
          <w:szCs w:val="28"/>
        </w:rPr>
      </w:pPr>
      <w:r w:rsidRPr="007735D0">
        <w:rPr>
          <w:sz w:val="28"/>
          <w:szCs w:val="28"/>
        </w:rPr>
        <w:t>The breaching party shall compensate actual damages and pay penalties (if applicable).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7: GIẢI QUYẾT TRANH CHẤP / ARTICLE 7: DISPUTE RESOLUTION</w:t>
      </w:r>
    </w:p>
    <w:p w:rsidR="007735D0" w:rsidRPr="007735D0" w:rsidRDefault="007735D0" w:rsidP="007735D0">
      <w:pPr>
        <w:pStyle w:val="NormalWeb"/>
        <w:numPr>
          <w:ilvl w:val="0"/>
          <w:numId w:val="34"/>
        </w:numPr>
        <w:rPr>
          <w:sz w:val="28"/>
          <w:szCs w:val="28"/>
        </w:rPr>
      </w:pPr>
      <w:r w:rsidRPr="007735D0">
        <w:rPr>
          <w:sz w:val="28"/>
          <w:szCs w:val="28"/>
        </w:rPr>
        <w:t>Mọi tranh chấp sẽ được thương lượng. Nếu không thành, sẽ đưa ra … (Trọng tài / Tòa án).</w:t>
      </w:r>
    </w:p>
    <w:p w:rsidR="007735D0" w:rsidRPr="007735D0" w:rsidRDefault="007735D0" w:rsidP="007735D0">
      <w:pPr>
        <w:pStyle w:val="NormalWeb"/>
        <w:numPr>
          <w:ilvl w:val="0"/>
          <w:numId w:val="34"/>
        </w:numPr>
        <w:rPr>
          <w:sz w:val="28"/>
          <w:szCs w:val="28"/>
        </w:rPr>
      </w:pPr>
      <w:r w:rsidRPr="007735D0">
        <w:rPr>
          <w:sz w:val="28"/>
          <w:szCs w:val="28"/>
        </w:rPr>
        <w:t>All disputes shall be settled by negotiation; otherwise, resolved at … (Arbitration/Court).</w:t>
      </w:r>
    </w:p>
    <w:p w:rsidR="007735D0" w:rsidRPr="007735D0" w:rsidRDefault="007735D0" w:rsidP="007735D0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7735D0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ĐIỀU 8: ĐIỀU KHOẢN CHUNG / ARTICLE 8: GENERAL PROVISIONS</w:t>
      </w:r>
    </w:p>
    <w:p w:rsidR="007735D0" w:rsidRPr="007735D0" w:rsidRDefault="007735D0" w:rsidP="007735D0">
      <w:pPr>
        <w:pStyle w:val="NormalWeb"/>
        <w:numPr>
          <w:ilvl w:val="0"/>
          <w:numId w:val="35"/>
        </w:numPr>
        <w:rPr>
          <w:sz w:val="28"/>
          <w:szCs w:val="28"/>
        </w:rPr>
      </w:pPr>
      <w:r w:rsidRPr="007735D0">
        <w:rPr>
          <w:sz w:val="28"/>
          <w:szCs w:val="28"/>
        </w:rPr>
        <w:t>Hợp đồng gồm … trang, được lập thành 02 bản gốc bằng tiếng Việt và tiếng Anh có giá trị pháp lý như nhau, mỗi bên giữ 01 bản.</w:t>
      </w:r>
    </w:p>
    <w:p w:rsidR="007735D0" w:rsidRPr="007735D0" w:rsidRDefault="007735D0" w:rsidP="007735D0">
      <w:pPr>
        <w:pStyle w:val="NormalWeb"/>
        <w:numPr>
          <w:ilvl w:val="0"/>
          <w:numId w:val="35"/>
        </w:numPr>
        <w:rPr>
          <w:sz w:val="28"/>
          <w:szCs w:val="28"/>
        </w:rPr>
      </w:pPr>
      <w:r w:rsidRPr="007735D0">
        <w:rPr>
          <w:sz w:val="28"/>
          <w:szCs w:val="28"/>
        </w:rPr>
        <w:t>This contract consists of … pages in both Vietnamese and English with equal legal effect, each party keeps one original.</w:t>
      </w:r>
    </w:p>
    <w:p w:rsidR="007735D0" w:rsidRPr="007735D0" w:rsidRDefault="007735D0" w:rsidP="007735D0">
      <w:pPr>
        <w:rPr>
          <w:rFonts w:ascii="Times New Roman" w:hAnsi="Times New Roman" w:cs="Times New Roman"/>
          <w:sz w:val="28"/>
          <w:szCs w:val="28"/>
        </w:rPr>
      </w:pPr>
    </w:p>
    <w:p w:rsidR="007735D0" w:rsidRPr="007735D0" w:rsidRDefault="007735D0" w:rsidP="007735D0">
      <w:pPr>
        <w:pStyle w:val="NormalWeb"/>
        <w:jc w:val="right"/>
        <w:rPr>
          <w:sz w:val="28"/>
          <w:szCs w:val="28"/>
        </w:rPr>
      </w:pPr>
      <w:r w:rsidRPr="007735D0">
        <w:rPr>
          <w:sz w:val="28"/>
          <w:szCs w:val="28"/>
        </w:rPr>
        <w:t>…, ngày … tháng … năm …</w:t>
      </w:r>
      <w:r w:rsidRPr="007735D0">
        <w:rPr>
          <w:sz w:val="28"/>
          <w:szCs w:val="28"/>
        </w:rPr>
        <w:br/>
        <w:t>…, on the … day of …, …</w:t>
      </w:r>
    </w:p>
    <w:p w:rsidR="007735D0" w:rsidRPr="007735D0" w:rsidRDefault="007735D0" w:rsidP="007735D0">
      <w:pPr>
        <w:pStyle w:val="NormalWeb"/>
        <w:jc w:val="right"/>
        <w:rPr>
          <w:sz w:val="28"/>
          <w:szCs w:val="28"/>
        </w:rPr>
      </w:pPr>
      <w:r w:rsidRPr="007735D0">
        <w:rPr>
          <w:rStyle w:val="Strong"/>
          <w:sz w:val="28"/>
          <w:szCs w:val="28"/>
        </w:rPr>
        <w:t>ĐẠI DIỆN BÊN A / PARTY A</w:t>
      </w:r>
      <w:r w:rsidRPr="007735D0">
        <w:rPr>
          <w:sz w:val="28"/>
          <w:szCs w:val="28"/>
        </w:rPr>
        <w:br/>
        <w:t>(Ký tên, đóng dấu / Signed and sealed)</w:t>
      </w:r>
      <w:r w:rsidRPr="007735D0">
        <w:rPr>
          <w:sz w:val="28"/>
          <w:szCs w:val="28"/>
        </w:rPr>
        <w:br/>
        <w:t>Họ tên / Full name: …………………………</w:t>
      </w:r>
    </w:p>
    <w:p w:rsidR="007735D0" w:rsidRPr="007735D0" w:rsidRDefault="007735D0" w:rsidP="007735D0">
      <w:pPr>
        <w:pStyle w:val="NormalWeb"/>
        <w:jc w:val="right"/>
        <w:rPr>
          <w:sz w:val="28"/>
          <w:szCs w:val="28"/>
        </w:rPr>
      </w:pPr>
      <w:r w:rsidRPr="007735D0">
        <w:rPr>
          <w:rStyle w:val="Strong"/>
          <w:sz w:val="28"/>
          <w:szCs w:val="28"/>
        </w:rPr>
        <w:t>ĐẠI DIỆN BÊN B / PARTY B</w:t>
      </w:r>
      <w:r w:rsidRPr="007735D0">
        <w:rPr>
          <w:sz w:val="28"/>
          <w:szCs w:val="28"/>
        </w:rPr>
        <w:br/>
        <w:t>(Ký tên, đóng dấu / Signed and sealed)</w:t>
      </w:r>
      <w:r w:rsidRPr="007735D0">
        <w:rPr>
          <w:sz w:val="28"/>
          <w:szCs w:val="28"/>
        </w:rPr>
        <w:br/>
        <w:t>Họ tên / Full name: …………………………</w:t>
      </w:r>
    </w:p>
    <w:p w:rsidR="006C7525" w:rsidRPr="007735D0" w:rsidRDefault="006C7525" w:rsidP="009D043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6C7525" w:rsidRPr="007735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070706"/>
    <w:multiLevelType w:val="multilevel"/>
    <w:tmpl w:val="2A3E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D148C6"/>
    <w:multiLevelType w:val="multilevel"/>
    <w:tmpl w:val="2BB4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D9C5410"/>
    <w:multiLevelType w:val="multilevel"/>
    <w:tmpl w:val="5584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785784"/>
    <w:multiLevelType w:val="multilevel"/>
    <w:tmpl w:val="575E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F330C8"/>
    <w:multiLevelType w:val="multilevel"/>
    <w:tmpl w:val="4F3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1211C2"/>
    <w:multiLevelType w:val="multilevel"/>
    <w:tmpl w:val="F178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8C0232"/>
    <w:multiLevelType w:val="multilevel"/>
    <w:tmpl w:val="ED9E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7C47E6"/>
    <w:multiLevelType w:val="multilevel"/>
    <w:tmpl w:val="F5FE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8A5839"/>
    <w:multiLevelType w:val="multilevel"/>
    <w:tmpl w:val="BBE6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C169B4"/>
    <w:multiLevelType w:val="multilevel"/>
    <w:tmpl w:val="F1F6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CA12FE"/>
    <w:multiLevelType w:val="multilevel"/>
    <w:tmpl w:val="BCA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FC58B6"/>
    <w:multiLevelType w:val="multilevel"/>
    <w:tmpl w:val="1B6A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A07E78"/>
    <w:multiLevelType w:val="multilevel"/>
    <w:tmpl w:val="0746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06324D"/>
    <w:multiLevelType w:val="multilevel"/>
    <w:tmpl w:val="D3D6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0E3A03"/>
    <w:multiLevelType w:val="multilevel"/>
    <w:tmpl w:val="76FC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7E6620"/>
    <w:multiLevelType w:val="multilevel"/>
    <w:tmpl w:val="40B00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5B510E"/>
    <w:multiLevelType w:val="multilevel"/>
    <w:tmpl w:val="80B2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E72716"/>
    <w:multiLevelType w:val="multilevel"/>
    <w:tmpl w:val="7990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9443F89"/>
    <w:multiLevelType w:val="multilevel"/>
    <w:tmpl w:val="5E80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C71C1D"/>
    <w:multiLevelType w:val="multilevel"/>
    <w:tmpl w:val="9572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3131D1B"/>
    <w:multiLevelType w:val="multilevel"/>
    <w:tmpl w:val="B2FA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E27C26"/>
    <w:multiLevelType w:val="multilevel"/>
    <w:tmpl w:val="46023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120AAE"/>
    <w:multiLevelType w:val="multilevel"/>
    <w:tmpl w:val="E880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5940FE9"/>
    <w:multiLevelType w:val="multilevel"/>
    <w:tmpl w:val="3404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944B1C"/>
    <w:multiLevelType w:val="multilevel"/>
    <w:tmpl w:val="804AF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485495"/>
    <w:multiLevelType w:val="multilevel"/>
    <w:tmpl w:val="4BF6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2"/>
  </w:num>
  <w:num w:numId="11">
    <w:abstractNumId w:val="28"/>
  </w:num>
  <w:num w:numId="12">
    <w:abstractNumId w:val="16"/>
  </w:num>
  <w:num w:numId="13">
    <w:abstractNumId w:val="19"/>
  </w:num>
  <w:num w:numId="14">
    <w:abstractNumId w:val="9"/>
  </w:num>
  <w:num w:numId="15">
    <w:abstractNumId w:val="13"/>
  </w:num>
  <w:num w:numId="16">
    <w:abstractNumId w:val="17"/>
  </w:num>
  <w:num w:numId="17">
    <w:abstractNumId w:val="30"/>
  </w:num>
  <w:num w:numId="18">
    <w:abstractNumId w:val="29"/>
  </w:num>
  <w:num w:numId="19">
    <w:abstractNumId w:val="25"/>
  </w:num>
  <w:num w:numId="20">
    <w:abstractNumId w:val="11"/>
  </w:num>
  <w:num w:numId="21">
    <w:abstractNumId w:val="15"/>
  </w:num>
  <w:num w:numId="22">
    <w:abstractNumId w:val="23"/>
  </w:num>
  <w:num w:numId="23">
    <w:abstractNumId w:val="24"/>
  </w:num>
  <w:num w:numId="24">
    <w:abstractNumId w:val="34"/>
  </w:num>
  <w:num w:numId="25">
    <w:abstractNumId w:val="26"/>
  </w:num>
  <w:num w:numId="26">
    <w:abstractNumId w:val="22"/>
  </w:num>
  <w:num w:numId="27">
    <w:abstractNumId w:val="27"/>
  </w:num>
  <w:num w:numId="28">
    <w:abstractNumId w:val="21"/>
  </w:num>
  <w:num w:numId="29">
    <w:abstractNumId w:val="12"/>
  </w:num>
  <w:num w:numId="30">
    <w:abstractNumId w:val="31"/>
  </w:num>
  <w:num w:numId="31">
    <w:abstractNumId w:val="20"/>
  </w:num>
  <w:num w:numId="32">
    <w:abstractNumId w:val="14"/>
  </w:num>
  <w:num w:numId="33">
    <w:abstractNumId w:val="18"/>
  </w:num>
  <w:num w:numId="34">
    <w:abstractNumId w:val="10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BF9"/>
    <w:rsid w:val="0015074B"/>
    <w:rsid w:val="002177D9"/>
    <w:rsid w:val="0028293B"/>
    <w:rsid w:val="0029639D"/>
    <w:rsid w:val="00326F90"/>
    <w:rsid w:val="00403DCF"/>
    <w:rsid w:val="00455A03"/>
    <w:rsid w:val="00544251"/>
    <w:rsid w:val="006C7525"/>
    <w:rsid w:val="007735D0"/>
    <w:rsid w:val="008E6E33"/>
    <w:rsid w:val="00901B5B"/>
    <w:rsid w:val="009D0439"/>
    <w:rsid w:val="00A80BD2"/>
    <w:rsid w:val="00AA1D8D"/>
    <w:rsid w:val="00B409D0"/>
    <w:rsid w:val="00B47730"/>
    <w:rsid w:val="00CB0664"/>
    <w:rsid w:val="00D969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1BBDEA-4BE6-44BF-8F68-900179571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</Words>
  <Characters>2872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        CỘNG HÒA XÃ HỘI CHỦ NGHĨA VIỆT NAM Độc lập – Tự do – Hạnh phúc SOCIALIST REPUBLI</vt:lpstr>
      <vt:lpstr>        HỢP ĐỒNG GIA CÔNG HÀNG HÓA</vt:lpstr>
      <vt:lpstr>        BÊN A (BÊN GIA CÔNG) / PARTY A (PROCESSOR):</vt:lpstr>
      <vt:lpstr>        BÊN B (BÊN THUÊ GIA CÔNG) / PARTY B (HIRING PARTY):</vt:lpstr>
      <vt:lpstr>        ĐIỀU 1: NỘI DUNG HỢP ĐỒNG / ARTICLE 1: CONTRACT SCOPE</vt:lpstr>
      <vt:lpstr>        ĐIỀU 2: THỜI HẠN GIA CÔNG / ARTICLE 2: PROCESSING TIMEFRAME</vt:lpstr>
      <vt:lpstr>        ĐIỀU 3: GIÁ GIA CÔNG VÀ THANH TOÁN / ARTICLE 3: PRICE AND PAYMENT</vt:lpstr>
      <vt:lpstr>        ĐIỀU 4: CHẤT LƯỢNG &amp; KIỂM TRA / ARTICLE 4: QUALITY &amp; INSPECTION</vt:lpstr>
      <vt:lpstr>        ĐIỀU 5: GIAO NHẬN / ARTICLE 5: DELIVERY</vt:lpstr>
      <vt:lpstr>        ĐIỀU 6: TRÁCH NHIỆM &amp; PHẠT VI PHẠM / ARTICLE 6: LIABILITY &amp; PENALTIES</vt:lpstr>
      <vt:lpstr>        ĐIỀU 7: GIẢI QUYẾT TRANH CHẤP / ARTICLE 7: DISPUTE RESOLUTION</vt:lpstr>
      <vt:lpstr>        ĐIỀU 8: ĐIỀU KHOẢN CHUNG / ARTICLE 8: GENERAL PROVISIONS</vt:lpstr>
    </vt:vector>
  </TitlesOfParts>
  <Manager/>
  <Company/>
  <LinksUpToDate>false</LinksUpToDate>
  <CharactersWithSpaces>3369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2025-07-14T04:13:00Z</dcterms:created>
  <dcterms:modified xsi:type="dcterms:W3CDTF">2025-07-14T04:13:00Z</dcterms:modified>
  <cp:category/>
</cp:coreProperties>
</file>