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BD" w:rsidRPr="00DF30BD" w:rsidRDefault="00DF30BD" w:rsidP="00DF30BD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CỘNG HÒA XÃ HỘI CHỦ NGHĨA VIỆT NAM</w:t>
      </w:r>
      <w:r w:rsidRPr="00DF30B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Độc lập – Tự do – Hạnh phúc</w:t>
      </w:r>
    </w:p>
    <w:p w:rsidR="00DF30BD" w:rsidRPr="00DF30BD" w:rsidRDefault="00DF30BD" w:rsidP="00DF30BD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SOCIALIST REPUBLIC OF VIETNAM</w:t>
      </w:r>
      <w:r w:rsidRPr="00DF30BD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Independence – Freedom – Happiness</w:t>
      </w:r>
    </w:p>
    <w:p w:rsidR="00DF30BD" w:rsidRPr="00DF30BD" w:rsidRDefault="00DF30BD" w:rsidP="00DF30BD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HỢP ĐỒNG MUA BÁN HÀNG HÓA QUỐC TẾ</w:t>
      </w:r>
    </w:p>
    <w:p w:rsidR="00DF30BD" w:rsidRPr="00DF30BD" w:rsidRDefault="00DF30BD" w:rsidP="00DF30BD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INTERNATIONAL SALES CONTRACT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sz w:val="28"/>
          <w:szCs w:val="28"/>
        </w:rPr>
        <w:t>Số / No.: ……………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Hôm nay, ngày … tháng … năm …, tại …</w:t>
      </w:r>
      <w:r w:rsidRPr="00DF30BD">
        <w:rPr>
          <w:sz w:val="28"/>
          <w:szCs w:val="28"/>
        </w:rPr>
        <w:br/>
      </w:r>
      <w:r w:rsidRPr="00DF30BD">
        <w:rPr>
          <w:rStyle w:val="Strong"/>
          <w:sz w:val="28"/>
          <w:szCs w:val="28"/>
        </w:rPr>
        <w:t>This Contract is made on the … day of …, 20…, in …</w:t>
      </w:r>
    </w:p>
    <w:p w:rsidR="00DF30BD" w:rsidRPr="00DF30BD" w:rsidRDefault="00DF30BD" w:rsidP="00DF30BD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I. THÔNG TIN CÁC BÊN / PARTIES INFORMATION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BÊN BÁN / SELLER</w:t>
      </w:r>
    </w:p>
    <w:p w:rsidR="00DF30BD" w:rsidRPr="00DF30BD" w:rsidRDefault="00DF30BD" w:rsidP="00DF30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DF30BD">
        <w:rPr>
          <w:sz w:val="28"/>
          <w:szCs w:val="28"/>
        </w:rPr>
        <w:t>Tên / Name: ……………………………………………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DF30BD">
        <w:rPr>
          <w:sz w:val="28"/>
          <w:szCs w:val="28"/>
        </w:rPr>
        <w:t>Địa chỉ / Address: ………………………………………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DF30BD">
        <w:rPr>
          <w:sz w:val="28"/>
          <w:szCs w:val="28"/>
        </w:rPr>
        <w:t>Điện thoại / Tel: …………………………………………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DF30BD">
        <w:rPr>
          <w:sz w:val="28"/>
          <w:szCs w:val="28"/>
        </w:rPr>
        <w:t>Mã số thuế / Tax Code: 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DF30BD">
        <w:rPr>
          <w:sz w:val="28"/>
          <w:szCs w:val="28"/>
        </w:rPr>
        <w:t>Đại diện / Represented by: 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DF30BD">
        <w:rPr>
          <w:sz w:val="28"/>
          <w:szCs w:val="28"/>
        </w:rPr>
        <w:t>Chức vụ / Position: ……………………………………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BÊN MUA / BUYER</w:t>
      </w:r>
    </w:p>
    <w:p w:rsidR="00DF30BD" w:rsidRPr="00DF30BD" w:rsidRDefault="00DF30BD" w:rsidP="00DF30BD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DF30BD">
        <w:rPr>
          <w:sz w:val="28"/>
          <w:szCs w:val="28"/>
        </w:rPr>
        <w:t>Tên / Name: ……………………………………………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DF30BD">
        <w:rPr>
          <w:sz w:val="28"/>
          <w:szCs w:val="28"/>
        </w:rPr>
        <w:t>Địa chỉ / Address: ………………………………………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DF30BD">
        <w:rPr>
          <w:sz w:val="28"/>
          <w:szCs w:val="28"/>
        </w:rPr>
        <w:t>Điện thoại / Tel: …………………………………………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DF30BD">
        <w:rPr>
          <w:sz w:val="28"/>
          <w:szCs w:val="28"/>
        </w:rPr>
        <w:t>Mã số thuế / Tax Code: 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DF30BD">
        <w:rPr>
          <w:sz w:val="28"/>
          <w:szCs w:val="28"/>
        </w:rPr>
        <w:t>Đại diện / Represented by: 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DF30BD">
        <w:rPr>
          <w:sz w:val="28"/>
          <w:szCs w:val="28"/>
        </w:rPr>
        <w:t>Chức vụ / Position: ……………………………………</w:t>
      </w:r>
    </w:p>
    <w:p w:rsidR="00DF30BD" w:rsidRPr="00DF30BD" w:rsidRDefault="00DF30BD" w:rsidP="00DF30BD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II. NỘI DUNG HỢP ĐỒNG / CONTRACT TERMS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1. Hàng hóa / Goods</w:t>
      </w:r>
    </w:p>
    <w:p w:rsidR="00DF30BD" w:rsidRPr="00DF30BD" w:rsidRDefault="00DF30BD" w:rsidP="00DF30BD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DF30BD">
        <w:rPr>
          <w:sz w:val="28"/>
          <w:szCs w:val="28"/>
        </w:rPr>
        <w:t>Tên hàng / Name of Goods: 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DF30BD">
        <w:rPr>
          <w:sz w:val="28"/>
          <w:szCs w:val="28"/>
        </w:rPr>
        <w:lastRenderedPageBreak/>
        <w:t>Mã hàng (nếu có) / Product Code (if any): …………</w:t>
      </w:r>
    </w:p>
    <w:p w:rsidR="00DF30BD" w:rsidRPr="00DF30BD" w:rsidRDefault="00DF30BD" w:rsidP="00DF30BD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DF30BD">
        <w:rPr>
          <w:sz w:val="28"/>
          <w:szCs w:val="28"/>
        </w:rPr>
        <w:t>Quy cách / Specifications: 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DF30BD">
        <w:rPr>
          <w:sz w:val="28"/>
          <w:szCs w:val="28"/>
        </w:rPr>
        <w:t>Số lượng / Quantity: 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DF30BD">
        <w:rPr>
          <w:sz w:val="28"/>
          <w:szCs w:val="28"/>
        </w:rPr>
        <w:t>Đơn giá / Unit Price: ……………………………………</w:t>
      </w:r>
    </w:p>
    <w:p w:rsidR="00DF30BD" w:rsidRPr="00DF30BD" w:rsidRDefault="00DF30BD" w:rsidP="00DF30BD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DF30BD">
        <w:rPr>
          <w:sz w:val="28"/>
          <w:szCs w:val="28"/>
        </w:rPr>
        <w:t>Tổng giá trị / Total Value: ………………… USD</w:t>
      </w:r>
      <w:r w:rsidRPr="00DF30BD">
        <w:rPr>
          <w:sz w:val="28"/>
          <w:szCs w:val="28"/>
        </w:rPr>
        <w:br/>
        <w:t>(Bằng chữ / In words: ……………………………………)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2. Giao hàng / Delivery</w:t>
      </w:r>
    </w:p>
    <w:p w:rsidR="00DF30BD" w:rsidRPr="00DF30BD" w:rsidRDefault="00DF30BD" w:rsidP="00DF30BD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DF30BD">
        <w:rPr>
          <w:sz w:val="28"/>
          <w:szCs w:val="28"/>
        </w:rPr>
        <w:t>Điều kiện giao hàng / Delivery Term: … (FOB, CIF, DDP – theo Incoterms® 2020)</w:t>
      </w:r>
    </w:p>
    <w:p w:rsidR="00DF30BD" w:rsidRPr="00DF30BD" w:rsidRDefault="00DF30BD" w:rsidP="00DF30BD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DF30BD">
        <w:rPr>
          <w:sz w:val="28"/>
          <w:szCs w:val="28"/>
        </w:rPr>
        <w:t>Địa điểm giao hàng / Place of Delivery: ………………</w:t>
      </w:r>
    </w:p>
    <w:p w:rsidR="00DF30BD" w:rsidRPr="00DF30BD" w:rsidRDefault="00DF30BD" w:rsidP="00DF30BD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DF30BD">
        <w:rPr>
          <w:sz w:val="28"/>
          <w:szCs w:val="28"/>
        </w:rPr>
        <w:t>Thời gian giao hàng / Delivery Time: …………………</w:t>
      </w:r>
    </w:p>
    <w:p w:rsidR="00DF30BD" w:rsidRPr="00DF30BD" w:rsidRDefault="00DF30BD" w:rsidP="00DF30BD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DF30BD">
        <w:rPr>
          <w:sz w:val="28"/>
          <w:szCs w:val="28"/>
        </w:rPr>
        <w:t>Phương tiện vận chuyển / Mode of Transport: ………</w:t>
      </w:r>
    </w:p>
    <w:p w:rsidR="00DF30BD" w:rsidRPr="00DF30BD" w:rsidRDefault="00DF30BD" w:rsidP="00DF30BD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DF30BD">
        <w:rPr>
          <w:sz w:val="28"/>
          <w:szCs w:val="28"/>
        </w:rPr>
        <w:t>Đóng gói / Packing: Hàng hóa được đóng gói an toàn, phù hợp với vận chuyển quốc tế.</w:t>
      </w:r>
      <w:r w:rsidRPr="00DF30BD">
        <w:rPr>
          <w:sz w:val="28"/>
          <w:szCs w:val="28"/>
        </w:rPr>
        <w:br/>
        <w:t>Goods must be securely packed, suitable for international shipping.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3. Thanh toán / Payment</w:t>
      </w:r>
    </w:p>
    <w:p w:rsidR="00DF30BD" w:rsidRPr="00DF30BD" w:rsidRDefault="00DF30BD" w:rsidP="00DF30BD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DF30BD">
        <w:rPr>
          <w:sz w:val="28"/>
          <w:szCs w:val="28"/>
        </w:rPr>
        <w:t>Hình thức / Method: □ Chuyển khoản / Bank transfer</w:t>
      </w:r>
      <w:r w:rsidRPr="00DF30BD">
        <w:rPr>
          <w:sz w:val="28"/>
          <w:szCs w:val="28"/>
        </w:rPr>
        <w:t> </w:t>
      </w:r>
      <w:r w:rsidRPr="00DF30BD">
        <w:rPr>
          <w:sz w:val="28"/>
          <w:szCs w:val="28"/>
        </w:rPr>
        <w:t> </w:t>
      </w:r>
      <w:r w:rsidRPr="00DF30BD">
        <w:rPr>
          <w:sz w:val="28"/>
          <w:szCs w:val="28"/>
        </w:rPr>
        <w:t>□ L/C</w:t>
      </w:r>
    </w:p>
    <w:p w:rsidR="00DF30BD" w:rsidRPr="00DF30BD" w:rsidRDefault="00DF30BD" w:rsidP="00DF30BD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DF30BD">
        <w:rPr>
          <w:sz w:val="28"/>
          <w:szCs w:val="28"/>
        </w:rPr>
        <w:t>Thời hạn / Term: … ngày kể từ ngày giao hàng hoặc khi nhận chứng từ đầy đủ.</w:t>
      </w:r>
    </w:p>
    <w:p w:rsidR="00DF30BD" w:rsidRPr="00DF30BD" w:rsidRDefault="00DF30BD" w:rsidP="00DF30BD">
      <w:pPr>
        <w:pStyle w:val="NormalWeb"/>
        <w:numPr>
          <w:ilvl w:val="0"/>
          <w:numId w:val="11"/>
        </w:numPr>
        <w:rPr>
          <w:sz w:val="28"/>
          <w:szCs w:val="28"/>
        </w:rPr>
      </w:pPr>
      <w:r w:rsidRPr="00DF30BD">
        <w:rPr>
          <w:sz w:val="28"/>
          <w:szCs w:val="28"/>
        </w:rPr>
        <w:t>Tài khoản nhận tiền / Beneficiary Account:</w:t>
      </w:r>
      <w:r w:rsidRPr="00DF30BD">
        <w:rPr>
          <w:sz w:val="28"/>
          <w:szCs w:val="28"/>
        </w:rPr>
        <w:br/>
        <w:t>(Tên ngân hàng / Bank name): …………………</w:t>
      </w:r>
      <w:r w:rsidRPr="00DF30BD">
        <w:rPr>
          <w:sz w:val="28"/>
          <w:szCs w:val="28"/>
        </w:rPr>
        <w:br/>
        <w:t>(Số tài khoản / Account number): …………………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4. Kiểm tra – bảo hành / Inspection – Warranty</w:t>
      </w:r>
    </w:p>
    <w:p w:rsidR="00DF30BD" w:rsidRPr="00DF30BD" w:rsidRDefault="00DF30BD" w:rsidP="00DF30BD">
      <w:pPr>
        <w:pStyle w:val="NormalWeb"/>
        <w:numPr>
          <w:ilvl w:val="0"/>
          <w:numId w:val="12"/>
        </w:numPr>
        <w:rPr>
          <w:sz w:val="28"/>
          <w:szCs w:val="28"/>
        </w:rPr>
      </w:pPr>
      <w:r w:rsidRPr="00DF30BD">
        <w:rPr>
          <w:sz w:val="28"/>
          <w:szCs w:val="28"/>
        </w:rPr>
        <w:t>Kiểm tra chất lượng tại / Quality Inspection at: …………………</w:t>
      </w:r>
    </w:p>
    <w:p w:rsidR="00DF30BD" w:rsidRPr="00DF30BD" w:rsidRDefault="00DF30BD" w:rsidP="00DF30BD">
      <w:pPr>
        <w:pStyle w:val="NormalWeb"/>
        <w:numPr>
          <w:ilvl w:val="0"/>
          <w:numId w:val="12"/>
        </w:numPr>
        <w:rPr>
          <w:sz w:val="28"/>
          <w:szCs w:val="28"/>
        </w:rPr>
      </w:pPr>
      <w:r w:rsidRPr="00DF30BD">
        <w:rPr>
          <w:sz w:val="28"/>
          <w:szCs w:val="28"/>
        </w:rPr>
        <w:t>Bảo hành / Warranty: … tháng kể từ ngày giao hàng.</w:t>
      </w:r>
      <w:r w:rsidRPr="00DF30BD">
        <w:rPr>
          <w:sz w:val="28"/>
          <w:szCs w:val="28"/>
        </w:rPr>
        <w:br/>
        <w:t>Warranty period: … months from the delivery date.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5. Vi phạm &amp; bồi thường / Breach &amp; Compensation</w:t>
      </w:r>
      <w:r w:rsidRPr="00DF30BD">
        <w:rPr>
          <w:sz w:val="28"/>
          <w:szCs w:val="28"/>
        </w:rPr>
        <w:br/>
        <w:t>Bên vi phạm có trách nhiệm bồi thường thiệt hại trực tiếp, thực tế phát sinh do hành vi vi phạm gây ra.</w:t>
      </w:r>
      <w:r w:rsidRPr="00DF30BD">
        <w:rPr>
          <w:sz w:val="28"/>
          <w:szCs w:val="28"/>
        </w:rPr>
        <w:br/>
        <w:t>The breaching party shall compensate the other party for all direct and actual losses.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6. Giải quyết tranh chấp / Dispute Settlement</w:t>
      </w:r>
      <w:r w:rsidRPr="00DF30BD">
        <w:rPr>
          <w:sz w:val="28"/>
          <w:szCs w:val="28"/>
        </w:rPr>
        <w:br/>
        <w:t>Mọi tranh chấp sẽ được giải quyết thông qua thương lượng. Trường hợp không đạt được thỏa thuận, tranh chấp sẽ đưa ra … (trọng tài quốc tế / tòa án có thẩm quyền).</w:t>
      </w:r>
      <w:r w:rsidRPr="00DF30BD">
        <w:rPr>
          <w:sz w:val="28"/>
          <w:szCs w:val="28"/>
        </w:rPr>
        <w:br/>
        <w:t>All disputes shall be settled by negotiation. Failing that, the dispute shall be submitted to … (international arbitration / competent court).</w:t>
      </w:r>
    </w:p>
    <w:p w:rsidR="00DF30BD" w:rsidRPr="00DF30BD" w:rsidRDefault="00DF30BD" w:rsidP="00DF30BD">
      <w:pPr>
        <w:pStyle w:val="NormalWeb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7. Hiệu lực hợp đồng / Validity</w:t>
      </w:r>
      <w:r w:rsidRPr="00DF30BD">
        <w:rPr>
          <w:sz w:val="28"/>
          <w:szCs w:val="28"/>
        </w:rPr>
        <w:br/>
        <w:t>Hợp đồng này có hiệu lực từ ngày ký và sẽ chấm dứt khi hai bên hoàn thành nghĩa vụ.</w:t>
      </w:r>
      <w:r w:rsidRPr="00DF30BD">
        <w:rPr>
          <w:sz w:val="28"/>
          <w:szCs w:val="28"/>
        </w:rPr>
        <w:br/>
        <w:t>This contract is valid from the date of signing until all obligations are fulfilled.</w:t>
      </w:r>
    </w:p>
    <w:p w:rsidR="00DF30BD" w:rsidRPr="00DF30BD" w:rsidRDefault="00DF30BD" w:rsidP="00DF30BD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DF30BD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III. ĐIỀU KHOẢN CHUNG / GENERAL PROVISIONS</w:t>
      </w:r>
    </w:p>
    <w:p w:rsidR="00DF30BD" w:rsidRPr="00DF30BD" w:rsidRDefault="00DF30BD" w:rsidP="00DF30BD">
      <w:pPr>
        <w:pStyle w:val="NormalWeb"/>
        <w:numPr>
          <w:ilvl w:val="0"/>
          <w:numId w:val="13"/>
        </w:numPr>
        <w:rPr>
          <w:i/>
          <w:sz w:val="28"/>
          <w:szCs w:val="28"/>
        </w:rPr>
      </w:pPr>
      <w:r w:rsidRPr="00DF30BD">
        <w:rPr>
          <w:sz w:val="28"/>
          <w:szCs w:val="28"/>
        </w:rPr>
        <w:t>Hợp đồng gồm … trang, lập thành 02 bản gốc song ngữ Việt – Anh, mỗi bên giữ 01 bản, có giá trị pháp lý như nhau.</w:t>
      </w:r>
      <w:r w:rsidRPr="00DF30BD">
        <w:rPr>
          <w:sz w:val="28"/>
          <w:szCs w:val="28"/>
        </w:rPr>
        <w:br/>
        <w:t>This Contract consists of … pages, made in 02 original bilingual copies (Vietnamese – English), each party retains 01 copy, both equally valid.</w:t>
      </w:r>
    </w:p>
    <w:p w:rsidR="00DF30BD" w:rsidRPr="00DF30BD" w:rsidRDefault="00DF30BD" w:rsidP="00DF30BD">
      <w:pPr>
        <w:pStyle w:val="NormalWeb"/>
        <w:jc w:val="right"/>
        <w:rPr>
          <w:i/>
          <w:sz w:val="28"/>
          <w:szCs w:val="28"/>
        </w:rPr>
      </w:pPr>
      <w:r w:rsidRPr="00DF30BD">
        <w:rPr>
          <w:i/>
          <w:sz w:val="28"/>
          <w:szCs w:val="28"/>
        </w:rPr>
        <w:t>…, ngày … tháng … năm …</w:t>
      </w:r>
      <w:r w:rsidRPr="00DF30BD">
        <w:rPr>
          <w:i/>
          <w:sz w:val="28"/>
          <w:szCs w:val="28"/>
        </w:rPr>
        <w:br/>
        <w:t>…, on the … day of …, 20…</w:t>
      </w:r>
    </w:p>
    <w:p w:rsidR="00DF30BD" w:rsidRPr="00DF30BD" w:rsidRDefault="00DF30BD" w:rsidP="00DF30BD">
      <w:pPr>
        <w:pStyle w:val="NormalWeb"/>
        <w:jc w:val="right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ĐẠI DIỆN BÊN BÁN</w:t>
      </w:r>
      <w:r w:rsidRPr="00DF30BD">
        <w:rPr>
          <w:sz w:val="28"/>
          <w:szCs w:val="28"/>
        </w:rPr>
        <w:br/>
      </w:r>
      <w:r w:rsidRPr="00DF30BD">
        <w:rPr>
          <w:rStyle w:val="Strong"/>
          <w:sz w:val="28"/>
          <w:szCs w:val="28"/>
        </w:rPr>
        <w:t>SELLER</w:t>
      </w:r>
      <w:r w:rsidRPr="00DF30BD">
        <w:rPr>
          <w:sz w:val="28"/>
          <w:szCs w:val="28"/>
        </w:rPr>
        <w:br/>
        <w:t>(Ký, ghi rõ họ tên / Signature &amp; full name)</w:t>
      </w:r>
      <w:r w:rsidRPr="00DF30BD">
        <w:rPr>
          <w:sz w:val="28"/>
          <w:szCs w:val="28"/>
        </w:rPr>
        <w:br/>
      </w:r>
      <w:bookmarkStart w:id="0" w:name="_GoBack"/>
      <w:bookmarkEnd w:id="0"/>
      <w:r w:rsidRPr="00DF30BD">
        <w:rPr>
          <w:sz w:val="28"/>
          <w:szCs w:val="28"/>
        </w:rPr>
        <w:t>……………………………………</w:t>
      </w:r>
    </w:p>
    <w:p w:rsidR="00DF30BD" w:rsidRPr="00DF30BD" w:rsidRDefault="00DF30BD" w:rsidP="00DF30BD">
      <w:pPr>
        <w:pStyle w:val="NormalWeb"/>
        <w:jc w:val="right"/>
        <w:rPr>
          <w:sz w:val="28"/>
          <w:szCs w:val="28"/>
        </w:rPr>
      </w:pPr>
      <w:r w:rsidRPr="00DF30BD">
        <w:rPr>
          <w:rStyle w:val="Strong"/>
          <w:sz w:val="28"/>
          <w:szCs w:val="28"/>
        </w:rPr>
        <w:t>ĐẠI DIỆN BÊN MUA</w:t>
      </w:r>
      <w:r w:rsidRPr="00DF30BD">
        <w:rPr>
          <w:sz w:val="28"/>
          <w:szCs w:val="28"/>
        </w:rPr>
        <w:br/>
      </w:r>
      <w:r w:rsidRPr="00DF30BD">
        <w:rPr>
          <w:rStyle w:val="Strong"/>
          <w:sz w:val="28"/>
          <w:szCs w:val="28"/>
        </w:rPr>
        <w:t>BUYER</w:t>
      </w:r>
      <w:r w:rsidRPr="00DF30BD">
        <w:rPr>
          <w:sz w:val="28"/>
          <w:szCs w:val="28"/>
        </w:rPr>
        <w:br/>
        <w:t>(Ký, ghi rõ họ tên / Signature &amp; full name)</w:t>
      </w:r>
      <w:r w:rsidRPr="00DF30BD">
        <w:rPr>
          <w:sz w:val="28"/>
          <w:szCs w:val="28"/>
        </w:rPr>
        <w:br/>
        <w:t>……………………………………</w:t>
      </w:r>
    </w:p>
    <w:p w:rsidR="004D71BC" w:rsidRPr="00DF30BD" w:rsidRDefault="004D71BC" w:rsidP="002D0C84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4D71BC" w:rsidRPr="00DF30B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0181EF2"/>
    <w:multiLevelType w:val="multilevel"/>
    <w:tmpl w:val="B45E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607DB0"/>
    <w:multiLevelType w:val="multilevel"/>
    <w:tmpl w:val="4E96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3273F"/>
    <w:multiLevelType w:val="multilevel"/>
    <w:tmpl w:val="94DA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780B11"/>
    <w:multiLevelType w:val="multilevel"/>
    <w:tmpl w:val="703C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025161"/>
    <w:multiLevelType w:val="multilevel"/>
    <w:tmpl w:val="7620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257C7E"/>
    <w:multiLevelType w:val="multilevel"/>
    <w:tmpl w:val="64F6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0F69AE"/>
    <w:multiLevelType w:val="multilevel"/>
    <w:tmpl w:val="E824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8"/>
  </w:num>
  <w:num w:numId="11">
    <w:abstractNumId w:val="12"/>
  </w:num>
  <w:num w:numId="12">
    <w:abstractNumId w:val="9"/>
  </w:num>
  <w:num w:numId="13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BF9"/>
    <w:rsid w:val="0015074B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6C7525"/>
    <w:rsid w:val="00717B1C"/>
    <w:rsid w:val="007735D0"/>
    <w:rsid w:val="008E6E33"/>
    <w:rsid w:val="00901B5B"/>
    <w:rsid w:val="009D0439"/>
    <w:rsid w:val="00A80BD2"/>
    <w:rsid w:val="00AA1D8D"/>
    <w:rsid w:val="00B409D0"/>
    <w:rsid w:val="00B47730"/>
    <w:rsid w:val="00CB0664"/>
    <w:rsid w:val="00CD188B"/>
    <w:rsid w:val="00D96931"/>
    <w:rsid w:val="00DF30BD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C311C2-4873-4F24-A4DD-7ECEF4D6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CỘNG HÒA XÃ HỘI CHỦ NGHĨA VIỆT NAM Độc lập – Tự do – Hạnh phúc</vt:lpstr>
      <vt:lpstr>    SOCIALIST REPUBLIC OF VIETNAM Independence – Freedom – Happiness</vt:lpstr>
      <vt:lpstr>        HỢP ĐỒNG MUA BÁN HÀNG HÓA QUỐC TẾ</vt:lpstr>
      <vt:lpstr>        INTERNATIONAL SALES CONTRACT</vt:lpstr>
      <vt:lpstr>        I. THÔNG TIN CÁC BÊN / PARTIES INFORMATION</vt:lpstr>
      <vt:lpstr>        II. NỘI DUNG HỢP ĐỒNG / CONTRACT TERMS</vt:lpstr>
      <vt:lpstr>        III. ĐIỀU KHOẢN CHUNG / GENERAL PROVISIONS</vt:lpstr>
    </vt:vector>
  </TitlesOfParts>
  <Manager/>
  <Company/>
  <LinksUpToDate>false</LinksUpToDate>
  <CharactersWithSpaces>3306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2025-07-14T06:56:00Z</dcterms:created>
  <dcterms:modified xsi:type="dcterms:W3CDTF">2025-07-14T06:56:00Z</dcterms:modified>
  <cp:category/>
</cp:coreProperties>
</file>