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BD" w:rsidRDefault="00DF30BD" w:rsidP="001C5F0C">
      <w:pPr>
        <w:pStyle w:val="Heading2"/>
        <w:spacing w:line="360" w:lineRule="auto"/>
        <w:jc w:val="center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F5A4F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AF5A4F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AF5A4F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AF5A4F" w:rsidRPr="00AF5A4F" w:rsidRDefault="00AF5A4F" w:rsidP="00AF5A4F">
      <w:pPr>
        <w:spacing w:line="240" w:lineRule="auto"/>
      </w:pPr>
    </w:p>
    <w:p w:rsidR="00AF5A4F" w:rsidRPr="00AF5A4F" w:rsidRDefault="00AF5A4F" w:rsidP="00AF5A4F">
      <w:pPr>
        <w:pStyle w:val="Heading3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F5A4F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PHIẾU ĐỀ CỬ / ỨNG CỬ</w:t>
      </w:r>
    </w:p>
    <w:p w:rsidR="00AF5A4F" w:rsidRDefault="00AF5A4F" w:rsidP="00AF5A4F">
      <w:pPr>
        <w:pStyle w:val="NormalWeb"/>
        <w:jc w:val="center"/>
        <w:rPr>
          <w:rStyle w:val="Strong"/>
          <w:sz w:val="28"/>
          <w:szCs w:val="28"/>
        </w:rPr>
      </w:pPr>
      <w:r w:rsidRPr="00AF5A4F">
        <w:rPr>
          <w:rStyle w:val="Strong"/>
          <w:sz w:val="28"/>
          <w:szCs w:val="28"/>
        </w:rPr>
        <w:t>THÀNH VIÊN HỘI ĐỒNG QUẢN TRỊ</w:t>
      </w:r>
    </w:p>
    <w:p w:rsidR="00AF5A4F" w:rsidRPr="00AF5A4F" w:rsidRDefault="00AF5A4F" w:rsidP="00AF5A4F">
      <w:pPr>
        <w:pStyle w:val="NormalWeb"/>
        <w:jc w:val="center"/>
        <w:rPr>
          <w:sz w:val="28"/>
          <w:szCs w:val="28"/>
        </w:rPr>
      </w:pPr>
      <w:r w:rsidRPr="00AF5A4F">
        <w:rPr>
          <w:sz w:val="28"/>
          <w:szCs w:val="28"/>
        </w:rPr>
        <w:br/>
      </w:r>
      <w:r w:rsidRPr="00AF5A4F">
        <w:rPr>
          <w:rStyle w:val="Strong"/>
          <w:sz w:val="28"/>
          <w:szCs w:val="28"/>
        </w:rPr>
        <w:t>Nhiệm kỳ: …… đến ……</w:t>
      </w:r>
      <w:r w:rsidRPr="00AF5A4F">
        <w:rPr>
          <w:sz w:val="28"/>
          <w:szCs w:val="28"/>
        </w:rPr>
        <w:br/>
      </w:r>
      <w:r w:rsidRPr="00AF5A4F">
        <w:rPr>
          <w:rStyle w:val="Strong"/>
          <w:sz w:val="28"/>
          <w:szCs w:val="28"/>
        </w:rPr>
        <w:t>Tại Đại hội đồng cổ đông thường niên năm …… của Công ty ……………………………</w:t>
      </w:r>
    </w:p>
    <w:p w:rsidR="00AF5A4F" w:rsidRPr="00AF5A4F" w:rsidRDefault="00AF5A4F" w:rsidP="00AF5A4F">
      <w:pPr>
        <w:pStyle w:val="NormalWeb"/>
        <w:rPr>
          <w:sz w:val="28"/>
          <w:szCs w:val="28"/>
        </w:rPr>
      </w:pPr>
      <w:r w:rsidRPr="00AF5A4F">
        <w:rPr>
          <w:rStyle w:val="Strong"/>
          <w:sz w:val="28"/>
          <w:szCs w:val="28"/>
        </w:rPr>
        <w:t>Kính gửi:</w:t>
      </w:r>
      <w:r w:rsidRPr="00AF5A4F">
        <w:rPr>
          <w:sz w:val="28"/>
          <w:szCs w:val="28"/>
        </w:rPr>
        <w:t xml:space="preserve"> Hội đồng quản trị Công ty ……………………………………………………………</w:t>
      </w:r>
    </w:p>
    <w:p w:rsidR="00AF5A4F" w:rsidRPr="00AF5A4F" w:rsidRDefault="00AF5A4F" w:rsidP="00AF5A4F">
      <w:pPr>
        <w:pStyle w:val="NormalWeb"/>
        <w:rPr>
          <w:sz w:val="28"/>
          <w:szCs w:val="28"/>
        </w:rPr>
      </w:pPr>
      <w:r w:rsidRPr="00AF5A4F">
        <w:rPr>
          <w:rStyle w:val="Strong"/>
          <w:sz w:val="28"/>
          <w:szCs w:val="28"/>
        </w:rPr>
        <w:t>I. THÔNG TIN NGƯỜI ĐỀ CỬ / ỨNG CỬ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Họ và tên: ..................................................................................................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Ngày sinh: ………/………/…………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Số CMND/CCCD/Hộ chiếu: ................................... Ngày cấp: ………/………/………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Nơi cấp: .....................................................................................................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Quốc tịch: ..................................................................................................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Địa chỉ thường trú: 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Điện thoại liên hệ: …………………………… Email: …………………………………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 xml:space="preserve">Là cổ đông của Công ty: 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Có</w:t>
      </w:r>
      <w:r w:rsidRPr="00AF5A4F">
        <w:rPr>
          <w:sz w:val="28"/>
          <w:szCs w:val="28"/>
        </w:rPr>
        <w:t> </w:t>
      </w:r>
      <w:r w:rsidRPr="00AF5A4F">
        <w:rPr>
          <w:sz w:val="28"/>
          <w:szCs w:val="28"/>
        </w:rPr>
        <w:t> 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Không</w:t>
      </w:r>
      <w:r w:rsidRPr="00AF5A4F">
        <w:rPr>
          <w:sz w:val="28"/>
          <w:szCs w:val="28"/>
        </w:rPr>
        <w:br/>
        <w:t>(Nếu có) Số cổ phần sở hữu: ………………… cổ phần (tương ứng ……………… % vốn điều lệ)</w:t>
      </w:r>
    </w:p>
    <w:p w:rsidR="00AF5A4F" w:rsidRPr="00AF5A4F" w:rsidRDefault="00AF5A4F" w:rsidP="00AF5A4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F5A4F">
        <w:rPr>
          <w:sz w:val="28"/>
          <w:szCs w:val="28"/>
        </w:rPr>
        <w:t>Đề cử / Ứng cử với tư cách:</w:t>
      </w:r>
      <w:r w:rsidRPr="00AF5A4F">
        <w:rPr>
          <w:sz w:val="28"/>
          <w:szCs w:val="28"/>
        </w:rPr>
        <w:br/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Cá nhân cổ đông</w:t>
      </w:r>
      <w:r w:rsidRPr="00AF5A4F">
        <w:rPr>
          <w:sz w:val="28"/>
          <w:szCs w:val="28"/>
        </w:rPr>
        <w:br/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Đại diện nhóm cổ đông (</w:t>
      </w:r>
      <w:r w:rsidRPr="00AF5A4F">
        <w:rPr>
          <w:rStyle w:val="Emphasis"/>
          <w:sz w:val="28"/>
          <w:szCs w:val="28"/>
        </w:rPr>
        <w:t>đính kèm danh sách nếu có</w:t>
      </w:r>
      <w:r w:rsidRPr="00AF5A4F">
        <w:rPr>
          <w:sz w:val="28"/>
          <w:szCs w:val="28"/>
        </w:rPr>
        <w:t>)</w:t>
      </w:r>
      <w:r w:rsidRPr="00AF5A4F">
        <w:rPr>
          <w:sz w:val="28"/>
          <w:szCs w:val="28"/>
        </w:rPr>
        <w:br/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Ứng cử cá nhân</w:t>
      </w:r>
    </w:p>
    <w:p w:rsidR="00AF5A4F" w:rsidRPr="00AF5A4F" w:rsidRDefault="00AF5A4F" w:rsidP="00AF5A4F">
      <w:pPr>
        <w:pStyle w:val="NormalWeb"/>
        <w:rPr>
          <w:sz w:val="28"/>
          <w:szCs w:val="28"/>
        </w:rPr>
      </w:pPr>
      <w:r w:rsidRPr="00AF5A4F">
        <w:rPr>
          <w:rStyle w:val="Strong"/>
          <w:sz w:val="28"/>
          <w:szCs w:val="28"/>
        </w:rPr>
        <w:lastRenderedPageBreak/>
        <w:t>II. THÔNG TIN NGƯỜI ĐƯỢC ĐỀ CỬ / ỨNG CỬ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Họ và tên: ..................................................................................................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Ngày sinh: ………/………/…………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 xml:space="preserve">Giới tính: 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Nam</w:t>
      </w:r>
      <w:r w:rsidRPr="00AF5A4F">
        <w:rPr>
          <w:sz w:val="28"/>
          <w:szCs w:val="28"/>
        </w:rPr>
        <w:t> </w:t>
      </w:r>
      <w:r w:rsidRPr="00AF5A4F">
        <w:rPr>
          <w:sz w:val="28"/>
          <w:szCs w:val="28"/>
        </w:rPr>
        <w:t> 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Nữ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Quốc tịch: ..................................................................................................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Trình độ chuyên môn: ............................................................................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Nghề nghiệp / Chức danh hiện tại: 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Kinh nghiệm làm việc liên quan: ..........................................................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>Có cam kết tham gia Hội đồng quản trị nếu được bầu:</w:t>
      </w:r>
      <w:r w:rsidRPr="00AF5A4F">
        <w:rPr>
          <w:sz w:val="28"/>
          <w:szCs w:val="28"/>
        </w:rPr>
        <w:br/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Có</w:t>
      </w:r>
      <w:r w:rsidRPr="00AF5A4F">
        <w:rPr>
          <w:sz w:val="28"/>
          <w:szCs w:val="28"/>
        </w:rPr>
        <w:t> </w:t>
      </w:r>
      <w:r w:rsidRPr="00AF5A4F">
        <w:rPr>
          <w:sz w:val="28"/>
          <w:szCs w:val="28"/>
        </w:rPr>
        <w:t> 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Không</w:t>
      </w:r>
    </w:p>
    <w:p w:rsidR="00AF5A4F" w:rsidRPr="00AF5A4F" w:rsidRDefault="00AF5A4F" w:rsidP="00AF5A4F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AF5A4F">
        <w:rPr>
          <w:sz w:val="28"/>
          <w:szCs w:val="28"/>
        </w:rPr>
        <w:t xml:space="preserve">Thuộc đối tượng thành viên HĐQT độc lập: 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Có</w:t>
      </w:r>
      <w:r w:rsidRPr="00AF5A4F">
        <w:rPr>
          <w:sz w:val="28"/>
          <w:szCs w:val="28"/>
        </w:rPr>
        <w:t> </w:t>
      </w:r>
      <w:r w:rsidRPr="00AF5A4F">
        <w:rPr>
          <w:sz w:val="28"/>
          <w:szCs w:val="28"/>
        </w:rPr>
        <w:t> </w:t>
      </w:r>
      <w:r w:rsidRPr="00AF5A4F">
        <w:rPr>
          <w:rFonts w:ascii="Segoe UI Symbol" w:hAnsi="Segoe UI Symbol" w:cs="Segoe UI Symbol"/>
          <w:sz w:val="28"/>
          <w:szCs w:val="28"/>
        </w:rPr>
        <w:t>☐</w:t>
      </w:r>
      <w:r w:rsidRPr="00AF5A4F">
        <w:rPr>
          <w:sz w:val="28"/>
          <w:szCs w:val="28"/>
        </w:rPr>
        <w:t xml:space="preserve"> Không</w:t>
      </w:r>
      <w:r w:rsidRPr="00AF5A4F">
        <w:rPr>
          <w:sz w:val="28"/>
          <w:szCs w:val="28"/>
        </w:rPr>
        <w:br/>
      </w:r>
      <w:r w:rsidRPr="00AF5A4F">
        <w:rPr>
          <w:rStyle w:val="Emphasis"/>
          <w:sz w:val="28"/>
          <w:szCs w:val="28"/>
        </w:rPr>
        <w:t>(Theo quy định tại Điều 155 Luật Doanh nghiệp 2020)</w:t>
      </w:r>
    </w:p>
    <w:p w:rsidR="00AF5A4F" w:rsidRPr="00AF5A4F" w:rsidRDefault="00AF5A4F" w:rsidP="00AF5A4F">
      <w:pPr>
        <w:pStyle w:val="NormalWeb"/>
        <w:rPr>
          <w:sz w:val="28"/>
          <w:szCs w:val="28"/>
        </w:rPr>
      </w:pPr>
      <w:r w:rsidRPr="00AF5A4F">
        <w:rPr>
          <w:rStyle w:val="Strong"/>
          <w:sz w:val="28"/>
          <w:szCs w:val="28"/>
        </w:rPr>
        <w:t>III. CAM KẾT CỦA NGƯỜI ĐỀ CỬ / ỨNG CỬ</w:t>
      </w:r>
      <w:r w:rsidRPr="00AF5A4F">
        <w:rPr>
          <w:sz w:val="28"/>
          <w:szCs w:val="28"/>
        </w:rPr>
        <w:br/>
        <w:t>Tôi xin cam kết:</w:t>
      </w:r>
    </w:p>
    <w:p w:rsidR="00AF5A4F" w:rsidRPr="00AF5A4F" w:rsidRDefault="00AF5A4F" w:rsidP="00AF5A4F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AF5A4F">
        <w:rPr>
          <w:sz w:val="28"/>
          <w:szCs w:val="28"/>
        </w:rPr>
        <w:t>Tự chịu trách nhiệm về tính chính xác, trung thực của các thông tin nêu trên;</w:t>
      </w:r>
      <w:bookmarkStart w:id="0" w:name="_GoBack"/>
      <w:bookmarkEnd w:id="0"/>
    </w:p>
    <w:p w:rsidR="00AF5A4F" w:rsidRPr="00AF5A4F" w:rsidRDefault="00AF5A4F" w:rsidP="00AF5A4F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AF5A4F">
        <w:rPr>
          <w:sz w:val="28"/>
          <w:szCs w:val="28"/>
        </w:rPr>
        <w:t>Tuân thủ các quy định của pháp luật và Điều lệ Công ty về việc đề cử / ứng cử thành viên Hội đồng quản trị.</w:t>
      </w:r>
    </w:p>
    <w:p w:rsidR="00AF5A4F" w:rsidRPr="00AF5A4F" w:rsidRDefault="00AF5A4F" w:rsidP="00AF5A4F">
      <w:pPr>
        <w:pStyle w:val="NormalWeb"/>
        <w:jc w:val="right"/>
        <w:rPr>
          <w:i/>
          <w:sz w:val="28"/>
          <w:szCs w:val="28"/>
        </w:rPr>
      </w:pPr>
      <w:r w:rsidRPr="00AF5A4F">
        <w:rPr>
          <w:i/>
          <w:sz w:val="28"/>
          <w:szCs w:val="28"/>
        </w:rPr>
        <w:t>……, ngày …… tháng …… năm ……</w:t>
      </w:r>
    </w:p>
    <w:p w:rsidR="00943185" w:rsidRPr="00AF5A4F" w:rsidRDefault="00AF5A4F" w:rsidP="00AF5A4F">
      <w:pPr>
        <w:pStyle w:val="NormalWeb"/>
        <w:jc w:val="right"/>
        <w:rPr>
          <w:sz w:val="28"/>
          <w:szCs w:val="28"/>
        </w:rPr>
      </w:pPr>
      <w:r w:rsidRPr="00AF5A4F">
        <w:rPr>
          <w:rStyle w:val="Strong"/>
          <w:sz w:val="28"/>
          <w:szCs w:val="28"/>
        </w:rPr>
        <w:t>Người đề cử / Ứng cử</w:t>
      </w:r>
      <w:r w:rsidRPr="00AF5A4F">
        <w:rPr>
          <w:sz w:val="28"/>
          <w:szCs w:val="28"/>
        </w:rPr>
        <w:br/>
        <w:t>(Ký và ghi rõ họ tên)</w:t>
      </w:r>
      <w:r w:rsidRPr="00AF5A4F">
        <w:rPr>
          <w:sz w:val="28"/>
          <w:szCs w:val="28"/>
        </w:rPr>
        <w:br/>
        <w:t>…………………………………………</w:t>
      </w:r>
    </w:p>
    <w:sectPr w:rsidR="00943185" w:rsidRPr="00AF5A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72A497A"/>
    <w:multiLevelType w:val="multilevel"/>
    <w:tmpl w:val="188A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0E71A1"/>
    <w:multiLevelType w:val="multilevel"/>
    <w:tmpl w:val="14FA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3F0B33"/>
    <w:multiLevelType w:val="multilevel"/>
    <w:tmpl w:val="AA38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1C5F0C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6C7525"/>
    <w:rsid w:val="00717B1C"/>
    <w:rsid w:val="007735D0"/>
    <w:rsid w:val="008E6E33"/>
    <w:rsid w:val="00901B5B"/>
    <w:rsid w:val="00943185"/>
    <w:rsid w:val="009D0439"/>
    <w:rsid w:val="00A80BD2"/>
    <w:rsid w:val="00AA1D8D"/>
    <w:rsid w:val="00AF5A4F"/>
    <w:rsid w:val="00B409D0"/>
    <w:rsid w:val="00B47730"/>
    <w:rsid w:val="00CB0664"/>
    <w:rsid w:val="00CD188B"/>
    <w:rsid w:val="00D96931"/>
    <w:rsid w:val="00DF30BD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3B2FD7-5BB3-4BE3-BF8C-57B967361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CỘNG HÒA XÃ HỘI CHỦ NGHĨA VIỆT NAM Độc lập – Tự do – Hạnh phúc</vt:lpstr>
      <vt:lpstr>        PHIẾU ĐỀ CỬ / ỨNG CỬ</vt:lpstr>
    </vt:vector>
  </TitlesOfParts>
  <Manager/>
  <Company/>
  <LinksUpToDate>false</LinksUpToDate>
  <CharactersWithSpaces>2204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2025-07-14T07:11:00Z</dcterms:created>
  <dcterms:modified xsi:type="dcterms:W3CDTF">2025-07-14T07:11:00Z</dcterms:modified>
  <cp:category/>
</cp:coreProperties>
</file>