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47"/>
        <w:gridCol w:w="6083"/>
      </w:tblGrid>
      <w:tr w:rsidR="003E0F36" w:rsidRPr="003E0F36" w:rsidTr="00F153CD">
        <w:tc>
          <w:tcPr>
            <w:tcW w:w="2547" w:type="dxa"/>
          </w:tcPr>
          <w:p w:rsidR="00F153CD" w:rsidRPr="003E0F36" w:rsidRDefault="00F153CD" w:rsidP="00F153CD">
            <w:pPr>
              <w:pStyle w:val="NormalWeb"/>
              <w:rPr>
                <w:sz w:val="28"/>
                <w:szCs w:val="28"/>
              </w:rPr>
            </w:pPr>
            <w:r w:rsidRPr="003E0F36">
              <w:rPr>
                <w:rStyle w:val="Strong"/>
                <w:sz w:val="28"/>
                <w:szCs w:val="28"/>
              </w:rPr>
              <w:t>CÔNG TY [TÊN CÔNG TY]</w:t>
            </w:r>
            <w:r w:rsidRPr="003E0F36">
              <w:rPr>
                <w:sz w:val="28"/>
                <w:szCs w:val="28"/>
              </w:rPr>
              <w:br/>
            </w:r>
          </w:p>
          <w:p w:rsidR="00F153CD" w:rsidRPr="003E0F36" w:rsidRDefault="00F153C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83" w:type="dxa"/>
          </w:tcPr>
          <w:p w:rsidR="00F153CD" w:rsidRPr="003E0F36" w:rsidRDefault="00F153CD" w:rsidP="00F153C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E0F36">
              <w:rPr>
                <w:rFonts w:ascii="Times New Roman" w:hAnsi="Times New Roman" w:cs="Times New Roman"/>
                <w:b/>
                <w:sz w:val="28"/>
                <w:szCs w:val="28"/>
              </w:rPr>
              <w:t>CỘNG HÒA XÃ HỘI CHỦ NGHĨA VIỆT NAM</w:t>
            </w:r>
          </w:p>
          <w:p w:rsidR="00F153CD" w:rsidRPr="003E0F36" w:rsidRDefault="00F153CD" w:rsidP="00F153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0F36">
              <w:rPr>
                <w:rFonts w:ascii="Times New Roman" w:hAnsi="Times New Roman" w:cs="Times New Roman"/>
                <w:b/>
                <w:sz w:val="28"/>
                <w:szCs w:val="28"/>
              </w:rPr>
              <w:t>Độc lập-Tự do-Hạnh phúc</w:t>
            </w:r>
          </w:p>
        </w:tc>
      </w:tr>
    </w:tbl>
    <w:p w:rsidR="003E0F36" w:rsidRPr="003E0F36" w:rsidRDefault="003E0F36" w:rsidP="003E0F3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3E0F36">
        <w:rPr>
          <w:rFonts w:ascii="Times New Roman" w:eastAsia="Times New Roman" w:hAnsi="Times New Roman" w:cs="Times New Roman"/>
          <w:b/>
          <w:bCs/>
          <w:sz w:val="28"/>
          <w:szCs w:val="28"/>
        </w:rPr>
        <w:t>PHIẾU ĐỀ NGHỊ TẠM ỨNG TIỀN LƯƠNG</w:t>
      </w:r>
      <w:bookmarkStart w:id="0" w:name="_GoBack"/>
      <w:bookmarkEnd w:id="0"/>
      <w:r w:rsidRPr="003E0F36">
        <w:rPr>
          <w:rFonts w:ascii="Times New Roman" w:eastAsia="Times New Roman" w:hAnsi="Times New Roman" w:cs="Times New Roman"/>
          <w:sz w:val="28"/>
          <w:szCs w:val="28"/>
        </w:rPr>
        <w:br/>
      </w:r>
      <w:r w:rsidRPr="003E0F36">
        <w:rPr>
          <w:rFonts w:ascii="Times New Roman" w:eastAsia="Times New Roman" w:hAnsi="Times New Roman" w:cs="Times New Roman"/>
          <w:i/>
          <w:iCs/>
          <w:sz w:val="28"/>
          <w:szCs w:val="28"/>
        </w:rPr>
        <w:t>(Trong thời gian bị đình chỉ công việc)</w:t>
      </w:r>
    </w:p>
    <w:p w:rsidR="003E0F36" w:rsidRPr="003E0F36" w:rsidRDefault="003E0F36" w:rsidP="003E0F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E0F36">
        <w:rPr>
          <w:rFonts w:ascii="Times New Roman" w:eastAsia="Times New Roman" w:hAnsi="Times New Roman" w:cs="Times New Roman"/>
          <w:b/>
          <w:bCs/>
          <w:sz w:val="28"/>
          <w:szCs w:val="28"/>
        </w:rPr>
        <w:t>Kính gửi:</w:t>
      </w:r>
      <w:r w:rsidRPr="003E0F36">
        <w:rPr>
          <w:rFonts w:ascii="Times New Roman" w:eastAsia="Times New Roman" w:hAnsi="Times New Roman" w:cs="Times New Roman"/>
          <w:sz w:val="28"/>
          <w:szCs w:val="28"/>
        </w:rPr>
        <w:t xml:space="preserve"> Ban Giám đốc / Phòng Tài chính – Kế toán</w:t>
      </w:r>
    </w:p>
    <w:p w:rsidR="003E0F36" w:rsidRPr="003E0F36" w:rsidRDefault="003E0F36" w:rsidP="003E0F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E0F36">
        <w:rPr>
          <w:rFonts w:ascii="Times New Roman" w:eastAsia="Times New Roman" w:hAnsi="Times New Roman" w:cs="Times New Roman"/>
          <w:sz w:val="28"/>
          <w:szCs w:val="28"/>
        </w:rPr>
        <w:t xml:space="preserve">Tôi tên là: </w:t>
      </w:r>
      <w:r w:rsidRPr="003E0F36">
        <w:rPr>
          <w:rFonts w:ascii="Times New Roman" w:eastAsia="Times New Roman" w:hAnsi="Times New Roman" w:cs="Times New Roman"/>
          <w:b/>
          <w:bCs/>
          <w:sz w:val="28"/>
          <w:szCs w:val="28"/>
        </w:rPr>
        <w:t>[Họ và tên]</w:t>
      </w:r>
      <w:r w:rsidRPr="003E0F36">
        <w:rPr>
          <w:rFonts w:ascii="Times New Roman" w:eastAsia="Times New Roman" w:hAnsi="Times New Roman" w:cs="Times New Roman"/>
          <w:sz w:val="28"/>
          <w:szCs w:val="28"/>
        </w:rPr>
        <w:br/>
        <w:t xml:space="preserve">Chức vụ: </w:t>
      </w:r>
      <w:r w:rsidRPr="003E0F36">
        <w:rPr>
          <w:rFonts w:ascii="Times New Roman" w:eastAsia="Times New Roman" w:hAnsi="Times New Roman" w:cs="Times New Roman"/>
          <w:b/>
          <w:bCs/>
          <w:sz w:val="28"/>
          <w:szCs w:val="28"/>
        </w:rPr>
        <w:t>[Chức danh]</w:t>
      </w:r>
      <w:r w:rsidRPr="003E0F36">
        <w:rPr>
          <w:rFonts w:ascii="Times New Roman" w:eastAsia="Times New Roman" w:hAnsi="Times New Roman" w:cs="Times New Roman"/>
          <w:sz w:val="28"/>
          <w:szCs w:val="28"/>
        </w:rPr>
        <w:br/>
        <w:t xml:space="preserve">Bộ phận: </w:t>
      </w:r>
      <w:r w:rsidRPr="003E0F36">
        <w:rPr>
          <w:rFonts w:ascii="Times New Roman" w:eastAsia="Times New Roman" w:hAnsi="Times New Roman" w:cs="Times New Roman"/>
          <w:b/>
          <w:bCs/>
          <w:sz w:val="28"/>
          <w:szCs w:val="28"/>
        </w:rPr>
        <w:t>[Phòng/Ban làm việc]</w:t>
      </w:r>
    </w:p>
    <w:p w:rsidR="003E0F36" w:rsidRPr="003E0F36" w:rsidRDefault="003E0F36" w:rsidP="003E0F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E0F36">
        <w:rPr>
          <w:rFonts w:ascii="Times New Roman" w:eastAsia="Times New Roman" w:hAnsi="Times New Roman" w:cs="Times New Roman"/>
          <w:sz w:val="28"/>
          <w:szCs w:val="28"/>
        </w:rPr>
        <w:t xml:space="preserve">Hiện tôi đang trong thời gian bị đình chỉ công việc theo Quyết định số </w:t>
      </w:r>
      <w:r w:rsidRPr="003E0F36">
        <w:rPr>
          <w:rFonts w:ascii="Times New Roman" w:eastAsia="Times New Roman" w:hAnsi="Times New Roman" w:cs="Times New Roman"/>
          <w:b/>
          <w:bCs/>
          <w:sz w:val="28"/>
          <w:szCs w:val="28"/>
        </w:rPr>
        <w:t>[Số quyết định]</w:t>
      </w:r>
      <w:r w:rsidRPr="003E0F36">
        <w:rPr>
          <w:rFonts w:ascii="Times New Roman" w:eastAsia="Times New Roman" w:hAnsi="Times New Roman" w:cs="Times New Roman"/>
          <w:sz w:val="28"/>
          <w:szCs w:val="28"/>
        </w:rPr>
        <w:t xml:space="preserve">, ngày </w:t>
      </w:r>
      <w:r w:rsidRPr="003E0F36">
        <w:rPr>
          <w:rFonts w:ascii="Times New Roman" w:eastAsia="Times New Roman" w:hAnsi="Times New Roman" w:cs="Times New Roman"/>
          <w:b/>
          <w:bCs/>
          <w:sz w:val="28"/>
          <w:szCs w:val="28"/>
        </w:rPr>
        <w:t>[dd/mm/yyyy]</w:t>
      </w:r>
      <w:r w:rsidRPr="003E0F36">
        <w:rPr>
          <w:rFonts w:ascii="Times New Roman" w:eastAsia="Times New Roman" w:hAnsi="Times New Roman" w:cs="Times New Roman"/>
          <w:sz w:val="28"/>
          <w:szCs w:val="28"/>
        </w:rPr>
        <w:t xml:space="preserve"> của </w:t>
      </w:r>
      <w:r w:rsidRPr="003E0F36">
        <w:rPr>
          <w:rFonts w:ascii="Times New Roman" w:eastAsia="Times New Roman" w:hAnsi="Times New Roman" w:cs="Times New Roman"/>
          <w:b/>
          <w:bCs/>
          <w:sz w:val="28"/>
          <w:szCs w:val="28"/>
        </w:rPr>
        <w:t>[Người ký quyết định / Đơn vị ban hành]</w:t>
      </w:r>
      <w:r w:rsidRPr="003E0F36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3E0F36" w:rsidRPr="003E0F36" w:rsidRDefault="003E0F36" w:rsidP="003E0F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E0F36">
        <w:rPr>
          <w:rFonts w:ascii="Times New Roman" w:eastAsia="Times New Roman" w:hAnsi="Times New Roman" w:cs="Times New Roman"/>
          <w:sz w:val="28"/>
          <w:szCs w:val="28"/>
        </w:rPr>
        <w:t xml:space="preserve">Căn cứ theo quy định tại </w:t>
      </w:r>
      <w:r w:rsidRPr="003E0F36">
        <w:rPr>
          <w:rFonts w:ascii="Times New Roman" w:eastAsia="Times New Roman" w:hAnsi="Times New Roman" w:cs="Times New Roman"/>
          <w:b/>
          <w:bCs/>
          <w:sz w:val="28"/>
          <w:szCs w:val="28"/>
        </w:rPr>
        <w:t>Khoản 2 Điều 128 Bộ luật Lao động năm 2019</w:t>
      </w:r>
      <w:r w:rsidRPr="003E0F36">
        <w:rPr>
          <w:rFonts w:ascii="Times New Roman" w:eastAsia="Times New Roman" w:hAnsi="Times New Roman" w:cs="Times New Roman"/>
          <w:sz w:val="28"/>
          <w:szCs w:val="28"/>
        </w:rPr>
        <w:t xml:space="preserve">, tôi làm phiếu này kính đề nghị công ty xem xét </w:t>
      </w:r>
      <w:r w:rsidRPr="003E0F36">
        <w:rPr>
          <w:rFonts w:ascii="Times New Roman" w:eastAsia="Times New Roman" w:hAnsi="Times New Roman" w:cs="Times New Roman"/>
          <w:b/>
          <w:bCs/>
          <w:sz w:val="28"/>
          <w:szCs w:val="28"/>
        </w:rPr>
        <w:t>tạm ứng tiền lương</w:t>
      </w:r>
      <w:r w:rsidRPr="003E0F36">
        <w:rPr>
          <w:rFonts w:ascii="Times New Roman" w:eastAsia="Times New Roman" w:hAnsi="Times New Roman" w:cs="Times New Roman"/>
          <w:sz w:val="28"/>
          <w:szCs w:val="28"/>
        </w:rPr>
        <w:t xml:space="preserve"> trong thời gian bị đình chỉ công việc với các thông tin cụ thể như sau:</w:t>
      </w:r>
    </w:p>
    <w:p w:rsidR="003E0F36" w:rsidRPr="003E0F36" w:rsidRDefault="003E0F36" w:rsidP="003E0F36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E0F36">
        <w:rPr>
          <w:rFonts w:ascii="Times New Roman" w:eastAsia="Times New Roman" w:hAnsi="Times New Roman" w:cs="Times New Roman"/>
          <w:b/>
          <w:bCs/>
          <w:sz w:val="28"/>
          <w:szCs w:val="28"/>
        </w:rPr>
        <w:t>Thời gian đề nghị tạm ứng:</w:t>
      </w:r>
      <w:r w:rsidRPr="003E0F36">
        <w:rPr>
          <w:rFonts w:ascii="Times New Roman" w:eastAsia="Times New Roman" w:hAnsi="Times New Roman" w:cs="Times New Roman"/>
          <w:sz w:val="28"/>
          <w:szCs w:val="28"/>
        </w:rPr>
        <w:t xml:space="preserve"> Từ ngày [dd/mm/yyyy] đến ngày [dd/mm/yyyy]</w:t>
      </w:r>
    </w:p>
    <w:p w:rsidR="003E0F36" w:rsidRPr="003E0F36" w:rsidRDefault="003E0F36" w:rsidP="003E0F36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E0F36">
        <w:rPr>
          <w:rFonts w:ascii="Times New Roman" w:eastAsia="Times New Roman" w:hAnsi="Times New Roman" w:cs="Times New Roman"/>
          <w:b/>
          <w:bCs/>
          <w:sz w:val="28"/>
          <w:szCs w:val="28"/>
        </w:rPr>
        <w:t>Số tiền đề nghị tạm ứng:</w:t>
      </w:r>
      <w:r w:rsidRPr="003E0F36">
        <w:rPr>
          <w:rFonts w:ascii="Times New Roman" w:eastAsia="Times New Roman" w:hAnsi="Times New Roman" w:cs="Times New Roman"/>
          <w:sz w:val="28"/>
          <w:szCs w:val="28"/>
        </w:rPr>
        <w:t xml:space="preserve"> [Số tiền bằng số] VNĐ</w:t>
      </w:r>
      <w:r w:rsidRPr="003E0F36">
        <w:rPr>
          <w:rFonts w:ascii="Times New Roman" w:eastAsia="Times New Roman" w:hAnsi="Times New Roman" w:cs="Times New Roman"/>
          <w:sz w:val="28"/>
          <w:szCs w:val="28"/>
        </w:rPr>
        <w:br/>
      </w:r>
      <w:r w:rsidRPr="003E0F36">
        <w:rPr>
          <w:rFonts w:ascii="Times New Roman" w:eastAsia="Times New Roman" w:hAnsi="Times New Roman" w:cs="Times New Roman"/>
          <w:i/>
          <w:iCs/>
          <w:sz w:val="28"/>
          <w:szCs w:val="28"/>
        </w:rPr>
        <w:t>(Bằng chữ: … đồng)</w:t>
      </w:r>
    </w:p>
    <w:p w:rsidR="003E0F36" w:rsidRPr="003E0F36" w:rsidRDefault="003E0F36" w:rsidP="003E0F36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E0F36">
        <w:rPr>
          <w:rFonts w:ascii="Times New Roman" w:eastAsia="Times New Roman" w:hAnsi="Times New Roman" w:cs="Times New Roman"/>
          <w:b/>
          <w:bCs/>
          <w:sz w:val="28"/>
          <w:szCs w:val="28"/>
        </w:rPr>
        <w:t>Lý do:</w:t>
      </w:r>
      <w:r w:rsidRPr="003E0F36">
        <w:rPr>
          <w:rFonts w:ascii="Times New Roman" w:eastAsia="Times New Roman" w:hAnsi="Times New Roman" w:cs="Times New Roman"/>
          <w:sz w:val="28"/>
          <w:szCs w:val="28"/>
        </w:rPr>
        <w:t xml:space="preserve"> [Ví dụ: Đảm bảo sinh hoạt trong thời gian tạm đình chỉ chờ xác minh sự việc,…]</w:t>
      </w:r>
    </w:p>
    <w:p w:rsidR="003E0F36" w:rsidRPr="003E0F36" w:rsidRDefault="003E0F36" w:rsidP="003E0F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E0F36">
        <w:rPr>
          <w:rFonts w:ascii="Times New Roman" w:eastAsia="Times New Roman" w:hAnsi="Times New Roman" w:cs="Times New Roman"/>
          <w:sz w:val="28"/>
          <w:szCs w:val="28"/>
        </w:rPr>
        <w:t>Kính mong Ban Giám đốc và các phòng ban liên quan xem xét, phê duyệt đề nghị nêu trên.</w:t>
      </w:r>
    </w:p>
    <w:p w:rsidR="003E0F36" w:rsidRPr="003E0F36" w:rsidRDefault="003E0F36" w:rsidP="003E0F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E0F36">
        <w:rPr>
          <w:rFonts w:ascii="Times New Roman" w:eastAsia="Times New Roman" w:hAnsi="Times New Roman" w:cs="Times New Roman"/>
          <w:sz w:val="28"/>
          <w:szCs w:val="28"/>
        </w:rPr>
        <w:t>Tôi cam kết hoàn toàn chịu trách nhiệm về nội dung đề nghị và thực hiện đúng theo quy định của công ty.</w:t>
      </w:r>
    </w:p>
    <w:p w:rsidR="003E0F36" w:rsidRPr="003E0F36" w:rsidRDefault="003E0F36" w:rsidP="003E0F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E0F36">
        <w:rPr>
          <w:rFonts w:ascii="Times New Roman" w:eastAsia="Times New Roman" w:hAnsi="Times New Roman" w:cs="Times New Roman"/>
          <w:b/>
          <w:bCs/>
          <w:sz w:val="28"/>
          <w:szCs w:val="28"/>
        </w:rPr>
        <w:t>Trân trọng cảm ơn.</w:t>
      </w:r>
    </w:p>
    <w:p w:rsidR="003E0F36" w:rsidRPr="003E0F36" w:rsidRDefault="003E0F36" w:rsidP="003E0F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E0F36">
        <w:rPr>
          <w:rFonts w:ascii="Times New Roman" w:eastAsia="Times New Roman" w:hAnsi="Times New Roman" w:cs="Times New Roman"/>
          <w:sz w:val="28"/>
          <w:szCs w:val="28"/>
        </w:rPr>
        <w:t>[Địa danh], ngày … tháng … năm …</w:t>
      </w:r>
      <w:r w:rsidRPr="003E0F36">
        <w:rPr>
          <w:rFonts w:ascii="Times New Roman" w:eastAsia="Times New Roman" w:hAnsi="Times New Roman" w:cs="Times New Roman"/>
          <w:sz w:val="28"/>
          <w:szCs w:val="28"/>
        </w:rPr>
        <w:br/>
      </w:r>
      <w:r w:rsidRPr="003E0F36">
        <w:rPr>
          <w:rFonts w:ascii="Times New Roman" w:eastAsia="Times New Roman" w:hAnsi="Times New Roman" w:cs="Times New Roman"/>
          <w:b/>
          <w:bCs/>
          <w:sz w:val="28"/>
          <w:szCs w:val="28"/>
        </w:rPr>
        <w:t>Người đề nghị</w:t>
      </w:r>
      <w:r w:rsidRPr="003E0F36">
        <w:rPr>
          <w:rFonts w:ascii="Times New Roman" w:eastAsia="Times New Roman" w:hAnsi="Times New Roman" w:cs="Times New Roman"/>
          <w:sz w:val="28"/>
          <w:szCs w:val="28"/>
        </w:rPr>
        <w:br/>
        <w:t>(Ký, ghi rõ họ tên)</w:t>
      </w:r>
    </w:p>
    <w:p w:rsidR="003E0F36" w:rsidRPr="003E0F36" w:rsidRDefault="003E0F36" w:rsidP="003E0F3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E0F36">
        <w:rPr>
          <w:rFonts w:ascii="Times New Roman" w:eastAsia="Times New Roman" w:hAnsi="Times New Roman" w:cs="Times New Roman"/>
          <w:sz w:val="28"/>
          <w:szCs w:val="28"/>
        </w:rPr>
        <w:lastRenderedPageBreak/>
        <w:pict>
          <v:rect id="_x0000_i1025" style="width:0;height:1.5pt" o:hralign="center" o:hrstd="t" o:hr="t" fillcolor="#a0a0a0" stroked="f"/>
        </w:pict>
      </w:r>
    </w:p>
    <w:p w:rsidR="003E0F36" w:rsidRPr="003E0F36" w:rsidRDefault="003E0F36" w:rsidP="003E0F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E0F36">
        <w:rPr>
          <w:rFonts w:ascii="Times New Roman" w:eastAsia="Times New Roman" w:hAnsi="Times New Roman" w:cs="Times New Roman"/>
          <w:b/>
          <w:bCs/>
          <w:sz w:val="28"/>
          <w:szCs w:val="28"/>
        </w:rPr>
        <w:t>Ý KIẾN XÁC NHẬN CỦA QUẢN LÝ TRỰC TIẾP</w:t>
      </w:r>
      <w:r w:rsidRPr="003E0F36">
        <w:rPr>
          <w:rFonts w:ascii="Times New Roman" w:eastAsia="Times New Roman" w:hAnsi="Times New Roman" w:cs="Times New Roman"/>
          <w:sz w:val="28"/>
          <w:szCs w:val="28"/>
        </w:rPr>
        <w:br/>
        <w:t>…………………………………………………………………………………</w:t>
      </w:r>
      <w:r w:rsidRPr="003E0F36">
        <w:rPr>
          <w:rFonts w:ascii="Times New Roman" w:eastAsia="Times New Roman" w:hAnsi="Times New Roman" w:cs="Times New Roman"/>
          <w:sz w:val="28"/>
          <w:szCs w:val="28"/>
        </w:rPr>
        <w:br/>
        <w:t>…………………………………………………………………………………</w:t>
      </w:r>
      <w:r w:rsidRPr="003E0F36">
        <w:rPr>
          <w:rFonts w:ascii="Times New Roman" w:eastAsia="Times New Roman" w:hAnsi="Times New Roman" w:cs="Times New Roman"/>
          <w:sz w:val="28"/>
          <w:szCs w:val="28"/>
        </w:rPr>
        <w:br/>
        <w:t>(Ký, ghi rõ họ tên)</w:t>
      </w:r>
    </w:p>
    <w:p w:rsidR="003E0F36" w:rsidRPr="003E0F36" w:rsidRDefault="003E0F36" w:rsidP="003E0F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E0F36">
        <w:rPr>
          <w:rFonts w:ascii="Times New Roman" w:eastAsia="Times New Roman" w:hAnsi="Times New Roman" w:cs="Times New Roman"/>
          <w:b/>
          <w:bCs/>
          <w:sz w:val="28"/>
          <w:szCs w:val="28"/>
        </w:rPr>
        <w:t>PHÒNG NHÂN SỰ XÁC NHẬN</w:t>
      </w:r>
      <w:r w:rsidRPr="003E0F36">
        <w:rPr>
          <w:rFonts w:ascii="Times New Roman" w:eastAsia="Times New Roman" w:hAnsi="Times New Roman" w:cs="Times New Roman"/>
          <w:sz w:val="28"/>
          <w:szCs w:val="28"/>
        </w:rPr>
        <w:br/>
        <w:t>…………………………………………………………………………………</w:t>
      </w:r>
      <w:r w:rsidRPr="003E0F36">
        <w:rPr>
          <w:rFonts w:ascii="Times New Roman" w:eastAsia="Times New Roman" w:hAnsi="Times New Roman" w:cs="Times New Roman"/>
          <w:sz w:val="28"/>
          <w:szCs w:val="28"/>
        </w:rPr>
        <w:br/>
        <w:t>…………………………………………………………………………………</w:t>
      </w:r>
      <w:r w:rsidRPr="003E0F36">
        <w:rPr>
          <w:rFonts w:ascii="Times New Roman" w:eastAsia="Times New Roman" w:hAnsi="Times New Roman" w:cs="Times New Roman"/>
          <w:sz w:val="28"/>
          <w:szCs w:val="28"/>
        </w:rPr>
        <w:br/>
        <w:t>(Ký, ghi rõ họ tên)</w:t>
      </w:r>
    </w:p>
    <w:p w:rsidR="003E0F36" w:rsidRPr="003E0F36" w:rsidRDefault="003E0F36" w:rsidP="003E0F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E0F36">
        <w:rPr>
          <w:rFonts w:ascii="Times New Roman" w:eastAsia="Times New Roman" w:hAnsi="Times New Roman" w:cs="Times New Roman"/>
          <w:b/>
          <w:bCs/>
          <w:sz w:val="28"/>
          <w:szCs w:val="28"/>
        </w:rPr>
        <w:t>PHÒNG TÀI CHÍNH – KẾ TOÁN XÁC NHẬN</w:t>
      </w:r>
      <w:r w:rsidRPr="003E0F36">
        <w:rPr>
          <w:rFonts w:ascii="Times New Roman" w:eastAsia="Times New Roman" w:hAnsi="Times New Roman" w:cs="Times New Roman"/>
          <w:sz w:val="28"/>
          <w:szCs w:val="28"/>
        </w:rPr>
        <w:br/>
        <w:t>…………………………………………………………………………………</w:t>
      </w:r>
      <w:r w:rsidRPr="003E0F36">
        <w:rPr>
          <w:rFonts w:ascii="Times New Roman" w:eastAsia="Times New Roman" w:hAnsi="Times New Roman" w:cs="Times New Roman"/>
          <w:sz w:val="28"/>
          <w:szCs w:val="28"/>
        </w:rPr>
        <w:br/>
        <w:t>…………………………………………………………………………………</w:t>
      </w:r>
      <w:r w:rsidRPr="003E0F36">
        <w:rPr>
          <w:rFonts w:ascii="Times New Roman" w:eastAsia="Times New Roman" w:hAnsi="Times New Roman" w:cs="Times New Roman"/>
          <w:sz w:val="28"/>
          <w:szCs w:val="28"/>
        </w:rPr>
        <w:br/>
        <w:t>(Ký, ghi rõ họ tên)</w:t>
      </w:r>
    </w:p>
    <w:p w:rsidR="00A577E1" w:rsidRPr="003E0F36" w:rsidRDefault="00A577E1">
      <w:pPr>
        <w:rPr>
          <w:rFonts w:ascii="Times New Roman" w:hAnsi="Times New Roman" w:cs="Times New Roman"/>
          <w:sz w:val="28"/>
          <w:szCs w:val="28"/>
        </w:rPr>
      </w:pPr>
    </w:p>
    <w:sectPr w:rsidR="00A577E1" w:rsidRPr="003E0F36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>
    <w:nsid w:val="22850488"/>
    <w:multiLevelType w:val="multilevel"/>
    <w:tmpl w:val="1E7AB3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C015CC9"/>
    <w:multiLevelType w:val="multilevel"/>
    <w:tmpl w:val="8DF692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5AF47F1"/>
    <w:multiLevelType w:val="multilevel"/>
    <w:tmpl w:val="567082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373824D6"/>
    <w:multiLevelType w:val="multilevel"/>
    <w:tmpl w:val="A72AA5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3B8C27C8"/>
    <w:multiLevelType w:val="multilevel"/>
    <w:tmpl w:val="B3EABB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3F421B4F"/>
    <w:multiLevelType w:val="multilevel"/>
    <w:tmpl w:val="B6624A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511C74CC"/>
    <w:multiLevelType w:val="multilevel"/>
    <w:tmpl w:val="2700A0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5CB41EB7"/>
    <w:multiLevelType w:val="multilevel"/>
    <w:tmpl w:val="161EF1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6"/>
  </w:num>
  <w:num w:numId="11">
    <w:abstractNumId w:val="15"/>
  </w:num>
  <w:num w:numId="12">
    <w:abstractNumId w:val="12"/>
  </w:num>
  <w:num w:numId="13">
    <w:abstractNumId w:val="10"/>
  </w:num>
  <w:num w:numId="14">
    <w:abstractNumId w:val="9"/>
  </w:num>
  <w:num w:numId="15">
    <w:abstractNumId w:val="13"/>
  </w:num>
  <w:num w:numId="16">
    <w:abstractNumId w:val="14"/>
  </w:num>
  <w:num w:numId="1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1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E0F36"/>
    <w:rsid w:val="008143F4"/>
    <w:rsid w:val="00A577E1"/>
    <w:rsid w:val="00AA1D8D"/>
    <w:rsid w:val="00B47730"/>
    <w:rsid w:val="00C92318"/>
    <w:rsid w:val="00CB0664"/>
    <w:rsid w:val="00F153C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efaultImageDpi w14:val="300"/>
  <w15:docId w15:val="{53CB8F2C-DD74-4C56-B442-E142B33087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NormalWeb">
    <w:name w:val="Normal (Web)"/>
    <w:basedOn w:val="Normal"/>
    <w:uiPriority w:val="99"/>
    <w:semiHidden/>
    <w:unhideWhenUsed/>
    <w:rsid w:val="00F153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01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46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65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1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5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297C48A-1650-4B29-AA77-D99ACB7124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222</Words>
  <Characters>1269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1489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PC</cp:lastModifiedBy>
  <cp:revision>2</cp:revision>
  <dcterms:created xsi:type="dcterms:W3CDTF">2025-07-14T03:13:00Z</dcterms:created>
  <dcterms:modified xsi:type="dcterms:W3CDTF">2025-07-14T03:13:00Z</dcterms:modified>
  <cp:category/>
</cp:coreProperties>
</file>