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1BC" w:rsidRPr="002D0C84" w:rsidRDefault="007735D0" w:rsidP="00FB49CC">
      <w:pPr>
        <w:pStyle w:val="Heading3"/>
        <w:spacing w:line="360" w:lineRule="auto"/>
        <w:jc w:val="center"/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CỘNG HÒA XÃ HỘI CHỦ NGHĨA VIỆT NAM</w:t>
      </w:r>
      <w:r w:rsidRPr="002D0C84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2D0C84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Độc lập – Tự do – Hạnh phúc</w:t>
      </w:r>
    </w:p>
    <w:p w:rsidR="00FB49CC" w:rsidRPr="002D0C84" w:rsidRDefault="00FB49CC" w:rsidP="00FB49CC">
      <w:pPr>
        <w:rPr>
          <w:rFonts w:ascii="Times New Roman" w:hAnsi="Times New Roman" w:cs="Times New Roman"/>
          <w:sz w:val="28"/>
          <w:szCs w:val="28"/>
        </w:rPr>
      </w:pPr>
    </w:p>
    <w:p w:rsidR="002D0C84" w:rsidRPr="002D0C84" w:rsidRDefault="002D0C84" w:rsidP="002D0C84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PHỤ LỤC HỢP ĐỒNG</w:t>
      </w:r>
    </w:p>
    <w:p w:rsidR="002D0C84" w:rsidRPr="002D0C84" w:rsidRDefault="002D0C84" w:rsidP="002D0C84">
      <w:pPr>
        <w:pStyle w:val="NormalWeb"/>
        <w:jc w:val="center"/>
        <w:rPr>
          <w:sz w:val="28"/>
          <w:szCs w:val="28"/>
        </w:rPr>
      </w:pPr>
      <w:r w:rsidRPr="002D0C84">
        <w:rPr>
          <w:sz w:val="28"/>
          <w:szCs w:val="28"/>
        </w:rPr>
        <w:t>(Sửa đổi, bổ sung nội dung Hợp đồng gia công hàng hóa)</w:t>
      </w:r>
    </w:p>
    <w:p w:rsidR="002D0C84" w:rsidRPr="002D0C84" w:rsidRDefault="002D0C84" w:rsidP="002D0C84">
      <w:pPr>
        <w:pStyle w:val="NormalWeb"/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Số: ………/PLHĐ-GC</w:t>
      </w:r>
      <w:r w:rsidRPr="002D0C84">
        <w:rPr>
          <w:sz w:val="28"/>
          <w:szCs w:val="28"/>
        </w:rPr>
        <w:br/>
      </w:r>
      <w:r w:rsidRPr="002D0C84">
        <w:rPr>
          <w:rStyle w:val="Strong"/>
          <w:sz w:val="28"/>
          <w:szCs w:val="28"/>
        </w:rPr>
        <w:t>Kèm theo Hợp đồng gia công số: ……/HĐGC ký ngày … tháng … năm …</w:t>
      </w:r>
    </w:p>
    <w:p w:rsidR="002D0C84" w:rsidRPr="002D0C84" w:rsidRDefault="002D0C84" w:rsidP="002D0C84">
      <w:pPr>
        <w:pStyle w:val="NormalWeb"/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Căn cứ vào:</w:t>
      </w:r>
    </w:p>
    <w:p w:rsidR="002D0C84" w:rsidRPr="002D0C84" w:rsidRDefault="002D0C84" w:rsidP="002D0C8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2D0C84">
        <w:rPr>
          <w:sz w:val="28"/>
          <w:szCs w:val="28"/>
        </w:rPr>
        <w:t>Bộ luật Dân sự năm 2015;</w:t>
      </w:r>
    </w:p>
    <w:p w:rsidR="002D0C84" w:rsidRPr="002D0C84" w:rsidRDefault="002D0C84" w:rsidP="002D0C8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2D0C84">
        <w:rPr>
          <w:sz w:val="28"/>
          <w:szCs w:val="28"/>
        </w:rPr>
        <w:t>Luật Thương mại năm 2005;</w:t>
      </w:r>
    </w:p>
    <w:p w:rsidR="002D0C84" w:rsidRPr="002D0C84" w:rsidRDefault="002D0C84" w:rsidP="002D0C8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2D0C84">
        <w:rPr>
          <w:sz w:val="28"/>
          <w:szCs w:val="28"/>
        </w:rPr>
        <w:t>Hợp đồng gia công số: ……… giữa hai bên ký ngày …/…/…;</w:t>
      </w:r>
    </w:p>
    <w:p w:rsidR="002D0C84" w:rsidRPr="002D0C84" w:rsidRDefault="002D0C84" w:rsidP="002D0C8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2D0C84">
        <w:rPr>
          <w:sz w:val="28"/>
          <w:szCs w:val="28"/>
        </w:rPr>
        <w:t>Nhu cầu thực tế của các bên;</w:t>
      </w:r>
    </w:p>
    <w:p w:rsidR="002D0C84" w:rsidRPr="002D0C84" w:rsidRDefault="002D0C84" w:rsidP="002D0C84">
      <w:pPr>
        <w:pStyle w:val="NormalWeb"/>
        <w:rPr>
          <w:sz w:val="28"/>
          <w:szCs w:val="28"/>
        </w:rPr>
      </w:pPr>
      <w:r w:rsidRPr="002D0C84">
        <w:rPr>
          <w:sz w:val="28"/>
          <w:szCs w:val="28"/>
        </w:rPr>
        <w:t>Hôm nay, ngày … tháng … năm …, tại …………………………………………, chúng tôi gồm:</w:t>
      </w:r>
    </w:p>
    <w:p w:rsidR="002D0C84" w:rsidRPr="002D0C84" w:rsidRDefault="002D0C84" w:rsidP="002D0C8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A (BÊN GIAO GIA CÔNG):</w:t>
      </w:r>
    </w:p>
    <w:p w:rsidR="002D0C84" w:rsidRPr="002D0C84" w:rsidRDefault="002D0C84" w:rsidP="002D0C84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2D0C84">
        <w:rPr>
          <w:sz w:val="28"/>
          <w:szCs w:val="28"/>
        </w:rPr>
        <w:t>Tên đơn vị/cá nhân: ……………………………………………………………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2D0C84">
        <w:rPr>
          <w:sz w:val="28"/>
          <w:szCs w:val="28"/>
        </w:rPr>
        <w:t>Địa chỉ: ……………………………………………………………………………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2D0C84">
        <w:rPr>
          <w:sz w:val="28"/>
          <w:szCs w:val="28"/>
        </w:rPr>
        <w:t>Đại diện: ……………………………… Chức vụ: 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2D0C84">
        <w:rPr>
          <w:sz w:val="28"/>
          <w:szCs w:val="28"/>
        </w:rPr>
        <w:t>Số điện thoại: ………………………… MST: …………………………………</w:t>
      </w:r>
    </w:p>
    <w:p w:rsidR="002D0C84" w:rsidRPr="002D0C84" w:rsidRDefault="002D0C84" w:rsidP="002D0C8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B (BÊN NHẬN GIA CÔNG):</w:t>
      </w:r>
    </w:p>
    <w:p w:rsidR="002D0C84" w:rsidRPr="002D0C84" w:rsidRDefault="002D0C84" w:rsidP="002D0C84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2D0C84">
        <w:rPr>
          <w:sz w:val="28"/>
          <w:szCs w:val="28"/>
        </w:rPr>
        <w:t>Tên đơn vị/cá nhân: ……………………………………………………………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2D0C84">
        <w:rPr>
          <w:sz w:val="28"/>
          <w:szCs w:val="28"/>
        </w:rPr>
        <w:lastRenderedPageBreak/>
        <w:t>Địa chỉ: ……………………………………………………………………………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2D0C84">
        <w:rPr>
          <w:sz w:val="28"/>
          <w:szCs w:val="28"/>
        </w:rPr>
        <w:t>Đại diện: ……………………………… Chức vụ: ……………………………</w:t>
      </w:r>
    </w:p>
    <w:p w:rsidR="002D0C84" w:rsidRPr="002D0C84" w:rsidRDefault="002D0C84" w:rsidP="002D0C84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2D0C84">
        <w:rPr>
          <w:sz w:val="28"/>
          <w:szCs w:val="28"/>
        </w:rPr>
        <w:t>Số điện thoại: ………………………… MST: …………………………………</w:t>
      </w:r>
    </w:p>
    <w:p w:rsidR="002D0C84" w:rsidRPr="002D0C84" w:rsidRDefault="002D0C84" w:rsidP="002D0C8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1. NỘI DUNG SỬA ĐỔI, BỔ SUNG:</w:t>
      </w:r>
    </w:p>
    <w:p w:rsidR="002D0C84" w:rsidRPr="002D0C84" w:rsidRDefault="002D0C84" w:rsidP="002D0C84">
      <w:pPr>
        <w:pStyle w:val="NormalWeb"/>
        <w:rPr>
          <w:sz w:val="28"/>
          <w:szCs w:val="28"/>
        </w:rPr>
      </w:pPr>
      <w:r w:rsidRPr="002D0C84">
        <w:rPr>
          <w:sz w:val="28"/>
          <w:szCs w:val="28"/>
        </w:rPr>
        <w:t>Hai bên thống nhất sửa đổi, bổ sung nội dung Hợp đồng số … như sau:</w:t>
      </w:r>
    </w:p>
    <w:p w:rsidR="002D0C84" w:rsidRPr="002D0C84" w:rsidRDefault="002D0C84" w:rsidP="002D0C84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[Ví dụ: Điều khoản về giá gia công]</w:t>
      </w:r>
    </w:p>
    <w:p w:rsidR="002D0C84" w:rsidRPr="002D0C84" w:rsidRDefault="002D0C84" w:rsidP="002D0C84">
      <w:pPr>
        <w:pStyle w:val="NormalWeb"/>
        <w:numPr>
          <w:ilvl w:val="1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Nội dung cũ:</w:t>
      </w:r>
      <w:r w:rsidRPr="002D0C84">
        <w:rPr>
          <w:sz w:val="28"/>
          <w:szCs w:val="28"/>
        </w:rPr>
        <w:t xml:space="preserve"> Đơn giá gia công là ………… VNĐ/sản phẩm.</w:t>
      </w:r>
    </w:p>
    <w:p w:rsidR="002D0C84" w:rsidRPr="002D0C84" w:rsidRDefault="002D0C84" w:rsidP="002D0C84">
      <w:pPr>
        <w:pStyle w:val="NormalWeb"/>
        <w:numPr>
          <w:ilvl w:val="1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Nội dung sửa đổi:</w:t>
      </w:r>
      <w:r w:rsidRPr="002D0C84">
        <w:rPr>
          <w:sz w:val="28"/>
          <w:szCs w:val="28"/>
        </w:rPr>
        <w:t xml:space="preserve"> Đơn giá gia công điều chỉnh là ………… VNĐ/sản phẩm, áp dụng từ ngày …/…/20…</w:t>
      </w:r>
    </w:p>
    <w:p w:rsidR="002D0C84" w:rsidRPr="002D0C84" w:rsidRDefault="002D0C84" w:rsidP="002D0C84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[Ví dụ: Thời hạn giao hàng]</w:t>
      </w:r>
    </w:p>
    <w:p w:rsidR="002D0C84" w:rsidRPr="002D0C84" w:rsidRDefault="002D0C84" w:rsidP="002D0C84">
      <w:pPr>
        <w:pStyle w:val="NormalWeb"/>
        <w:numPr>
          <w:ilvl w:val="1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Nội dung cũ:</w:t>
      </w:r>
      <w:r w:rsidRPr="002D0C84">
        <w:rPr>
          <w:sz w:val="28"/>
          <w:szCs w:val="28"/>
        </w:rPr>
        <w:t xml:space="preserve"> Thời hạn giao hàng là ngày … tháng … năm …</w:t>
      </w:r>
    </w:p>
    <w:p w:rsidR="002D0C84" w:rsidRPr="002D0C84" w:rsidRDefault="002D0C84" w:rsidP="002D0C84">
      <w:pPr>
        <w:pStyle w:val="NormalWeb"/>
        <w:numPr>
          <w:ilvl w:val="1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Nội dung sửa đổi:</w:t>
      </w:r>
      <w:r w:rsidRPr="002D0C84">
        <w:rPr>
          <w:sz w:val="28"/>
          <w:szCs w:val="28"/>
        </w:rPr>
        <w:t xml:space="preserve"> Thời hạn giao hàng được gia hạn đến ngày … tháng … năm …</w:t>
      </w:r>
    </w:p>
    <w:p w:rsidR="002D0C84" w:rsidRPr="002D0C84" w:rsidRDefault="002D0C84" w:rsidP="002D0C84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[Bổ sung điều khoản mới nếu có]</w:t>
      </w:r>
    </w:p>
    <w:p w:rsidR="002D0C84" w:rsidRPr="002D0C84" w:rsidRDefault="002D0C84" w:rsidP="002D0C84">
      <w:pPr>
        <w:pStyle w:val="NormalWeb"/>
        <w:numPr>
          <w:ilvl w:val="1"/>
          <w:numId w:val="10"/>
        </w:numPr>
        <w:rPr>
          <w:sz w:val="28"/>
          <w:szCs w:val="28"/>
        </w:rPr>
      </w:pPr>
      <w:r w:rsidRPr="002D0C84">
        <w:rPr>
          <w:sz w:val="28"/>
          <w:szCs w:val="28"/>
        </w:rPr>
        <w:t>Bổ sung Điều …: “…………………………………………………………………”</w:t>
      </w:r>
    </w:p>
    <w:p w:rsidR="002D0C84" w:rsidRPr="002D0C84" w:rsidRDefault="002D0C84" w:rsidP="002D0C8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2D0C84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2. HIỆU LỰC CỦA PHỤ LỤC</w:t>
      </w:r>
    </w:p>
    <w:p w:rsidR="002D0C84" w:rsidRPr="002D0C84" w:rsidRDefault="002D0C84" w:rsidP="002D0C84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2D0C84">
        <w:rPr>
          <w:sz w:val="28"/>
          <w:szCs w:val="28"/>
        </w:rPr>
        <w:t>Phụ lục này là một phần không tách rời của Hợp đồng gia công số … đã ký.</w:t>
      </w:r>
    </w:p>
    <w:p w:rsidR="002D0C84" w:rsidRPr="002D0C84" w:rsidRDefault="002D0C84" w:rsidP="002D0C84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2D0C84">
        <w:rPr>
          <w:sz w:val="28"/>
          <w:szCs w:val="28"/>
        </w:rPr>
        <w:t>Các nội dung khác của hợp đồng không sửa đổi vẫn giữ nguyên hiệu lực.</w:t>
      </w:r>
    </w:p>
    <w:p w:rsidR="002D0C84" w:rsidRPr="002D0C84" w:rsidRDefault="002D0C84" w:rsidP="002D0C84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2D0C84">
        <w:rPr>
          <w:sz w:val="28"/>
          <w:szCs w:val="28"/>
        </w:rPr>
        <w:t>Phụ lục được lập thành 02 bản, mỗi bên giữ 01 bản, có giá trị pháp lý như nhau.</w:t>
      </w:r>
    </w:p>
    <w:p w:rsidR="002D0C84" w:rsidRPr="002D0C84" w:rsidRDefault="002D0C84" w:rsidP="002D0C84">
      <w:pPr>
        <w:pStyle w:val="NormalWeb"/>
        <w:jc w:val="right"/>
        <w:rPr>
          <w:sz w:val="28"/>
          <w:szCs w:val="28"/>
        </w:rPr>
      </w:pPr>
      <w:r w:rsidRPr="002D0C84">
        <w:rPr>
          <w:sz w:val="28"/>
          <w:szCs w:val="28"/>
        </w:rPr>
        <w:t>…, ngày … tháng … năm …</w:t>
      </w:r>
    </w:p>
    <w:p w:rsidR="002D0C84" w:rsidRPr="002D0C84" w:rsidRDefault="002D0C84" w:rsidP="002D0C84">
      <w:pPr>
        <w:pStyle w:val="NormalWeb"/>
        <w:jc w:val="center"/>
        <w:rPr>
          <w:sz w:val="28"/>
          <w:szCs w:val="28"/>
        </w:rPr>
      </w:pPr>
      <w:r w:rsidRPr="002D0C84">
        <w:rPr>
          <w:sz w:val="28"/>
          <w:szCs w:val="28"/>
        </w:rPr>
        <w:br/>
      </w:r>
      <w:r w:rsidRPr="002D0C84">
        <w:rPr>
          <w:rStyle w:val="Strong"/>
          <w:sz w:val="28"/>
          <w:szCs w:val="28"/>
        </w:rPr>
        <w:t>ĐẠI DIỆN BÊN A</w:t>
      </w:r>
      <w:r w:rsidRPr="002D0C84">
        <w:rPr>
          <w:sz w:val="28"/>
          <w:szCs w:val="28"/>
        </w:rPr>
        <w:br/>
      </w:r>
      <w:bookmarkStart w:id="0" w:name="_GoBack"/>
      <w:bookmarkEnd w:id="0"/>
      <w:r w:rsidRPr="002D0C84">
        <w:rPr>
          <w:sz w:val="28"/>
          <w:szCs w:val="28"/>
        </w:rPr>
        <w:t>(Ký, ghi rõ họ tên, chức vụ, đóng dấu nếu có)</w:t>
      </w:r>
      <w:r w:rsidRPr="002D0C84">
        <w:rPr>
          <w:sz w:val="28"/>
          <w:szCs w:val="28"/>
        </w:rPr>
        <w:br/>
        <w:t>……………………………………</w:t>
      </w:r>
    </w:p>
    <w:p w:rsidR="002D0C84" w:rsidRPr="002D0C84" w:rsidRDefault="002D0C84" w:rsidP="002D0C84">
      <w:pPr>
        <w:pStyle w:val="NormalWeb"/>
        <w:jc w:val="center"/>
        <w:rPr>
          <w:sz w:val="28"/>
          <w:szCs w:val="28"/>
        </w:rPr>
      </w:pPr>
      <w:r w:rsidRPr="002D0C84">
        <w:rPr>
          <w:rStyle w:val="Strong"/>
          <w:sz w:val="28"/>
          <w:szCs w:val="28"/>
        </w:rPr>
        <w:t>ĐẠI DIỆN BÊN B</w:t>
      </w:r>
      <w:r w:rsidRPr="002D0C84">
        <w:rPr>
          <w:sz w:val="28"/>
          <w:szCs w:val="28"/>
        </w:rPr>
        <w:br/>
        <w:t>(Ký, ghi rõ họ tên, chức vụ, đóng dấu nếu có)</w:t>
      </w:r>
      <w:r w:rsidRPr="002D0C84">
        <w:rPr>
          <w:sz w:val="28"/>
          <w:szCs w:val="28"/>
        </w:rPr>
        <w:br/>
        <w:t>……………………………………</w:t>
      </w:r>
    </w:p>
    <w:p w:rsidR="004D71BC" w:rsidRPr="002D0C84" w:rsidRDefault="004D71BC" w:rsidP="002D0C8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4D71BC" w:rsidRPr="002D0C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2076392"/>
    <w:multiLevelType w:val="multilevel"/>
    <w:tmpl w:val="63E2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F54E5F"/>
    <w:multiLevelType w:val="multilevel"/>
    <w:tmpl w:val="9A70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6F428F"/>
    <w:multiLevelType w:val="multilevel"/>
    <w:tmpl w:val="3790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8A30CE"/>
    <w:multiLevelType w:val="multilevel"/>
    <w:tmpl w:val="0812E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3212CB"/>
    <w:multiLevelType w:val="multilevel"/>
    <w:tmpl w:val="6F32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 w:numId="10">
    <w:abstractNumId w:val="9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6C7525"/>
    <w:rsid w:val="00717B1C"/>
    <w:rsid w:val="007735D0"/>
    <w:rsid w:val="008E6E33"/>
    <w:rsid w:val="00901B5B"/>
    <w:rsid w:val="009D0439"/>
    <w:rsid w:val="00A80BD2"/>
    <w:rsid w:val="00AA1D8D"/>
    <w:rsid w:val="00B409D0"/>
    <w:rsid w:val="00B47730"/>
    <w:rsid w:val="00CB0664"/>
    <w:rsid w:val="00CD188B"/>
    <w:rsid w:val="00D96931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A9BC9E-2702-4410-B603-3F2A28711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    CỘNG HÒA XÃ HỘI CHỦ NGHĨA VIỆT NAM Độc lập – Tự do – Hạnh phúc</vt:lpstr>
      <vt:lpstr>        PHỤ LỤC HỢP ĐỒNG</vt:lpstr>
      <vt:lpstr>        BÊN A (BÊN GIAO GIA CÔNG):</vt:lpstr>
      <vt:lpstr>        BÊN B (BÊN NHẬN GIA CÔNG):</vt:lpstr>
      <vt:lpstr>        ĐIỀU 1. NỘI DUNG SỬA ĐỔI, BỔ SUNG:</vt:lpstr>
      <vt:lpstr>        ĐIỀU 2. HIỆU LỰC CỦA PHỤ LỤC</vt:lpstr>
    </vt:vector>
  </TitlesOfParts>
  <Manager/>
  <Company/>
  <LinksUpToDate>false</LinksUpToDate>
  <CharactersWithSpaces>1772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2025-07-14T06:50:00Z</dcterms:created>
  <dcterms:modified xsi:type="dcterms:W3CDTF">2025-07-14T06:50:00Z</dcterms:modified>
  <cp:category/>
</cp:coreProperties>
</file>