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0BD" w:rsidRDefault="00DF30BD" w:rsidP="001C5F0C">
      <w:pPr>
        <w:pStyle w:val="Heading2"/>
        <w:spacing w:line="360" w:lineRule="auto"/>
        <w:jc w:val="center"/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113761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CỘNG HÒA XÃ HỘI CHỦ NGHĨA VIỆT NAM</w:t>
      </w:r>
      <w:bookmarkStart w:id="0" w:name="_GoBack"/>
      <w:bookmarkEnd w:id="0"/>
      <w:r w:rsidRPr="00113761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113761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Độc lập – Tự do – Hạnh phúc</w:t>
      </w:r>
    </w:p>
    <w:p w:rsidR="00113761" w:rsidRPr="00113761" w:rsidRDefault="00113761" w:rsidP="00113761">
      <w:pPr>
        <w:jc w:val="right"/>
        <w:rPr>
          <w:i/>
        </w:rPr>
      </w:pPr>
    </w:p>
    <w:p w:rsidR="00AF5A4F" w:rsidRPr="00113761" w:rsidRDefault="00113761" w:rsidP="00113761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13761">
        <w:rPr>
          <w:rFonts w:ascii="Times New Roman" w:hAnsi="Times New Roman" w:cs="Times New Roman"/>
          <w:i/>
          <w:sz w:val="28"/>
          <w:szCs w:val="28"/>
        </w:rPr>
        <w:t>…, ngày … tháng … năm …</w:t>
      </w:r>
    </w:p>
    <w:p w:rsidR="00113761" w:rsidRPr="00113761" w:rsidRDefault="00113761" w:rsidP="00113761">
      <w:pPr>
        <w:pStyle w:val="Heading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13761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THÔNG BÁO</w:t>
      </w:r>
    </w:p>
    <w:p w:rsidR="00113761" w:rsidRPr="00113761" w:rsidRDefault="00113761" w:rsidP="00113761">
      <w:pPr>
        <w:pStyle w:val="NormalWeb"/>
        <w:jc w:val="center"/>
        <w:rPr>
          <w:sz w:val="28"/>
          <w:szCs w:val="28"/>
        </w:rPr>
      </w:pPr>
      <w:r w:rsidRPr="00113761">
        <w:rPr>
          <w:rStyle w:val="Strong"/>
          <w:sz w:val="28"/>
          <w:szCs w:val="28"/>
        </w:rPr>
        <w:t>V/v: Điều chuyển công tác</w:t>
      </w:r>
      <w:r w:rsidRPr="00113761">
        <w:rPr>
          <w:sz w:val="28"/>
          <w:szCs w:val="28"/>
        </w:rPr>
        <w:br/>
        <w:t>Số: …………/TB-…</w:t>
      </w:r>
      <w:r w:rsidRPr="00113761">
        <w:rPr>
          <w:sz w:val="28"/>
          <w:szCs w:val="28"/>
        </w:rPr>
        <w:br/>
      </w:r>
    </w:p>
    <w:p w:rsidR="00113761" w:rsidRPr="00113761" w:rsidRDefault="00113761" w:rsidP="00113761">
      <w:pPr>
        <w:pStyle w:val="NormalWeb"/>
        <w:rPr>
          <w:sz w:val="28"/>
          <w:szCs w:val="28"/>
        </w:rPr>
      </w:pPr>
      <w:r w:rsidRPr="00113761">
        <w:rPr>
          <w:rStyle w:val="Strong"/>
          <w:sz w:val="28"/>
          <w:szCs w:val="28"/>
        </w:rPr>
        <w:t>Kính gửi:</w:t>
      </w:r>
      <w:r w:rsidRPr="00113761">
        <w:rPr>
          <w:sz w:val="28"/>
          <w:szCs w:val="28"/>
        </w:rPr>
        <w:t xml:space="preserve"> Ông/Bà ………………………………………………………………</w:t>
      </w:r>
      <w:r w:rsidRPr="00113761">
        <w:rPr>
          <w:sz w:val="28"/>
          <w:szCs w:val="28"/>
        </w:rPr>
        <w:br/>
      </w:r>
      <w:r w:rsidRPr="00113761">
        <w:rPr>
          <w:rStyle w:val="Strong"/>
          <w:sz w:val="28"/>
          <w:szCs w:val="28"/>
        </w:rPr>
        <w:t>Chức vụ hiện tại:</w:t>
      </w:r>
      <w:r w:rsidRPr="00113761">
        <w:rPr>
          <w:sz w:val="28"/>
          <w:szCs w:val="28"/>
        </w:rPr>
        <w:t xml:space="preserve"> ……………………………………………………………</w:t>
      </w:r>
      <w:r w:rsidRPr="00113761">
        <w:rPr>
          <w:sz w:val="28"/>
          <w:szCs w:val="28"/>
        </w:rPr>
        <w:br/>
      </w:r>
      <w:r w:rsidRPr="00113761">
        <w:rPr>
          <w:rStyle w:val="Strong"/>
          <w:sz w:val="28"/>
          <w:szCs w:val="28"/>
        </w:rPr>
        <w:t>Phòng/Ban:</w:t>
      </w:r>
      <w:r w:rsidRPr="00113761">
        <w:rPr>
          <w:sz w:val="28"/>
          <w:szCs w:val="28"/>
        </w:rPr>
        <w:t xml:space="preserve"> ……………………………………………………………………</w:t>
      </w:r>
    </w:p>
    <w:p w:rsidR="00113761" w:rsidRPr="00113761" w:rsidRDefault="00113761" w:rsidP="00113761">
      <w:pPr>
        <w:pStyle w:val="NormalWeb"/>
        <w:rPr>
          <w:sz w:val="28"/>
          <w:szCs w:val="28"/>
        </w:rPr>
      </w:pPr>
      <w:r w:rsidRPr="00113761">
        <w:rPr>
          <w:sz w:val="28"/>
          <w:szCs w:val="28"/>
        </w:rPr>
        <w:t>Căn cứ vào:</w:t>
      </w:r>
    </w:p>
    <w:p w:rsidR="00113761" w:rsidRPr="00113761" w:rsidRDefault="00113761" w:rsidP="00113761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113761">
        <w:rPr>
          <w:sz w:val="28"/>
          <w:szCs w:val="28"/>
        </w:rPr>
        <w:t>Nhu cầu điều chuyển, sắp xếp nhân sự của công ty;</w:t>
      </w:r>
    </w:p>
    <w:p w:rsidR="00113761" w:rsidRPr="00113761" w:rsidRDefault="00113761" w:rsidP="00113761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113761">
        <w:rPr>
          <w:sz w:val="28"/>
          <w:szCs w:val="28"/>
        </w:rPr>
        <w:t>Năng lực, chuyên môn và hiệu quả công việc của Ông/Bà;</w:t>
      </w:r>
    </w:p>
    <w:p w:rsidR="00113761" w:rsidRPr="00113761" w:rsidRDefault="00113761" w:rsidP="00113761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113761">
        <w:rPr>
          <w:sz w:val="28"/>
          <w:szCs w:val="28"/>
        </w:rPr>
        <w:t>Quy định về tổ chức, quản lý và sử dụng lao động của công ty.</w:t>
      </w:r>
    </w:p>
    <w:p w:rsidR="00113761" w:rsidRPr="00113761" w:rsidRDefault="00113761" w:rsidP="00113761">
      <w:pPr>
        <w:pStyle w:val="NormalWeb"/>
        <w:rPr>
          <w:sz w:val="28"/>
          <w:szCs w:val="28"/>
        </w:rPr>
      </w:pPr>
      <w:r w:rsidRPr="00113761">
        <w:rPr>
          <w:rStyle w:val="Strong"/>
          <w:sz w:val="28"/>
          <w:szCs w:val="28"/>
        </w:rPr>
        <w:t>Ban Giám đốc quyết định điều chuyển công tác đối với Ông/Bà như sau:</w:t>
      </w:r>
    </w:p>
    <w:p w:rsidR="00113761" w:rsidRPr="00113761" w:rsidRDefault="00113761" w:rsidP="00113761">
      <w:pPr>
        <w:pStyle w:val="NormalWeb"/>
        <w:rPr>
          <w:sz w:val="28"/>
          <w:szCs w:val="28"/>
        </w:rPr>
      </w:pPr>
      <w:r w:rsidRPr="00113761">
        <w:rPr>
          <w:rStyle w:val="Strong"/>
          <w:sz w:val="28"/>
          <w:szCs w:val="28"/>
        </w:rPr>
        <w:t>1. Nội dung điều chuyển:</w:t>
      </w:r>
    </w:p>
    <w:p w:rsidR="00113761" w:rsidRPr="00113761" w:rsidRDefault="00113761" w:rsidP="00113761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113761">
        <w:rPr>
          <w:rStyle w:val="Strong"/>
          <w:sz w:val="28"/>
          <w:szCs w:val="28"/>
        </w:rPr>
        <w:t>Từ vị trí:</w:t>
      </w:r>
      <w:r w:rsidRPr="00113761">
        <w:rPr>
          <w:sz w:val="28"/>
          <w:szCs w:val="28"/>
        </w:rPr>
        <w:t xml:space="preserve"> ......................................................................................</w:t>
      </w:r>
    </w:p>
    <w:p w:rsidR="00113761" w:rsidRPr="00113761" w:rsidRDefault="00113761" w:rsidP="00113761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113761">
        <w:rPr>
          <w:rStyle w:val="Strong"/>
          <w:sz w:val="28"/>
          <w:szCs w:val="28"/>
        </w:rPr>
        <w:t>Phòng/Ban cũ:</w:t>
      </w:r>
      <w:r w:rsidRPr="00113761">
        <w:rPr>
          <w:sz w:val="28"/>
          <w:szCs w:val="28"/>
        </w:rPr>
        <w:t xml:space="preserve"> ..........................................................................</w:t>
      </w:r>
    </w:p>
    <w:p w:rsidR="00113761" w:rsidRPr="00113761" w:rsidRDefault="00113761" w:rsidP="00113761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113761">
        <w:rPr>
          <w:rStyle w:val="Strong"/>
          <w:sz w:val="28"/>
          <w:szCs w:val="28"/>
        </w:rPr>
        <w:t>Sang vị trí:</w:t>
      </w:r>
      <w:r w:rsidRPr="00113761">
        <w:rPr>
          <w:sz w:val="28"/>
          <w:szCs w:val="28"/>
        </w:rPr>
        <w:t xml:space="preserve"> ..................................................................................</w:t>
      </w:r>
    </w:p>
    <w:p w:rsidR="00113761" w:rsidRPr="00113761" w:rsidRDefault="00113761" w:rsidP="00113761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113761">
        <w:rPr>
          <w:rStyle w:val="Strong"/>
          <w:sz w:val="28"/>
          <w:szCs w:val="28"/>
        </w:rPr>
        <w:t>Phòng/Ban mới:</w:t>
      </w:r>
      <w:r w:rsidRPr="00113761">
        <w:rPr>
          <w:sz w:val="28"/>
          <w:szCs w:val="28"/>
        </w:rPr>
        <w:t xml:space="preserve"> .......................................................................</w:t>
      </w:r>
    </w:p>
    <w:p w:rsidR="00113761" w:rsidRPr="00113761" w:rsidRDefault="00113761" w:rsidP="00113761">
      <w:pPr>
        <w:pStyle w:val="NormalWeb"/>
        <w:numPr>
          <w:ilvl w:val="0"/>
          <w:numId w:val="8"/>
        </w:numPr>
        <w:rPr>
          <w:sz w:val="28"/>
          <w:szCs w:val="28"/>
        </w:rPr>
      </w:pPr>
      <w:r w:rsidRPr="00113761">
        <w:rPr>
          <w:rStyle w:val="Strong"/>
          <w:sz w:val="28"/>
          <w:szCs w:val="28"/>
        </w:rPr>
        <w:t>Thời gian bắt đầu nhận nhiệm vụ mới:</w:t>
      </w:r>
      <w:r w:rsidRPr="00113761">
        <w:rPr>
          <w:sz w:val="28"/>
          <w:szCs w:val="28"/>
        </w:rPr>
        <w:t xml:space="preserve"> kể từ ngày ……/……/20……</w:t>
      </w:r>
    </w:p>
    <w:p w:rsidR="00113761" w:rsidRPr="00113761" w:rsidRDefault="00113761" w:rsidP="00113761">
      <w:pPr>
        <w:pStyle w:val="NormalWeb"/>
        <w:rPr>
          <w:sz w:val="28"/>
          <w:szCs w:val="28"/>
        </w:rPr>
      </w:pPr>
      <w:r w:rsidRPr="00113761">
        <w:rPr>
          <w:rStyle w:val="Strong"/>
          <w:sz w:val="28"/>
          <w:szCs w:val="28"/>
        </w:rPr>
        <w:t>2. Yêu cầu thực hiện:</w:t>
      </w:r>
    </w:p>
    <w:p w:rsidR="00113761" w:rsidRPr="00113761" w:rsidRDefault="00113761" w:rsidP="00113761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113761">
        <w:rPr>
          <w:sz w:val="28"/>
          <w:szCs w:val="28"/>
        </w:rPr>
        <w:t xml:space="preserve">Ông/Bà có trách nhiệm </w:t>
      </w:r>
      <w:r w:rsidRPr="00113761">
        <w:rPr>
          <w:rStyle w:val="Strong"/>
          <w:sz w:val="28"/>
          <w:szCs w:val="28"/>
        </w:rPr>
        <w:t>bàn giao đầy đủ công việc, tài liệu và tài sản</w:t>
      </w:r>
      <w:r w:rsidRPr="00113761">
        <w:rPr>
          <w:sz w:val="28"/>
          <w:szCs w:val="28"/>
        </w:rPr>
        <w:t xml:space="preserve"> (nếu có) cho người được phân công tiếp nhận trước ngày ……/……/20……;</w:t>
      </w:r>
    </w:p>
    <w:p w:rsidR="00113761" w:rsidRPr="00113761" w:rsidRDefault="00113761" w:rsidP="00113761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113761">
        <w:rPr>
          <w:sz w:val="28"/>
          <w:szCs w:val="28"/>
        </w:rPr>
        <w:lastRenderedPageBreak/>
        <w:t xml:space="preserve">Trưởng đơn vị cũ và đơn vị mới có trách nhiệm phối hợp để việc điều chuyển diễn ra </w:t>
      </w:r>
      <w:r w:rsidRPr="00113761">
        <w:rPr>
          <w:rStyle w:val="Strong"/>
          <w:sz w:val="28"/>
          <w:szCs w:val="28"/>
        </w:rPr>
        <w:t>thuận lợi, nhanh chóng, hiệu quả</w:t>
      </w:r>
      <w:r w:rsidRPr="00113761">
        <w:rPr>
          <w:sz w:val="28"/>
          <w:szCs w:val="28"/>
        </w:rPr>
        <w:t>;</w:t>
      </w:r>
    </w:p>
    <w:p w:rsidR="00113761" w:rsidRPr="00113761" w:rsidRDefault="00113761" w:rsidP="00113761">
      <w:pPr>
        <w:pStyle w:val="NormalWeb"/>
        <w:numPr>
          <w:ilvl w:val="0"/>
          <w:numId w:val="9"/>
        </w:numPr>
        <w:rPr>
          <w:sz w:val="28"/>
          <w:szCs w:val="28"/>
        </w:rPr>
      </w:pPr>
      <w:r w:rsidRPr="00113761">
        <w:rPr>
          <w:sz w:val="28"/>
          <w:szCs w:val="28"/>
        </w:rPr>
        <w:t>Các quyền lợi và nghĩa vụ khác (nếu có thay đổi) sẽ được Phòng Nhân sự thông báo chi tiết.</w:t>
      </w:r>
    </w:p>
    <w:p w:rsidR="00113761" w:rsidRPr="00113761" w:rsidRDefault="00113761" w:rsidP="00113761">
      <w:pPr>
        <w:pStyle w:val="NormalWeb"/>
        <w:rPr>
          <w:sz w:val="28"/>
          <w:szCs w:val="28"/>
        </w:rPr>
      </w:pPr>
      <w:r w:rsidRPr="00113761">
        <w:rPr>
          <w:sz w:val="28"/>
          <w:szCs w:val="28"/>
        </w:rPr>
        <w:t>Công ty ghi nhận những đóng góp của Ông/Bà trong thời gian qua và tin tưởng rằng Ông/Bà sẽ tiếp tục phát huy năng lực, hoàn thành tốt nhiệm vụ được giao tại vị trí mới.</w:t>
      </w:r>
    </w:p>
    <w:p w:rsidR="00113761" w:rsidRPr="00113761" w:rsidRDefault="00113761" w:rsidP="00113761">
      <w:pPr>
        <w:pStyle w:val="NormalWeb"/>
        <w:rPr>
          <w:sz w:val="28"/>
          <w:szCs w:val="28"/>
        </w:rPr>
      </w:pPr>
      <w:r w:rsidRPr="00113761">
        <w:rPr>
          <w:rStyle w:val="Strong"/>
          <w:sz w:val="28"/>
          <w:szCs w:val="28"/>
        </w:rPr>
        <w:t>Trân trọng thông báo.</w:t>
      </w:r>
    </w:p>
    <w:p w:rsidR="00113761" w:rsidRPr="00113761" w:rsidRDefault="00113761" w:rsidP="00113761">
      <w:pPr>
        <w:pStyle w:val="NormalWeb"/>
        <w:rPr>
          <w:sz w:val="28"/>
          <w:szCs w:val="28"/>
        </w:rPr>
      </w:pPr>
      <w:r w:rsidRPr="00113761">
        <w:rPr>
          <w:rStyle w:val="Strong"/>
          <w:sz w:val="28"/>
          <w:szCs w:val="28"/>
        </w:rPr>
        <w:t>Nơi nhận:</w:t>
      </w:r>
    </w:p>
    <w:p w:rsidR="00113761" w:rsidRPr="00113761" w:rsidRDefault="00113761" w:rsidP="00113761">
      <w:pPr>
        <w:pStyle w:val="NormalWeb"/>
        <w:numPr>
          <w:ilvl w:val="0"/>
          <w:numId w:val="10"/>
        </w:numPr>
        <w:rPr>
          <w:sz w:val="28"/>
          <w:szCs w:val="28"/>
        </w:rPr>
      </w:pPr>
      <w:r w:rsidRPr="00113761">
        <w:rPr>
          <w:sz w:val="28"/>
          <w:szCs w:val="28"/>
        </w:rPr>
        <w:t>Như trên;</w:t>
      </w:r>
    </w:p>
    <w:p w:rsidR="00113761" w:rsidRPr="00113761" w:rsidRDefault="00113761" w:rsidP="00113761">
      <w:pPr>
        <w:pStyle w:val="NormalWeb"/>
        <w:numPr>
          <w:ilvl w:val="0"/>
          <w:numId w:val="10"/>
        </w:numPr>
        <w:rPr>
          <w:sz w:val="28"/>
          <w:szCs w:val="28"/>
        </w:rPr>
      </w:pPr>
      <w:r w:rsidRPr="00113761">
        <w:rPr>
          <w:sz w:val="28"/>
          <w:szCs w:val="28"/>
        </w:rPr>
        <w:t>Ban Giám đốc;</w:t>
      </w:r>
    </w:p>
    <w:p w:rsidR="00113761" w:rsidRPr="00113761" w:rsidRDefault="00113761" w:rsidP="00113761">
      <w:pPr>
        <w:pStyle w:val="NormalWeb"/>
        <w:numPr>
          <w:ilvl w:val="0"/>
          <w:numId w:val="10"/>
        </w:numPr>
        <w:rPr>
          <w:sz w:val="28"/>
          <w:szCs w:val="28"/>
        </w:rPr>
      </w:pPr>
      <w:r w:rsidRPr="00113761">
        <w:rPr>
          <w:sz w:val="28"/>
          <w:szCs w:val="28"/>
        </w:rPr>
        <w:t>Phòng Nhân sự;</w:t>
      </w:r>
    </w:p>
    <w:p w:rsidR="00113761" w:rsidRPr="00113761" w:rsidRDefault="00113761" w:rsidP="00113761">
      <w:pPr>
        <w:pStyle w:val="NormalWeb"/>
        <w:numPr>
          <w:ilvl w:val="0"/>
          <w:numId w:val="10"/>
        </w:numPr>
        <w:rPr>
          <w:sz w:val="28"/>
          <w:szCs w:val="28"/>
        </w:rPr>
      </w:pPr>
      <w:r w:rsidRPr="00113761">
        <w:rPr>
          <w:sz w:val="28"/>
          <w:szCs w:val="28"/>
        </w:rPr>
        <w:t>Lưu: VP.</w:t>
      </w:r>
    </w:p>
    <w:p w:rsidR="00113761" w:rsidRPr="00113761" w:rsidRDefault="00113761" w:rsidP="00113761">
      <w:pPr>
        <w:pStyle w:val="NormalWeb"/>
        <w:jc w:val="right"/>
        <w:rPr>
          <w:sz w:val="28"/>
          <w:szCs w:val="28"/>
        </w:rPr>
      </w:pPr>
      <w:r w:rsidRPr="00113761">
        <w:rPr>
          <w:rStyle w:val="Strong"/>
          <w:sz w:val="28"/>
          <w:szCs w:val="28"/>
        </w:rPr>
        <w:t>GIÁM ĐỐC</w:t>
      </w:r>
      <w:r w:rsidRPr="00113761">
        <w:rPr>
          <w:sz w:val="28"/>
          <w:szCs w:val="28"/>
        </w:rPr>
        <w:br/>
        <w:t>(Ký tên, đóng dấu, ghi rõ họ tên)</w:t>
      </w:r>
      <w:r w:rsidRPr="00113761">
        <w:rPr>
          <w:sz w:val="28"/>
          <w:szCs w:val="28"/>
        </w:rPr>
        <w:br/>
        <w:t>……………………………………</w:t>
      </w:r>
    </w:p>
    <w:p w:rsidR="00943185" w:rsidRPr="00113761" w:rsidRDefault="00943185" w:rsidP="00AF5A4F">
      <w:pPr>
        <w:pStyle w:val="NormalWeb"/>
        <w:jc w:val="right"/>
        <w:rPr>
          <w:sz w:val="28"/>
          <w:szCs w:val="28"/>
        </w:rPr>
      </w:pPr>
    </w:p>
    <w:sectPr w:rsidR="00943185" w:rsidRPr="0011376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24F21802"/>
    <w:multiLevelType w:val="multilevel"/>
    <w:tmpl w:val="4E2E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875659"/>
    <w:multiLevelType w:val="multilevel"/>
    <w:tmpl w:val="AFCA7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D76227"/>
    <w:multiLevelType w:val="multilevel"/>
    <w:tmpl w:val="59D83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B2928C0"/>
    <w:multiLevelType w:val="multilevel"/>
    <w:tmpl w:val="2BFA9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13761"/>
    <w:rsid w:val="00137BF9"/>
    <w:rsid w:val="0015074B"/>
    <w:rsid w:val="001C5F0C"/>
    <w:rsid w:val="002177D9"/>
    <w:rsid w:val="0028293B"/>
    <w:rsid w:val="0029639D"/>
    <w:rsid w:val="002D0C84"/>
    <w:rsid w:val="00326F90"/>
    <w:rsid w:val="00403DCF"/>
    <w:rsid w:val="00455A03"/>
    <w:rsid w:val="00457C16"/>
    <w:rsid w:val="004D71BC"/>
    <w:rsid w:val="00544251"/>
    <w:rsid w:val="006C7525"/>
    <w:rsid w:val="00717B1C"/>
    <w:rsid w:val="007735D0"/>
    <w:rsid w:val="008E6E33"/>
    <w:rsid w:val="00901B5B"/>
    <w:rsid w:val="00943185"/>
    <w:rsid w:val="009D0439"/>
    <w:rsid w:val="00A80BD2"/>
    <w:rsid w:val="00AA1D8D"/>
    <w:rsid w:val="00AF5A4F"/>
    <w:rsid w:val="00B409D0"/>
    <w:rsid w:val="00B47730"/>
    <w:rsid w:val="00CB0664"/>
    <w:rsid w:val="00CD188B"/>
    <w:rsid w:val="00D96931"/>
    <w:rsid w:val="00DF30BD"/>
    <w:rsid w:val="00FB49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B161DE7C-33FE-489F-93B9-7B5CAB6D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544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2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9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5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3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4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3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7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038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600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12A3FC-54CA-4C1A-9307-F6E3F0537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CỘNG HÒA XÃ HỘI CHỦ NGHĨA VIỆT NAM Độc lập – Tự do – Hạnh phúc</vt:lpstr>
      <vt:lpstr>        THÔNG BÁO</vt:lpstr>
    </vt:vector>
  </TitlesOfParts>
  <Manager/>
  <Company/>
  <LinksUpToDate>false</LinksUpToDate>
  <CharactersWithSpaces>1634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2025-07-14T07:15:00Z</dcterms:created>
  <dcterms:modified xsi:type="dcterms:W3CDTF">2025-07-14T07:15:00Z</dcterms:modified>
  <cp:category/>
</cp:coreProperties>
</file>