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761" w:rsidRPr="00C775E7" w:rsidRDefault="00DF30BD" w:rsidP="00A3593F">
      <w:pPr>
        <w:pStyle w:val="Heading2"/>
        <w:spacing w:line="360" w:lineRule="auto"/>
        <w:jc w:val="center"/>
        <w:rPr>
          <w:rStyle w:val="Strong"/>
          <w:rFonts w:ascii="Times New Roman" w:hAnsi="Times New Roman" w:cs="Times New Roman"/>
          <w:b/>
          <w:bCs/>
          <w:color w:val="auto"/>
          <w:sz w:val="28"/>
          <w:szCs w:val="28"/>
        </w:rPr>
      </w:pPr>
      <w:r w:rsidRPr="00C775E7">
        <w:rPr>
          <w:rStyle w:val="Strong"/>
          <w:rFonts w:ascii="Times New Roman" w:hAnsi="Times New Roman" w:cs="Times New Roman"/>
          <w:b/>
          <w:bCs/>
          <w:color w:val="auto"/>
          <w:sz w:val="28"/>
          <w:szCs w:val="28"/>
        </w:rPr>
        <w:t>CỘNG HÒA XÃ HỘI CHỦ NGHĨA VIỆT NAM</w:t>
      </w:r>
      <w:r w:rsidRPr="00C775E7">
        <w:rPr>
          <w:rFonts w:ascii="Times New Roman" w:hAnsi="Times New Roman" w:cs="Times New Roman"/>
          <w:color w:val="auto"/>
          <w:sz w:val="28"/>
          <w:szCs w:val="28"/>
        </w:rPr>
        <w:br/>
      </w:r>
      <w:r w:rsidRPr="00C775E7">
        <w:rPr>
          <w:rStyle w:val="Strong"/>
          <w:rFonts w:ascii="Times New Roman" w:hAnsi="Times New Roman" w:cs="Times New Roman"/>
          <w:b/>
          <w:bCs/>
          <w:color w:val="auto"/>
          <w:sz w:val="28"/>
          <w:szCs w:val="28"/>
        </w:rPr>
        <w:t>Độc lập – Tự do – Hạnh phúc</w:t>
      </w:r>
    </w:p>
    <w:p w:rsidR="00041754" w:rsidRPr="00C775E7" w:rsidRDefault="00041754" w:rsidP="00041754">
      <w:pPr>
        <w:rPr>
          <w:rFonts w:ascii="Times New Roman" w:hAnsi="Times New Roman" w:cs="Times New Roman"/>
          <w:sz w:val="28"/>
          <w:szCs w:val="28"/>
        </w:rPr>
      </w:pPr>
      <w:bookmarkStart w:id="0" w:name="_GoBack"/>
      <w:bookmarkEnd w:id="0"/>
    </w:p>
    <w:p w:rsidR="00C775E7" w:rsidRPr="00C775E7" w:rsidRDefault="00C775E7" w:rsidP="00C775E7">
      <w:pPr>
        <w:pStyle w:val="NormalWeb"/>
        <w:jc w:val="right"/>
        <w:rPr>
          <w:bCs/>
          <w:i/>
          <w:sz w:val="28"/>
          <w:szCs w:val="28"/>
        </w:rPr>
      </w:pPr>
      <w:r w:rsidRPr="00C775E7">
        <w:rPr>
          <w:rStyle w:val="Strong"/>
          <w:b w:val="0"/>
          <w:i/>
          <w:sz w:val="28"/>
          <w:szCs w:val="28"/>
        </w:rPr>
        <w:t>…, ngày … tháng … năm …</w:t>
      </w:r>
    </w:p>
    <w:p w:rsidR="00C775E7" w:rsidRPr="00C775E7" w:rsidRDefault="00C775E7" w:rsidP="00C775E7">
      <w:pPr>
        <w:pStyle w:val="Heading3"/>
        <w:jc w:val="center"/>
        <w:rPr>
          <w:rFonts w:ascii="Times New Roman" w:hAnsi="Times New Roman" w:cs="Times New Roman"/>
          <w:color w:val="auto"/>
          <w:sz w:val="28"/>
          <w:szCs w:val="28"/>
        </w:rPr>
      </w:pPr>
      <w:r w:rsidRPr="00C775E7">
        <w:rPr>
          <w:rStyle w:val="Strong"/>
          <w:rFonts w:ascii="Times New Roman" w:hAnsi="Times New Roman" w:cs="Times New Roman"/>
          <w:b/>
          <w:bCs/>
          <w:color w:val="auto"/>
          <w:sz w:val="28"/>
          <w:szCs w:val="28"/>
        </w:rPr>
        <w:t>THÔNG BÁO</w:t>
      </w:r>
    </w:p>
    <w:p w:rsidR="00C775E7" w:rsidRPr="00C775E7" w:rsidRDefault="00C775E7" w:rsidP="00C775E7">
      <w:pPr>
        <w:pStyle w:val="NormalWeb"/>
        <w:jc w:val="center"/>
        <w:rPr>
          <w:sz w:val="28"/>
          <w:szCs w:val="28"/>
        </w:rPr>
      </w:pPr>
      <w:r w:rsidRPr="00C775E7">
        <w:rPr>
          <w:rStyle w:val="Strong"/>
          <w:sz w:val="28"/>
          <w:szCs w:val="28"/>
        </w:rPr>
        <w:t>Về việc tình hình khó khăn kinh tế và định hướng khắc phục của doanh nghiệp</w:t>
      </w:r>
    </w:p>
    <w:p w:rsidR="00C775E7" w:rsidRPr="00C775E7" w:rsidRDefault="00C775E7" w:rsidP="00C775E7">
      <w:pPr>
        <w:pStyle w:val="NormalWeb"/>
        <w:rPr>
          <w:sz w:val="28"/>
          <w:szCs w:val="28"/>
        </w:rPr>
      </w:pPr>
      <w:r w:rsidRPr="00C775E7">
        <w:rPr>
          <w:rStyle w:val="Strong"/>
          <w:sz w:val="28"/>
          <w:szCs w:val="28"/>
        </w:rPr>
        <w:t>Kính gửi: Toàn thể cán bộ, công nhân viên Công ty …………………………………</w:t>
      </w:r>
    </w:p>
    <w:p w:rsidR="00C775E7" w:rsidRPr="00C775E7" w:rsidRDefault="00C775E7" w:rsidP="00C775E7">
      <w:pPr>
        <w:pStyle w:val="NormalWeb"/>
        <w:rPr>
          <w:sz w:val="28"/>
          <w:szCs w:val="28"/>
        </w:rPr>
      </w:pPr>
      <w:r w:rsidRPr="00C775E7">
        <w:rPr>
          <w:sz w:val="28"/>
          <w:szCs w:val="28"/>
        </w:rPr>
        <w:t xml:space="preserve">Trong thời gian gần đây, do những biến động bất lợi từ thị trường, sự sụt giảm đơn hàng, chi phí vận hành tăng cao, cùng nhiều yếu tố khách quan khác, </w:t>
      </w:r>
      <w:r w:rsidRPr="00C775E7">
        <w:rPr>
          <w:rStyle w:val="Strong"/>
          <w:sz w:val="28"/>
          <w:szCs w:val="28"/>
        </w:rPr>
        <w:t>doanh nghiệp chúng ta đang phải đối mặt với nhiều khó khăn về tài chính, hoạt động sản xuất – kinh doanh bị ảnh hưởng nghiêm trọng.</w:t>
      </w:r>
    </w:p>
    <w:p w:rsidR="00C775E7" w:rsidRPr="00C775E7" w:rsidRDefault="00C775E7" w:rsidP="00C775E7">
      <w:pPr>
        <w:pStyle w:val="NormalWeb"/>
        <w:rPr>
          <w:sz w:val="28"/>
          <w:szCs w:val="28"/>
        </w:rPr>
      </w:pPr>
      <w:r w:rsidRPr="00C775E7">
        <w:rPr>
          <w:sz w:val="28"/>
          <w:szCs w:val="28"/>
        </w:rPr>
        <w:t xml:space="preserve">Ban Giám đốc Công ty xin </w:t>
      </w:r>
      <w:r w:rsidRPr="00C775E7">
        <w:rPr>
          <w:rStyle w:val="Strong"/>
          <w:sz w:val="28"/>
          <w:szCs w:val="28"/>
        </w:rPr>
        <w:t>thông tin chính thức đến toàn thể người lao động</w:t>
      </w:r>
      <w:r w:rsidRPr="00C775E7">
        <w:rPr>
          <w:sz w:val="28"/>
          <w:szCs w:val="28"/>
        </w:rPr>
        <w:t xml:space="preserve"> về tình hình hiện tại, đồng thời nêu rõ các hướng xử lý và định hướng trong thời gian tới như sau:</w:t>
      </w:r>
    </w:p>
    <w:p w:rsidR="00C775E7" w:rsidRPr="00C775E7" w:rsidRDefault="00C775E7" w:rsidP="00C775E7">
      <w:pPr>
        <w:pStyle w:val="Heading3"/>
        <w:rPr>
          <w:rFonts w:ascii="Times New Roman" w:hAnsi="Times New Roman" w:cs="Times New Roman"/>
          <w:color w:val="auto"/>
          <w:sz w:val="28"/>
          <w:szCs w:val="28"/>
        </w:rPr>
      </w:pPr>
      <w:r w:rsidRPr="00C775E7">
        <w:rPr>
          <w:rStyle w:val="Strong"/>
          <w:rFonts w:ascii="Times New Roman" w:hAnsi="Times New Roman" w:cs="Times New Roman"/>
          <w:b/>
          <w:bCs/>
          <w:color w:val="auto"/>
          <w:sz w:val="28"/>
          <w:szCs w:val="28"/>
        </w:rPr>
        <w:t>1. Thực trạng hiện nay:</w:t>
      </w:r>
    </w:p>
    <w:p w:rsidR="00C775E7" w:rsidRPr="00C775E7" w:rsidRDefault="00C775E7" w:rsidP="00C775E7">
      <w:pPr>
        <w:pStyle w:val="NormalWeb"/>
        <w:numPr>
          <w:ilvl w:val="0"/>
          <w:numId w:val="7"/>
        </w:numPr>
        <w:rPr>
          <w:sz w:val="28"/>
          <w:szCs w:val="28"/>
        </w:rPr>
      </w:pPr>
      <w:r w:rsidRPr="00C775E7">
        <w:rPr>
          <w:sz w:val="28"/>
          <w:szCs w:val="28"/>
        </w:rPr>
        <w:t>Doanh thu giảm liên tục trong … tháng gần đây.</w:t>
      </w:r>
    </w:p>
    <w:p w:rsidR="00C775E7" w:rsidRPr="00C775E7" w:rsidRDefault="00C775E7" w:rsidP="00C775E7">
      <w:pPr>
        <w:pStyle w:val="NormalWeb"/>
        <w:numPr>
          <w:ilvl w:val="0"/>
          <w:numId w:val="7"/>
        </w:numPr>
        <w:rPr>
          <w:sz w:val="28"/>
          <w:szCs w:val="28"/>
        </w:rPr>
      </w:pPr>
      <w:r w:rsidRPr="00C775E7">
        <w:rPr>
          <w:sz w:val="28"/>
          <w:szCs w:val="28"/>
        </w:rPr>
        <w:t>Nhiều khách hàng, đối tác hoãn – hủy đơn hàng.</w:t>
      </w:r>
    </w:p>
    <w:p w:rsidR="00C775E7" w:rsidRPr="00C775E7" w:rsidRDefault="00C775E7" w:rsidP="00C775E7">
      <w:pPr>
        <w:pStyle w:val="NormalWeb"/>
        <w:numPr>
          <w:ilvl w:val="0"/>
          <w:numId w:val="7"/>
        </w:numPr>
        <w:rPr>
          <w:sz w:val="28"/>
          <w:szCs w:val="28"/>
        </w:rPr>
      </w:pPr>
      <w:r w:rsidRPr="00C775E7">
        <w:rPr>
          <w:sz w:val="28"/>
          <w:szCs w:val="28"/>
        </w:rPr>
        <w:t>Khó tiếp cận các nguồn vốn vay do lãi suất tăng, thủ tục siết chặt.</w:t>
      </w:r>
    </w:p>
    <w:p w:rsidR="00C775E7" w:rsidRPr="00C775E7" w:rsidRDefault="00C775E7" w:rsidP="00C775E7">
      <w:pPr>
        <w:pStyle w:val="NormalWeb"/>
        <w:numPr>
          <w:ilvl w:val="0"/>
          <w:numId w:val="7"/>
        </w:numPr>
        <w:rPr>
          <w:sz w:val="28"/>
          <w:szCs w:val="28"/>
        </w:rPr>
      </w:pPr>
      <w:r w:rsidRPr="00C775E7">
        <w:rPr>
          <w:sz w:val="28"/>
          <w:szCs w:val="28"/>
        </w:rPr>
        <w:t>Chi phí đầu vào tăng (nguyên vật liệu, vận chuyển, điện nước, mặt bằng…).</w:t>
      </w:r>
    </w:p>
    <w:p w:rsidR="00C775E7" w:rsidRPr="00C775E7" w:rsidRDefault="00C775E7" w:rsidP="00C775E7">
      <w:pPr>
        <w:pStyle w:val="Heading3"/>
        <w:rPr>
          <w:rFonts w:ascii="Times New Roman" w:hAnsi="Times New Roman" w:cs="Times New Roman"/>
          <w:color w:val="auto"/>
          <w:sz w:val="28"/>
          <w:szCs w:val="28"/>
        </w:rPr>
      </w:pPr>
      <w:r w:rsidRPr="00C775E7">
        <w:rPr>
          <w:rStyle w:val="Strong"/>
          <w:rFonts w:ascii="Times New Roman" w:hAnsi="Times New Roman" w:cs="Times New Roman"/>
          <w:b/>
          <w:bCs/>
          <w:color w:val="auto"/>
          <w:sz w:val="28"/>
          <w:szCs w:val="28"/>
        </w:rPr>
        <w:t>2. Định hướng và giải pháp khắc phục:</w:t>
      </w:r>
    </w:p>
    <w:p w:rsidR="00C775E7" w:rsidRPr="00C775E7" w:rsidRDefault="00C775E7" w:rsidP="00C775E7">
      <w:pPr>
        <w:pStyle w:val="NormalWeb"/>
        <w:numPr>
          <w:ilvl w:val="0"/>
          <w:numId w:val="8"/>
        </w:numPr>
        <w:rPr>
          <w:sz w:val="28"/>
          <w:szCs w:val="28"/>
        </w:rPr>
      </w:pPr>
      <w:r w:rsidRPr="00C775E7">
        <w:rPr>
          <w:sz w:val="28"/>
          <w:szCs w:val="28"/>
        </w:rPr>
        <w:t>Tái cơ cấu hoạt động, cắt giảm chi phí vận hành không thiết yếu.</w:t>
      </w:r>
    </w:p>
    <w:p w:rsidR="00C775E7" w:rsidRPr="00C775E7" w:rsidRDefault="00C775E7" w:rsidP="00C775E7">
      <w:pPr>
        <w:pStyle w:val="NormalWeb"/>
        <w:numPr>
          <w:ilvl w:val="0"/>
          <w:numId w:val="8"/>
        </w:numPr>
        <w:rPr>
          <w:sz w:val="28"/>
          <w:szCs w:val="28"/>
        </w:rPr>
      </w:pPr>
      <w:r w:rsidRPr="00C775E7">
        <w:rPr>
          <w:sz w:val="28"/>
          <w:szCs w:val="28"/>
        </w:rPr>
        <w:t>Đàm phán gia hạn/giảm giá với nhà cung cấp, đối tác thuê mặt bằng.</w:t>
      </w:r>
    </w:p>
    <w:p w:rsidR="00C775E7" w:rsidRPr="00C775E7" w:rsidRDefault="00C775E7" w:rsidP="00C775E7">
      <w:pPr>
        <w:pStyle w:val="NormalWeb"/>
        <w:numPr>
          <w:ilvl w:val="0"/>
          <w:numId w:val="8"/>
        </w:numPr>
        <w:rPr>
          <w:sz w:val="28"/>
          <w:szCs w:val="28"/>
        </w:rPr>
      </w:pPr>
      <w:r w:rsidRPr="00C775E7">
        <w:rPr>
          <w:sz w:val="28"/>
          <w:szCs w:val="28"/>
        </w:rPr>
        <w:t>Tập trung vào các sản phẩm/dịch vụ mang lại hiệu quả cao.</w:t>
      </w:r>
    </w:p>
    <w:p w:rsidR="00C775E7" w:rsidRPr="00C775E7" w:rsidRDefault="00C775E7" w:rsidP="00C775E7">
      <w:pPr>
        <w:pStyle w:val="NormalWeb"/>
        <w:numPr>
          <w:ilvl w:val="0"/>
          <w:numId w:val="8"/>
        </w:numPr>
        <w:rPr>
          <w:sz w:val="28"/>
          <w:szCs w:val="28"/>
        </w:rPr>
      </w:pPr>
      <w:r w:rsidRPr="00C775E7">
        <w:rPr>
          <w:sz w:val="28"/>
          <w:szCs w:val="28"/>
        </w:rPr>
        <w:t>Tăng cường tìm kiếm đơn hàng mới, mở rộng thị trường.</w:t>
      </w:r>
    </w:p>
    <w:p w:rsidR="00C775E7" w:rsidRPr="00C775E7" w:rsidRDefault="00C775E7" w:rsidP="00C775E7">
      <w:pPr>
        <w:pStyle w:val="NormalWeb"/>
        <w:numPr>
          <w:ilvl w:val="0"/>
          <w:numId w:val="8"/>
        </w:numPr>
        <w:rPr>
          <w:sz w:val="28"/>
          <w:szCs w:val="28"/>
        </w:rPr>
      </w:pPr>
      <w:r w:rsidRPr="00C775E7">
        <w:rPr>
          <w:sz w:val="28"/>
          <w:szCs w:val="28"/>
        </w:rPr>
        <w:t>Xem xét điều chỉnh kế hoạch nhân sự tạm thời trong giai đoạn khó khăn.</w:t>
      </w:r>
    </w:p>
    <w:p w:rsidR="00C775E7" w:rsidRPr="00C775E7" w:rsidRDefault="00C775E7" w:rsidP="00C775E7">
      <w:pPr>
        <w:pStyle w:val="Heading3"/>
        <w:rPr>
          <w:rFonts w:ascii="Times New Roman" w:hAnsi="Times New Roman" w:cs="Times New Roman"/>
          <w:color w:val="auto"/>
          <w:sz w:val="28"/>
          <w:szCs w:val="28"/>
        </w:rPr>
      </w:pPr>
      <w:r w:rsidRPr="00C775E7">
        <w:rPr>
          <w:rStyle w:val="Strong"/>
          <w:rFonts w:ascii="Times New Roman" w:hAnsi="Times New Roman" w:cs="Times New Roman"/>
          <w:b/>
          <w:bCs/>
          <w:color w:val="auto"/>
          <w:sz w:val="28"/>
          <w:szCs w:val="28"/>
        </w:rPr>
        <w:lastRenderedPageBreak/>
        <w:t>3. Về chế độ, quyền lợi người lao động:</w:t>
      </w:r>
    </w:p>
    <w:p w:rsidR="00C775E7" w:rsidRPr="00C775E7" w:rsidRDefault="00C775E7" w:rsidP="00C775E7">
      <w:pPr>
        <w:pStyle w:val="NormalWeb"/>
        <w:rPr>
          <w:sz w:val="28"/>
          <w:szCs w:val="28"/>
        </w:rPr>
      </w:pPr>
      <w:r w:rsidRPr="00C775E7">
        <w:rPr>
          <w:sz w:val="28"/>
          <w:szCs w:val="28"/>
        </w:rPr>
        <w:t>Ban Giám đốc cam kết:</w:t>
      </w:r>
    </w:p>
    <w:p w:rsidR="00C775E7" w:rsidRPr="00C775E7" w:rsidRDefault="00C775E7" w:rsidP="00C775E7">
      <w:pPr>
        <w:pStyle w:val="NormalWeb"/>
        <w:numPr>
          <w:ilvl w:val="0"/>
          <w:numId w:val="9"/>
        </w:numPr>
        <w:rPr>
          <w:sz w:val="28"/>
          <w:szCs w:val="28"/>
        </w:rPr>
      </w:pPr>
      <w:r w:rsidRPr="00C775E7">
        <w:rPr>
          <w:sz w:val="28"/>
          <w:szCs w:val="28"/>
        </w:rPr>
        <w:t>Minh bạch, công khai thông tin và đảm bảo các quyền lợi hợp pháp theo quy định pháp luật.</w:t>
      </w:r>
    </w:p>
    <w:p w:rsidR="00C775E7" w:rsidRPr="00C775E7" w:rsidRDefault="00C775E7" w:rsidP="00C775E7">
      <w:pPr>
        <w:pStyle w:val="NormalWeb"/>
        <w:numPr>
          <w:ilvl w:val="0"/>
          <w:numId w:val="9"/>
        </w:numPr>
        <w:rPr>
          <w:sz w:val="28"/>
          <w:szCs w:val="28"/>
        </w:rPr>
      </w:pPr>
      <w:r w:rsidRPr="00C775E7">
        <w:rPr>
          <w:sz w:val="28"/>
          <w:szCs w:val="28"/>
        </w:rPr>
        <w:t xml:space="preserve">Trong trường hợp cần điều chỉnh thời gian làm việc, mức lương, hay bố trí lại nhân sự, Công ty sẽ thông báo sớm và </w:t>
      </w:r>
      <w:r w:rsidRPr="00C775E7">
        <w:rPr>
          <w:rStyle w:val="Strong"/>
          <w:sz w:val="28"/>
          <w:szCs w:val="28"/>
        </w:rPr>
        <w:t>trao đổi với Công đoàn, người lao động</w:t>
      </w:r>
      <w:r w:rsidRPr="00C775E7">
        <w:rPr>
          <w:sz w:val="28"/>
          <w:szCs w:val="28"/>
        </w:rPr>
        <w:t xml:space="preserve"> trước khi thực hiện.</w:t>
      </w:r>
    </w:p>
    <w:p w:rsidR="00C775E7" w:rsidRPr="00C775E7" w:rsidRDefault="00C775E7" w:rsidP="00C775E7">
      <w:pPr>
        <w:pStyle w:val="NormalWeb"/>
        <w:numPr>
          <w:ilvl w:val="0"/>
          <w:numId w:val="9"/>
        </w:numPr>
        <w:rPr>
          <w:sz w:val="28"/>
          <w:szCs w:val="28"/>
        </w:rPr>
      </w:pPr>
      <w:r w:rsidRPr="00C775E7">
        <w:rPr>
          <w:sz w:val="28"/>
          <w:szCs w:val="28"/>
        </w:rPr>
        <w:t xml:space="preserve">Luôn ưu tiên các biện pháp </w:t>
      </w:r>
      <w:r w:rsidRPr="00C775E7">
        <w:rPr>
          <w:rStyle w:val="Strong"/>
          <w:sz w:val="28"/>
          <w:szCs w:val="28"/>
        </w:rPr>
        <w:t>không sa thải</w:t>
      </w:r>
      <w:r w:rsidRPr="00C775E7">
        <w:rPr>
          <w:sz w:val="28"/>
          <w:szCs w:val="28"/>
        </w:rPr>
        <w:t xml:space="preserve"> và hạn chế tối đa ảnh hưởng đến thu nhập, đời sống người lao động.</w:t>
      </w:r>
    </w:p>
    <w:p w:rsidR="00C775E7" w:rsidRPr="00C775E7" w:rsidRDefault="00C775E7" w:rsidP="00C775E7">
      <w:pPr>
        <w:pStyle w:val="Heading3"/>
        <w:rPr>
          <w:rFonts w:ascii="Times New Roman" w:hAnsi="Times New Roman" w:cs="Times New Roman"/>
          <w:color w:val="auto"/>
          <w:sz w:val="28"/>
          <w:szCs w:val="28"/>
        </w:rPr>
      </w:pPr>
      <w:r w:rsidRPr="00C775E7">
        <w:rPr>
          <w:rStyle w:val="Strong"/>
          <w:rFonts w:ascii="Times New Roman" w:hAnsi="Times New Roman" w:cs="Times New Roman"/>
          <w:b/>
          <w:bCs/>
          <w:color w:val="auto"/>
          <w:sz w:val="28"/>
          <w:szCs w:val="28"/>
        </w:rPr>
        <w:t>4. Kêu gọi tinh thần đồng hành, chia sẻ:</w:t>
      </w:r>
    </w:p>
    <w:p w:rsidR="00C775E7" w:rsidRPr="00C775E7" w:rsidRDefault="00C775E7" w:rsidP="00C775E7">
      <w:pPr>
        <w:pStyle w:val="NormalWeb"/>
        <w:rPr>
          <w:sz w:val="28"/>
          <w:szCs w:val="28"/>
        </w:rPr>
      </w:pPr>
      <w:r w:rsidRPr="00C775E7">
        <w:rPr>
          <w:sz w:val="28"/>
          <w:szCs w:val="28"/>
        </w:rPr>
        <w:t xml:space="preserve">Trong giai đoạn thử thách này, Ban lãnh đạo Công ty mong nhận được sự </w:t>
      </w:r>
      <w:r w:rsidRPr="00C775E7">
        <w:rPr>
          <w:rStyle w:val="Strong"/>
          <w:sz w:val="28"/>
          <w:szCs w:val="28"/>
        </w:rPr>
        <w:t>thấu hiểu, chia sẻ và đồng hành của toàn thể anh/chị/em</w:t>
      </w:r>
      <w:r w:rsidRPr="00C775E7">
        <w:rPr>
          <w:sz w:val="28"/>
          <w:szCs w:val="28"/>
        </w:rPr>
        <w:t>. Sự đoàn kết, tiết kiệm và nỗ lực của từng cá nhân chính là sức mạnh giúp chúng ta vượt qua khó khăn và ổn định trở lại trong thời gian tới.</w:t>
      </w:r>
    </w:p>
    <w:p w:rsidR="00C775E7" w:rsidRPr="00C775E7" w:rsidRDefault="00C775E7" w:rsidP="00C775E7">
      <w:pPr>
        <w:pStyle w:val="NormalWeb"/>
        <w:rPr>
          <w:sz w:val="28"/>
          <w:szCs w:val="28"/>
        </w:rPr>
      </w:pPr>
      <w:r w:rsidRPr="00C775E7">
        <w:rPr>
          <w:sz w:val="28"/>
          <w:szCs w:val="28"/>
        </w:rPr>
        <w:t xml:space="preserve">Mọi ý kiến góp ý, đề xuất hướng cải thiện xin gửi về: </w:t>
      </w:r>
      <w:r w:rsidRPr="00C775E7">
        <w:rPr>
          <w:rStyle w:val="Strong"/>
          <w:sz w:val="28"/>
          <w:szCs w:val="28"/>
        </w:rPr>
        <w:t>Phòng Hành chính – Nhân sự</w:t>
      </w:r>
      <w:r w:rsidRPr="00C775E7">
        <w:rPr>
          <w:sz w:val="28"/>
          <w:szCs w:val="28"/>
        </w:rPr>
        <w:t xml:space="preserve"> hoặc qua email: </w:t>
      </w:r>
      <w:r w:rsidRPr="00C775E7">
        <w:rPr>
          <w:rStyle w:val="Strong"/>
          <w:sz w:val="28"/>
          <w:szCs w:val="28"/>
        </w:rPr>
        <w:t>………………@………</w:t>
      </w:r>
    </w:p>
    <w:p w:rsidR="00C775E7" w:rsidRPr="00C775E7" w:rsidRDefault="00C775E7" w:rsidP="00C775E7">
      <w:pPr>
        <w:pStyle w:val="NormalWeb"/>
        <w:rPr>
          <w:sz w:val="28"/>
          <w:szCs w:val="28"/>
        </w:rPr>
      </w:pPr>
      <w:r w:rsidRPr="00C775E7">
        <w:rPr>
          <w:rStyle w:val="Strong"/>
          <w:sz w:val="28"/>
          <w:szCs w:val="28"/>
        </w:rPr>
        <w:t>Trân trọng cảm ơn và mong nhận được sự hợp tác của toàn thể cán bộ, công nhân viên!</w:t>
      </w:r>
    </w:p>
    <w:p w:rsidR="00943185" w:rsidRPr="00C775E7" w:rsidRDefault="00C775E7" w:rsidP="00C775E7">
      <w:pPr>
        <w:pStyle w:val="NormalWeb"/>
        <w:jc w:val="right"/>
        <w:rPr>
          <w:sz w:val="28"/>
          <w:szCs w:val="28"/>
        </w:rPr>
      </w:pPr>
      <w:r w:rsidRPr="00C775E7">
        <w:rPr>
          <w:rStyle w:val="Strong"/>
          <w:sz w:val="28"/>
          <w:szCs w:val="28"/>
        </w:rPr>
        <w:t>TM. BAN GIÁM ĐỐC</w:t>
      </w:r>
      <w:r w:rsidRPr="00C775E7">
        <w:rPr>
          <w:sz w:val="28"/>
          <w:szCs w:val="28"/>
        </w:rPr>
        <w:br/>
      </w:r>
      <w:r w:rsidRPr="00C775E7">
        <w:rPr>
          <w:rStyle w:val="Strong"/>
          <w:sz w:val="28"/>
          <w:szCs w:val="28"/>
        </w:rPr>
        <w:t>Tổng Giám đốc</w:t>
      </w:r>
      <w:r w:rsidRPr="00C775E7">
        <w:rPr>
          <w:sz w:val="28"/>
          <w:szCs w:val="28"/>
        </w:rPr>
        <w:br/>
        <w:t>(Ký, ghi rõ họ tên, đóng dấu nếu cần)</w:t>
      </w:r>
    </w:p>
    <w:sectPr w:rsidR="00943185" w:rsidRPr="00C775E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2C6B4ED3"/>
    <w:multiLevelType w:val="multilevel"/>
    <w:tmpl w:val="8C0E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227206"/>
    <w:multiLevelType w:val="multilevel"/>
    <w:tmpl w:val="28EA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8B119B"/>
    <w:multiLevelType w:val="multilevel"/>
    <w:tmpl w:val="3760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8"/>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1754"/>
    <w:rsid w:val="0006063C"/>
    <w:rsid w:val="00113761"/>
    <w:rsid w:val="00137BF9"/>
    <w:rsid w:val="0015074B"/>
    <w:rsid w:val="001C5F0C"/>
    <w:rsid w:val="002177D9"/>
    <w:rsid w:val="0028293B"/>
    <w:rsid w:val="0029639D"/>
    <w:rsid w:val="002D0C84"/>
    <w:rsid w:val="00326F90"/>
    <w:rsid w:val="00403DCF"/>
    <w:rsid w:val="00424B60"/>
    <w:rsid w:val="00455A03"/>
    <w:rsid w:val="00457C16"/>
    <w:rsid w:val="004D71BC"/>
    <w:rsid w:val="00544251"/>
    <w:rsid w:val="005E2F6B"/>
    <w:rsid w:val="006C7525"/>
    <w:rsid w:val="006E6B79"/>
    <w:rsid w:val="00704D00"/>
    <w:rsid w:val="00717B1C"/>
    <w:rsid w:val="007218D0"/>
    <w:rsid w:val="007735D0"/>
    <w:rsid w:val="007D2C48"/>
    <w:rsid w:val="008E6E33"/>
    <w:rsid w:val="00901B5B"/>
    <w:rsid w:val="00943185"/>
    <w:rsid w:val="009D0439"/>
    <w:rsid w:val="00A3593F"/>
    <w:rsid w:val="00A80BD2"/>
    <w:rsid w:val="00AA1D8D"/>
    <w:rsid w:val="00AF5A4F"/>
    <w:rsid w:val="00B409D0"/>
    <w:rsid w:val="00B47730"/>
    <w:rsid w:val="00C775E7"/>
    <w:rsid w:val="00CB0664"/>
    <w:rsid w:val="00CD188B"/>
    <w:rsid w:val="00D96931"/>
    <w:rsid w:val="00DF30BD"/>
    <w:rsid w:val="00EF0F1E"/>
    <w:rsid w:val="00FB49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161DE7C-33FE-489F-93B9-7B5CAB6D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442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6503">
      <w:bodyDiv w:val="1"/>
      <w:marLeft w:val="0"/>
      <w:marRight w:val="0"/>
      <w:marTop w:val="0"/>
      <w:marBottom w:val="0"/>
      <w:divBdr>
        <w:top w:val="none" w:sz="0" w:space="0" w:color="auto"/>
        <w:left w:val="none" w:sz="0" w:space="0" w:color="auto"/>
        <w:bottom w:val="none" w:sz="0" w:space="0" w:color="auto"/>
        <w:right w:val="none" w:sz="0" w:space="0" w:color="auto"/>
      </w:divBdr>
      <w:divsChild>
        <w:div w:id="1689021866">
          <w:marLeft w:val="0"/>
          <w:marRight w:val="0"/>
          <w:marTop w:val="0"/>
          <w:marBottom w:val="0"/>
          <w:divBdr>
            <w:top w:val="none" w:sz="0" w:space="0" w:color="auto"/>
            <w:left w:val="none" w:sz="0" w:space="0" w:color="auto"/>
            <w:bottom w:val="none" w:sz="0" w:space="0" w:color="auto"/>
            <w:right w:val="none" w:sz="0" w:space="0" w:color="auto"/>
          </w:divBdr>
          <w:divsChild>
            <w:div w:id="12851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4228">
      <w:bodyDiv w:val="1"/>
      <w:marLeft w:val="0"/>
      <w:marRight w:val="0"/>
      <w:marTop w:val="0"/>
      <w:marBottom w:val="0"/>
      <w:divBdr>
        <w:top w:val="none" w:sz="0" w:space="0" w:color="auto"/>
        <w:left w:val="none" w:sz="0" w:space="0" w:color="auto"/>
        <w:bottom w:val="none" w:sz="0" w:space="0" w:color="auto"/>
        <w:right w:val="none" w:sz="0" w:space="0" w:color="auto"/>
      </w:divBdr>
    </w:div>
    <w:div w:id="105933146">
      <w:bodyDiv w:val="1"/>
      <w:marLeft w:val="0"/>
      <w:marRight w:val="0"/>
      <w:marTop w:val="0"/>
      <w:marBottom w:val="0"/>
      <w:divBdr>
        <w:top w:val="none" w:sz="0" w:space="0" w:color="auto"/>
        <w:left w:val="none" w:sz="0" w:space="0" w:color="auto"/>
        <w:bottom w:val="none" w:sz="0" w:space="0" w:color="auto"/>
        <w:right w:val="none" w:sz="0" w:space="0" w:color="auto"/>
      </w:divBdr>
    </w:div>
    <w:div w:id="112134482">
      <w:bodyDiv w:val="1"/>
      <w:marLeft w:val="0"/>
      <w:marRight w:val="0"/>
      <w:marTop w:val="0"/>
      <w:marBottom w:val="0"/>
      <w:divBdr>
        <w:top w:val="none" w:sz="0" w:space="0" w:color="auto"/>
        <w:left w:val="none" w:sz="0" w:space="0" w:color="auto"/>
        <w:bottom w:val="none" w:sz="0" w:space="0" w:color="auto"/>
        <w:right w:val="none" w:sz="0" w:space="0" w:color="auto"/>
      </w:divBdr>
    </w:div>
    <w:div w:id="158469442">
      <w:bodyDiv w:val="1"/>
      <w:marLeft w:val="0"/>
      <w:marRight w:val="0"/>
      <w:marTop w:val="0"/>
      <w:marBottom w:val="0"/>
      <w:divBdr>
        <w:top w:val="none" w:sz="0" w:space="0" w:color="auto"/>
        <w:left w:val="none" w:sz="0" w:space="0" w:color="auto"/>
        <w:bottom w:val="none" w:sz="0" w:space="0" w:color="auto"/>
        <w:right w:val="none" w:sz="0" w:space="0" w:color="auto"/>
      </w:divBdr>
    </w:div>
    <w:div w:id="186917592">
      <w:bodyDiv w:val="1"/>
      <w:marLeft w:val="0"/>
      <w:marRight w:val="0"/>
      <w:marTop w:val="0"/>
      <w:marBottom w:val="0"/>
      <w:divBdr>
        <w:top w:val="none" w:sz="0" w:space="0" w:color="auto"/>
        <w:left w:val="none" w:sz="0" w:space="0" w:color="auto"/>
        <w:bottom w:val="none" w:sz="0" w:space="0" w:color="auto"/>
        <w:right w:val="none" w:sz="0" w:space="0" w:color="auto"/>
      </w:divBdr>
      <w:divsChild>
        <w:div w:id="347029741">
          <w:marLeft w:val="0"/>
          <w:marRight w:val="0"/>
          <w:marTop w:val="0"/>
          <w:marBottom w:val="0"/>
          <w:divBdr>
            <w:top w:val="none" w:sz="0" w:space="0" w:color="auto"/>
            <w:left w:val="none" w:sz="0" w:space="0" w:color="auto"/>
            <w:bottom w:val="none" w:sz="0" w:space="0" w:color="auto"/>
            <w:right w:val="none" w:sz="0" w:space="0" w:color="auto"/>
          </w:divBdr>
          <w:divsChild>
            <w:div w:id="24565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361979">
      <w:bodyDiv w:val="1"/>
      <w:marLeft w:val="0"/>
      <w:marRight w:val="0"/>
      <w:marTop w:val="0"/>
      <w:marBottom w:val="0"/>
      <w:divBdr>
        <w:top w:val="none" w:sz="0" w:space="0" w:color="auto"/>
        <w:left w:val="none" w:sz="0" w:space="0" w:color="auto"/>
        <w:bottom w:val="none" w:sz="0" w:space="0" w:color="auto"/>
        <w:right w:val="none" w:sz="0" w:space="0" w:color="auto"/>
      </w:divBdr>
    </w:div>
    <w:div w:id="544221132">
      <w:bodyDiv w:val="1"/>
      <w:marLeft w:val="0"/>
      <w:marRight w:val="0"/>
      <w:marTop w:val="0"/>
      <w:marBottom w:val="0"/>
      <w:divBdr>
        <w:top w:val="none" w:sz="0" w:space="0" w:color="auto"/>
        <w:left w:val="none" w:sz="0" w:space="0" w:color="auto"/>
        <w:bottom w:val="none" w:sz="0" w:space="0" w:color="auto"/>
        <w:right w:val="none" w:sz="0" w:space="0" w:color="auto"/>
      </w:divBdr>
    </w:div>
    <w:div w:id="605817163">
      <w:bodyDiv w:val="1"/>
      <w:marLeft w:val="0"/>
      <w:marRight w:val="0"/>
      <w:marTop w:val="0"/>
      <w:marBottom w:val="0"/>
      <w:divBdr>
        <w:top w:val="none" w:sz="0" w:space="0" w:color="auto"/>
        <w:left w:val="none" w:sz="0" w:space="0" w:color="auto"/>
        <w:bottom w:val="none" w:sz="0" w:space="0" w:color="auto"/>
        <w:right w:val="none" w:sz="0" w:space="0" w:color="auto"/>
      </w:divBdr>
    </w:div>
    <w:div w:id="611129313">
      <w:bodyDiv w:val="1"/>
      <w:marLeft w:val="0"/>
      <w:marRight w:val="0"/>
      <w:marTop w:val="0"/>
      <w:marBottom w:val="0"/>
      <w:divBdr>
        <w:top w:val="none" w:sz="0" w:space="0" w:color="auto"/>
        <w:left w:val="none" w:sz="0" w:space="0" w:color="auto"/>
        <w:bottom w:val="none" w:sz="0" w:space="0" w:color="auto"/>
        <w:right w:val="none" w:sz="0" w:space="0" w:color="auto"/>
      </w:divBdr>
    </w:div>
    <w:div w:id="619531405">
      <w:bodyDiv w:val="1"/>
      <w:marLeft w:val="0"/>
      <w:marRight w:val="0"/>
      <w:marTop w:val="0"/>
      <w:marBottom w:val="0"/>
      <w:divBdr>
        <w:top w:val="none" w:sz="0" w:space="0" w:color="auto"/>
        <w:left w:val="none" w:sz="0" w:space="0" w:color="auto"/>
        <w:bottom w:val="none" w:sz="0" w:space="0" w:color="auto"/>
        <w:right w:val="none" w:sz="0" w:space="0" w:color="auto"/>
      </w:divBdr>
    </w:div>
    <w:div w:id="773402790">
      <w:bodyDiv w:val="1"/>
      <w:marLeft w:val="0"/>
      <w:marRight w:val="0"/>
      <w:marTop w:val="0"/>
      <w:marBottom w:val="0"/>
      <w:divBdr>
        <w:top w:val="none" w:sz="0" w:space="0" w:color="auto"/>
        <w:left w:val="none" w:sz="0" w:space="0" w:color="auto"/>
        <w:bottom w:val="none" w:sz="0" w:space="0" w:color="auto"/>
        <w:right w:val="none" w:sz="0" w:space="0" w:color="auto"/>
      </w:divBdr>
    </w:div>
    <w:div w:id="838080867">
      <w:bodyDiv w:val="1"/>
      <w:marLeft w:val="0"/>
      <w:marRight w:val="0"/>
      <w:marTop w:val="0"/>
      <w:marBottom w:val="0"/>
      <w:divBdr>
        <w:top w:val="none" w:sz="0" w:space="0" w:color="auto"/>
        <w:left w:val="none" w:sz="0" w:space="0" w:color="auto"/>
        <w:bottom w:val="none" w:sz="0" w:space="0" w:color="auto"/>
        <w:right w:val="none" w:sz="0" w:space="0" w:color="auto"/>
      </w:divBdr>
    </w:div>
    <w:div w:id="981154349">
      <w:bodyDiv w:val="1"/>
      <w:marLeft w:val="0"/>
      <w:marRight w:val="0"/>
      <w:marTop w:val="0"/>
      <w:marBottom w:val="0"/>
      <w:divBdr>
        <w:top w:val="none" w:sz="0" w:space="0" w:color="auto"/>
        <w:left w:val="none" w:sz="0" w:space="0" w:color="auto"/>
        <w:bottom w:val="none" w:sz="0" w:space="0" w:color="auto"/>
        <w:right w:val="none" w:sz="0" w:space="0" w:color="auto"/>
      </w:divBdr>
    </w:div>
    <w:div w:id="1039936981">
      <w:bodyDiv w:val="1"/>
      <w:marLeft w:val="0"/>
      <w:marRight w:val="0"/>
      <w:marTop w:val="0"/>
      <w:marBottom w:val="0"/>
      <w:divBdr>
        <w:top w:val="none" w:sz="0" w:space="0" w:color="auto"/>
        <w:left w:val="none" w:sz="0" w:space="0" w:color="auto"/>
        <w:bottom w:val="none" w:sz="0" w:space="0" w:color="auto"/>
        <w:right w:val="none" w:sz="0" w:space="0" w:color="auto"/>
      </w:divBdr>
      <w:divsChild>
        <w:div w:id="842085693">
          <w:marLeft w:val="0"/>
          <w:marRight w:val="0"/>
          <w:marTop w:val="0"/>
          <w:marBottom w:val="0"/>
          <w:divBdr>
            <w:top w:val="none" w:sz="0" w:space="0" w:color="auto"/>
            <w:left w:val="none" w:sz="0" w:space="0" w:color="auto"/>
            <w:bottom w:val="none" w:sz="0" w:space="0" w:color="auto"/>
            <w:right w:val="none" w:sz="0" w:space="0" w:color="auto"/>
          </w:divBdr>
          <w:divsChild>
            <w:div w:id="14455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25502">
      <w:bodyDiv w:val="1"/>
      <w:marLeft w:val="0"/>
      <w:marRight w:val="0"/>
      <w:marTop w:val="0"/>
      <w:marBottom w:val="0"/>
      <w:divBdr>
        <w:top w:val="none" w:sz="0" w:space="0" w:color="auto"/>
        <w:left w:val="none" w:sz="0" w:space="0" w:color="auto"/>
        <w:bottom w:val="none" w:sz="0" w:space="0" w:color="auto"/>
        <w:right w:val="none" w:sz="0" w:space="0" w:color="auto"/>
      </w:divBdr>
    </w:div>
    <w:div w:id="1335183353">
      <w:bodyDiv w:val="1"/>
      <w:marLeft w:val="0"/>
      <w:marRight w:val="0"/>
      <w:marTop w:val="0"/>
      <w:marBottom w:val="0"/>
      <w:divBdr>
        <w:top w:val="none" w:sz="0" w:space="0" w:color="auto"/>
        <w:left w:val="none" w:sz="0" w:space="0" w:color="auto"/>
        <w:bottom w:val="none" w:sz="0" w:space="0" w:color="auto"/>
        <w:right w:val="none" w:sz="0" w:space="0" w:color="auto"/>
      </w:divBdr>
    </w:div>
    <w:div w:id="1370689756">
      <w:bodyDiv w:val="1"/>
      <w:marLeft w:val="0"/>
      <w:marRight w:val="0"/>
      <w:marTop w:val="0"/>
      <w:marBottom w:val="0"/>
      <w:divBdr>
        <w:top w:val="none" w:sz="0" w:space="0" w:color="auto"/>
        <w:left w:val="none" w:sz="0" w:space="0" w:color="auto"/>
        <w:bottom w:val="none" w:sz="0" w:space="0" w:color="auto"/>
        <w:right w:val="none" w:sz="0" w:space="0" w:color="auto"/>
      </w:divBdr>
    </w:div>
    <w:div w:id="1465198870">
      <w:bodyDiv w:val="1"/>
      <w:marLeft w:val="0"/>
      <w:marRight w:val="0"/>
      <w:marTop w:val="0"/>
      <w:marBottom w:val="0"/>
      <w:divBdr>
        <w:top w:val="none" w:sz="0" w:space="0" w:color="auto"/>
        <w:left w:val="none" w:sz="0" w:space="0" w:color="auto"/>
        <w:bottom w:val="none" w:sz="0" w:space="0" w:color="auto"/>
        <w:right w:val="none" w:sz="0" w:space="0" w:color="auto"/>
      </w:divBdr>
    </w:div>
    <w:div w:id="1572344841">
      <w:bodyDiv w:val="1"/>
      <w:marLeft w:val="0"/>
      <w:marRight w:val="0"/>
      <w:marTop w:val="0"/>
      <w:marBottom w:val="0"/>
      <w:divBdr>
        <w:top w:val="none" w:sz="0" w:space="0" w:color="auto"/>
        <w:left w:val="none" w:sz="0" w:space="0" w:color="auto"/>
        <w:bottom w:val="none" w:sz="0" w:space="0" w:color="auto"/>
        <w:right w:val="none" w:sz="0" w:space="0" w:color="auto"/>
      </w:divBdr>
    </w:div>
    <w:div w:id="1590390329">
      <w:bodyDiv w:val="1"/>
      <w:marLeft w:val="0"/>
      <w:marRight w:val="0"/>
      <w:marTop w:val="0"/>
      <w:marBottom w:val="0"/>
      <w:divBdr>
        <w:top w:val="none" w:sz="0" w:space="0" w:color="auto"/>
        <w:left w:val="none" w:sz="0" w:space="0" w:color="auto"/>
        <w:bottom w:val="none" w:sz="0" w:space="0" w:color="auto"/>
        <w:right w:val="none" w:sz="0" w:space="0" w:color="auto"/>
      </w:divBdr>
      <w:divsChild>
        <w:div w:id="587038366">
          <w:marLeft w:val="0"/>
          <w:marRight w:val="0"/>
          <w:marTop w:val="0"/>
          <w:marBottom w:val="0"/>
          <w:divBdr>
            <w:top w:val="none" w:sz="0" w:space="0" w:color="auto"/>
            <w:left w:val="none" w:sz="0" w:space="0" w:color="auto"/>
            <w:bottom w:val="none" w:sz="0" w:space="0" w:color="auto"/>
            <w:right w:val="none" w:sz="0" w:space="0" w:color="auto"/>
          </w:divBdr>
          <w:divsChild>
            <w:div w:id="183267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02469">
      <w:bodyDiv w:val="1"/>
      <w:marLeft w:val="0"/>
      <w:marRight w:val="0"/>
      <w:marTop w:val="0"/>
      <w:marBottom w:val="0"/>
      <w:divBdr>
        <w:top w:val="none" w:sz="0" w:space="0" w:color="auto"/>
        <w:left w:val="none" w:sz="0" w:space="0" w:color="auto"/>
        <w:bottom w:val="none" w:sz="0" w:space="0" w:color="auto"/>
        <w:right w:val="none" w:sz="0" w:space="0" w:color="auto"/>
      </w:divBdr>
    </w:div>
    <w:div w:id="1771244847">
      <w:bodyDiv w:val="1"/>
      <w:marLeft w:val="0"/>
      <w:marRight w:val="0"/>
      <w:marTop w:val="0"/>
      <w:marBottom w:val="0"/>
      <w:divBdr>
        <w:top w:val="none" w:sz="0" w:space="0" w:color="auto"/>
        <w:left w:val="none" w:sz="0" w:space="0" w:color="auto"/>
        <w:bottom w:val="none" w:sz="0" w:space="0" w:color="auto"/>
        <w:right w:val="none" w:sz="0" w:space="0" w:color="auto"/>
      </w:divBdr>
      <w:divsChild>
        <w:div w:id="734470965">
          <w:marLeft w:val="0"/>
          <w:marRight w:val="0"/>
          <w:marTop w:val="0"/>
          <w:marBottom w:val="0"/>
          <w:divBdr>
            <w:top w:val="none" w:sz="0" w:space="0" w:color="auto"/>
            <w:left w:val="none" w:sz="0" w:space="0" w:color="auto"/>
            <w:bottom w:val="none" w:sz="0" w:space="0" w:color="auto"/>
            <w:right w:val="none" w:sz="0" w:space="0" w:color="auto"/>
          </w:divBdr>
          <w:divsChild>
            <w:div w:id="805665124">
              <w:marLeft w:val="0"/>
              <w:marRight w:val="0"/>
              <w:marTop w:val="0"/>
              <w:marBottom w:val="0"/>
              <w:divBdr>
                <w:top w:val="none" w:sz="0" w:space="0" w:color="auto"/>
                <w:left w:val="none" w:sz="0" w:space="0" w:color="auto"/>
                <w:bottom w:val="none" w:sz="0" w:space="0" w:color="auto"/>
                <w:right w:val="none" w:sz="0" w:space="0" w:color="auto"/>
              </w:divBdr>
            </w:div>
          </w:divsChild>
        </w:div>
        <w:div w:id="91003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10173">
          <w:marLeft w:val="0"/>
          <w:marRight w:val="0"/>
          <w:marTop w:val="0"/>
          <w:marBottom w:val="0"/>
          <w:divBdr>
            <w:top w:val="none" w:sz="0" w:space="0" w:color="auto"/>
            <w:left w:val="none" w:sz="0" w:space="0" w:color="auto"/>
            <w:bottom w:val="none" w:sz="0" w:space="0" w:color="auto"/>
            <w:right w:val="none" w:sz="0" w:space="0" w:color="auto"/>
          </w:divBdr>
          <w:divsChild>
            <w:div w:id="1603495196">
              <w:marLeft w:val="0"/>
              <w:marRight w:val="0"/>
              <w:marTop w:val="0"/>
              <w:marBottom w:val="0"/>
              <w:divBdr>
                <w:top w:val="none" w:sz="0" w:space="0" w:color="auto"/>
                <w:left w:val="none" w:sz="0" w:space="0" w:color="auto"/>
                <w:bottom w:val="none" w:sz="0" w:space="0" w:color="auto"/>
                <w:right w:val="none" w:sz="0" w:space="0" w:color="auto"/>
              </w:divBdr>
            </w:div>
          </w:divsChild>
        </w:div>
        <w:div w:id="1187600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5138038">
      <w:bodyDiv w:val="1"/>
      <w:marLeft w:val="0"/>
      <w:marRight w:val="0"/>
      <w:marTop w:val="0"/>
      <w:marBottom w:val="0"/>
      <w:divBdr>
        <w:top w:val="none" w:sz="0" w:space="0" w:color="auto"/>
        <w:left w:val="none" w:sz="0" w:space="0" w:color="auto"/>
        <w:bottom w:val="none" w:sz="0" w:space="0" w:color="auto"/>
        <w:right w:val="none" w:sz="0" w:space="0" w:color="auto"/>
      </w:divBdr>
    </w:div>
    <w:div w:id="2035229467">
      <w:bodyDiv w:val="1"/>
      <w:marLeft w:val="0"/>
      <w:marRight w:val="0"/>
      <w:marTop w:val="0"/>
      <w:marBottom w:val="0"/>
      <w:divBdr>
        <w:top w:val="none" w:sz="0" w:space="0" w:color="auto"/>
        <w:left w:val="none" w:sz="0" w:space="0" w:color="auto"/>
        <w:bottom w:val="none" w:sz="0" w:space="0" w:color="auto"/>
        <w:right w:val="none" w:sz="0" w:space="0" w:color="auto"/>
      </w:divBdr>
      <w:divsChild>
        <w:div w:id="1358193204">
          <w:marLeft w:val="0"/>
          <w:marRight w:val="0"/>
          <w:marTop w:val="0"/>
          <w:marBottom w:val="0"/>
          <w:divBdr>
            <w:top w:val="none" w:sz="0" w:space="0" w:color="auto"/>
            <w:left w:val="none" w:sz="0" w:space="0" w:color="auto"/>
            <w:bottom w:val="none" w:sz="0" w:space="0" w:color="auto"/>
            <w:right w:val="none" w:sz="0" w:space="0" w:color="auto"/>
          </w:divBdr>
          <w:divsChild>
            <w:div w:id="4499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2222">
      <w:bodyDiv w:val="1"/>
      <w:marLeft w:val="0"/>
      <w:marRight w:val="0"/>
      <w:marTop w:val="0"/>
      <w:marBottom w:val="0"/>
      <w:divBdr>
        <w:top w:val="none" w:sz="0" w:space="0" w:color="auto"/>
        <w:left w:val="none" w:sz="0" w:space="0" w:color="auto"/>
        <w:bottom w:val="none" w:sz="0" w:space="0" w:color="auto"/>
        <w:right w:val="none" w:sz="0" w:space="0" w:color="auto"/>
      </w:divBdr>
    </w:div>
    <w:div w:id="20649849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BA950-23C8-49D4-A522-FCA8401F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CỘNG HÒA XÃ HỘI CHỦ NGHĨA VIỆT NAM Độc lập – Tự do – Hạnh phúc</vt:lpstr>
      <vt:lpstr>        THÔNG BÁO</vt:lpstr>
      <vt:lpstr>        1. Thực trạng hiện nay:</vt:lpstr>
      <vt:lpstr>        2. Định hướng và giải pháp khắc phục:</vt:lpstr>
      <vt:lpstr>        3. Về chế độ, quyền lợi người lao động:</vt:lpstr>
      <vt:lpstr>        4. Kêu gọi tinh thần đồng hành, chia sẻ:</vt:lpstr>
    </vt:vector>
  </TitlesOfParts>
  <Manager/>
  <Company/>
  <LinksUpToDate>false</LinksUpToDate>
  <CharactersWithSpaces>2307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2025-07-14T09:22:00Z</dcterms:created>
  <dcterms:modified xsi:type="dcterms:W3CDTF">2025-07-14T09:22:00Z</dcterms:modified>
  <cp:category/>
</cp:coreProperties>
</file>