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3F4" w:rsidRPr="00C92318" w:rsidRDefault="00C92318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92318">
        <w:rPr>
          <w:rFonts w:ascii="Times New Roman" w:hAnsi="Times New Roman" w:cs="Times New Roman"/>
          <w:color w:val="auto"/>
        </w:rPr>
        <w:t>THÔNG BÁO TUY</w:t>
      </w:r>
      <w:r w:rsidRPr="00C92318">
        <w:rPr>
          <w:rFonts w:ascii="Times New Roman" w:hAnsi="Times New Roman" w:cs="Times New Roman"/>
          <w:color w:val="auto"/>
        </w:rPr>
        <w:t>Ể</w:t>
      </w:r>
      <w:r w:rsidRPr="00C92318">
        <w:rPr>
          <w:rFonts w:ascii="Times New Roman" w:hAnsi="Times New Roman" w:cs="Times New Roman"/>
          <w:color w:val="auto"/>
        </w:rPr>
        <w:t>N D</w:t>
      </w:r>
      <w:r w:rsidRPr="00C92318">
        <w:rPr>
          <w:rFonts w:ascii="Times New Roman" w:hAnsi="Times New Roman" w:cs="Times New Roman"/>
          <w:color w:val="auto"/>
        </w:rPr>
        <w:t>Ụ</w:t>
      </w:r>
      <w:r w:rsidRPr="00C92318">
        <w:rPr>
          <w:rFonts w:ascii="Times New Roman" w:hAnsi="Times New Roman" w:cs="Times New Roman"/>
          <w:color w:val="auto"/>
        </w:rPr>
        <w:t>NG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>V</w:t>
      </w:r>
      <w:r w:rsidRPr="00C92318">
        <w:rPr>
          <w:rFonts w:ascii="Times New Roman" w:hAnsi="Times New Roman" w:cs="Times New Roman"/>
          <w:b/>
          <w:sz w:val="28"/>
          <w:szCs w:val="28"/>
        </w:rPr>
        <w:t>ị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 trí: </w:t>
      </w:r>
      <w:r w:rsidRPr="00C92318">
        <w:rPr>
          <w:rFonts w:ascii="Times New Roman" w:hAnsi="Times New Roman" w:cs="Times New Roman"/>
          <w:sz w:val="28"/>
          <w:szCs w:val="28"/>
        </w:rPr>
        <w:t>Nhân viên d</w:t>
      </w:r>
      <w:r w:rsidRPr="00C92318">
        <w:rPr>
          <w:rFonts w:ascii="Times New Roman" w:hAnsi="Times New Roman" w:cs="Times New Roman"/>
          <w:sz w:val="28"/>
          <w:szCs w:val="28"/>
        </w:rPr>
        <w:t>ọ</w:t>
      </w:r>
      <w:r w:rsidRPr="00C92318">
        <w:rPr>
          <w:rFonts w:ascii="Times New Roman" w:hAnsi="Times New Roman" w:cs="Times New Roman"/>
          <w:sz w:val="28"/>
          <w:szCs w:val="28"/>
        </w:rPr>
        <w:t>n d</w:t>
      </w:r>
      <w:r w:rsidRPr="00C92318">
        <w:rPr>
          <w:rFonts w:ascii="Times New Roman" w:hAnsi="Times New Roman" w:cs="Times New Roman"/>
          <w:sz w:val="28"/>
          <w:szCs w:val="28"/>
        </w:rPr>
        <w:t>ẹ</w:t>
      </w:r>
      <w:r w:rsidRPr="00C92318">
        <w:rPr>
          <w:rFonts w:ascii="Times New Roman" w:hAnsi="Times New Roman" w:cs="Times New Roman"/>
          <w:sz w:val="28"/>
          <w:szCs w:val="28"/>
        </w:rPr>
        <w:t>p, v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 xml:space="preserve"> sinh tòa nhà/nhà máy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 xml:space="preserve">Công ty: </w:t>
      </w:r>
      <w:r w:rsidRPr="00C92318">
        <w:rPr>
          <w:rFonts w:ascii="Times New Roman" w:hAnsi="Times New Roman" w:cs="Times New Roman"/>
          <w:sz w:val="28"/>
          <w:szCs w:val="28"/>
        </w:rPr>
        <w:t>[Tên công ty]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>Đ</w:t>
      </w:r>
      <w:r w:rsidRPr="00C92318">
        <w:rPr>
          <w:rFonts w:ascii="Times New Roman" w:hAnsi="Times New Roman" w:cs="Times New Roman"/>
          <w:b/>
          <w:sz w:val="28"/>
          <w:szCs w:val="28"/>
        </w:rPr>
        <w:t>ị</w:t>
      </w:r>
      <w:r w:rsidRPr="00C92318">
        <w:rPr>
          <w:rFonts w:ascii="Times New Roman" w:hAnsi="Times New Roman" w:cs="Times New Roman"/>
          <w:b/>
          <w:sz w:val="28"/>
          <w:szCs w:val="28"/>
        </w:rPr>
        <w:t>a ch</w:t>
      </w:r>
      <w:r w:rsidRPr="00C92318">
        <w:rPr>
          <w:rFonts w:ascii="Times New Roman" w:hAnsi="Times New Roman" w:cs="Times New Roman"/>
          <w:b/>
          <w:sz w:val="28"/>
          <w:szCs w:val="28"/>
        </w:rPr>
        <w:t>ỉ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92318">
        <w:rPr>
          <w:rFonts w:ascii="Times New Roman" w:hAnsi="Times New Roman" w:cs="Times New Roman"/>
          <w:sz w:val="28"/>
          <w:szCs w:val="28"/>
        </w:rPr>
        <w:t>[Đ</w:t>
      </w:r>
      <w:r w:rsidRPr="00C92318">
        <w:rPr>
          <w:rFonts w:ascii="Times New Roman" w:hAnsi="Times New Roman" w:cs="Times New Roman"/>
          <w:sz w:val="28"/>
          <w:szCs w:val="28"/>
        </w:rPr>
        <w:t>ị</w:t>
      </w:r>
      <w:r w:rsidRPr="00C92318">
        <w:rPr>
          <w:rFonts w:ascii="Times New Roman" w:hAnsi="Times New Roman" w:cs="Times New Roman"/>
          <w:sz w:val="28"/>
          <w:szCs w:val="28"/>
        </w:rPr>
        <w:t>a ch</w:t>
      </w:r>
      <w:r w:rsidRPr="00C92318">
        <w:rPr>
          <w:rFonts w:ascii="Times New Roman" w:hAnsi="Times New Roman" w:cs="Times New Roman"/>
          <w:sz w:val="28"/>
          <w:szCs w:val="28"/>
        </w:rPr>
        <w:t>ỉ</w:t>
      </w:r>
      <w:r w:rsidRPr="00C92318">
        <w:rPr>
          <w:rFonts w:ascii="Times New Roman" w:hAnsi="Times New Roman" w:cs="Times New Roman"/>
          <w:sz w:val="28"/>
          <w:szCs w:val="28"/>
        </w:rPr>
        <w:t xml:space="preserve"> làm vi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c]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>1. S</w:t>
      </w:r>
      <w:r w:rsidRPr="00C92318">
        <w:rPr>
          <w:rFonts w:ascii="Times New Roman" w:hAnsi="Times New Roman" w:cs="Times New Roman"/>
          <w:b/>
          <w:sz w:val="28"/>
          <w:szCs w:val="28"/>
        </w:rPr>
        <w:t>ố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 lư</w:t>
      </w:r>
      <w:r w:rsidRPr="00C92318">
        <w:rPr>
          <w:rFonts w:ascii="Times New Roman" w:hAnsi="Times New Roman" w:cs="Times New Roman"/>
          <w:b/>
          <w:sz w:val="28"/>
          <w:szCs w:val="28"/>
        </w:rPr>
        <w:t>ợ</w:t>
      </w:r>
      <w:r w:rsidRPr="00C92318">
        <w:rPr>
          <w:rFonts w:ascii="Times New Roman" w:hAnsi="Times New Roman" w:cs="Times New Roman"/>
          <w:b/>
          <w:sz w:val="28"/>
          <w:szCs w:val="28"/>
        </w:rPr>
        <w:t>ng tuy</w:t>
      </w:r>
      <w:r w:rsidRPr="00C92318">
        <w:rPr>
          <w:rFonts w:ascii="Times New Roman" w:hAnsi="Times New Roman" w:cs="Times New Roman"/>
          <w:b/>
          <w:sz w:val="28"/>
          <w:szCs w:val="28"/>
        </w:rPr>
        <w:t>ể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n: </w:t>
      </w:r>
      <w:r w:rsidRPr="00C92318">
        <w:rPr>
          <w:rFonts w:ascii="Times New Roman" w:hAnsi="Times New Roman" w:cs="Times New Roman"/>
          <w:sz w:val="28"/>
          <w:szCs w:val="28"/>
        </w:rPr>
        <w:t>[S</w:t>
      </w:r>
      <w:r w:rsidRPr="00C92318">
        <w:rPr>
          <w:rFonts w:ascii="Times New Roman" w:hAnsi="Times New Roman" w:cs="Times New Roman"/>
          <w:sz w:val="28"/>
          <w:szCs w:val="28"/>
        </w:rPr>
        <w:t>ố</w:t>
      </w:r>
      <w:r w:rsidRPr="00C92318">
        <w:rPr>
          <w:rFonts w:ascii="Times New Roman" w:hAnsi="Times New Roman" w:cs="Times New Roman"/>
          <w:sz w:val="28"/>
          <w:szCs w:val="28"/>
        </w:rPr>
        <w:t xml:space="preserve"> ngư</w:t>
      </w:r>
      <w:r w:rsidRPr="00C92318">
        <w:rPr>
          <w:rFonts w:ascii="Times New Roman" w:hAnsi="Times New Roman" w:cs="Times New Roman"/>
          <w:sz w:val="28"/>
          <w:szCs w:val="28"/>
        </w:rPr>
        <w:t>ờ</w:t>
      </w:r>
      <w:r w:rsidRPr="00C92318">
        <w:rPr>
          <w:rFonts w:ascii="Times New Roman" w:hAnsi="Times New Roman" w:cs="Times New Roman"/>
          <w:sz w:val="28"/>
          <w:szCs w:val="28"/>
        </w:rPr>
        <w:t>i]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>2. Mô t</w:t>
      </w:r>
      <w:r w:rsidRPr="00C92318">
        <w:rPr>
          <w:rFonts w:ascii="Times New Roman" w:hAnsi="Times New Roman" w:cs="Times New Roman"/>
          <w:b/>
          <w:sz w:val="28"/>
          <w:szCs w:val="28"/>
        </w:rPr>
        <w:t>ả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 công vi</w:t>
      </w:r>
      <w:r w:rsidRPr="00C92318">
        <w:rPr>
          <w:rFonts w:ascii="Times New Roman" w:hAnsi="Times New Roman" w:cs="Times New Roman"/>
          <w:b/>
          <w:sz w:val="28"/>
          <w:szCs w:val="28"/>
        </w:rPr>
        <w:t>ệ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c: </w:t>
      </w:r>
      <w:r w:rsidRPr="00C92318">
        <w:rPr>
          <w:rFonts w:ascii="Times New Roman" w:hAnsi="Times New Roman" w:cs="Times New Roman"/>
          <w:sz w:val="28"/>
          <w:szCs w:val="28"/>
        </w:rPr>
        <w:t>- Th</w:t>
      </w:r>
      <w:r w:rsidRPr="00C92318">
        <w:rPr>
          <w:rFonts w:ascii="Times New Roman" w:hAnsi="Times New Roman" w:cs="Times New Roman"/>
          <w:sz w:val="28"/>
          <w:szCs w:val="28"/>
        </w:rPr>
        <w:t>ự</w:t>
      </w:r>
      <w:r w:rsidRPr="00C92318">
        <w:rPr>
          <w:rFonts w:ascii="Times New Roman" w:hAnsi="Times New Roman" w:cs="Times New Roman"/>
          <w:sz w:val="28"/>
          <w:szCs w:val="28"/>
        </w:rPr>
        <w:t>c hi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n công tác d</w:t>
      </w:r>
      <w:r w:rsidRPr="00C92318">
        <w:rPr>
          <w:rFonts w:ascii="Times New Roman" w:hAnsi="Times New Roman" w:cs="Times New Roman"/>
          <w:sz w:val="28"/>
          <w:szCs w:val="28"/>
        </w:rPr>
        <w:t>ọ</w:t>
      </w:r>
      <w:r w:rsidRPr="00C92318">
        <w:rPr>
          <w:rFonts w:ascii="Times New Roman" w:hAnsi="Times New Roman" w:cs="Times New Roman"/>
          <w:sz w:val="28"/>
          <w:szCs w:val="28"/>
        </w:rPr>
        <w:t>n d</w:t>
      </w:r>
      <w:r w:rsidRPr="00C92318">
        <w:rPr>
          <w:rFonts w:ascii="Times New Roman" w:hAnsi="Times New Roman" w:cs="Times New Roman"/>
          <w:sz w:val="28"/>
          <w:szCs w:val="28"/>
        </w:rPr>
        <w:t>ẹ</w:t>
      </w:r>
      <w:r w:rsidRPr="00C92318">
        <w:rPr>
          <w:rFonts w:ascii="Times New Roman" w:hAnsi="Times New Roman" w:cs="Times New Roman"/>
          <w:sz w:val="28"/>
          <w:szCs w:val="28"/>
        </w:rPr>
        <w:t>p, v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 xml:space="preserve"> sinh khu v</w:t>
      </w:r>
      <w:r w:rsidRPr="00C92318">
        <w:rPr>
          <w:rFonts w:ascii="Times New Roman" w:hAnsi="Times New Roman" w:cs="Times New Roman"/>
          <w:sz w:val="28"/>
          <w:szCs w:val="28"/>
        </w:rPr>
        <w:t>ự</w:t>
      </w:r>
      <w:r w:rsidRPr="00C92318">
        <w:rPr>
          <w:rFonts w:ascii="Times New Roman" w:hAnsi="Times New Roman" w:cs="Times New Roman"/>
          <w:sz w:val="28"/>
          <w:szCs w:val="28"/>
        </w:rPr>
        <w:t>c s</w:t>
      </w:r>
      <w:r w:rsidRPr="00C92318">
        <w:rPr>
          <w:rFonts w:ascii="Times New Roman" w:hAnsi="Times New Roman" w:cs="Times New Roman"/>
          <w:sz w:val="28"/>
          <w:szCs w:val="28"/>
        </w:rPr>
        <w:t>ả</w:t>
      </w:r>
      <w:r w:rsidRPr="00C92318">
        <w:rPr>
          <w:rFonts w:ascii="Times New Roman" w:hAnsi="Times New Roman" w:cs="Times New Roman"/>
          <w:sz w:val="28"/>
          <w:szCs w:val="28"/>
        </w:rPr>
        <w:t>nh, hành lang, nhà v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 xml:space="preserve"> sinh, văn </w:t>
      </w:r>
      <w:r w:rsidRPr="00C92318">
        <w:rPr>
          <w:rFonts w:ascii="Times New Roman" w:hAnsi="Times New Roman" w:cs="Times New Roman"/>
          <w:sz w:val="28"/>
          <w:szCs w:val="28"/>
        </w:rPr>
        <w:t>phòng, kho xư</w:t>
      </w:r>
      <w:r w:rsidRPr="00C92318">
        <w:rPr>
          <w:rFonts w:ascii="Times New Roman" w:hAnsi="Times New Roman" w:cs="Times New Roman"/>
          <w:sz w:val="28"/>
          <w:szCs w:val="28"/>
        </w:rPr>
        <w:t>ở</w:t>
      </w:r>
      <w:r w:rsidRPr="00C92318">
        <w:rPr>
          <w:rFonts w:ascii="Times New Roman" w:hAnsi="Times New Roman" w:cs="Times New Roman"/>
          <w:sz w:val="28"/>
          <w:szCs w:val="28"/>
        </w:rPr>
        <w:t>ng,…</w:t>
      </w:r>
      <w:r w:rsidRPr="00C92318">
        <w:rPr>
          <w:rFonts w:ascii="Times New Roman" w:hAnsi="Times New Roman" w:cs="Times New Roman"/>
          <w:sz w:val="28"/>
          <w:szCs w:val="28"/>
        </w:rPr>
        <w:br/>
        <w:t>- Thu gom, phân lo</w:t>
      </w:r>
      <w:r w:rsidRPr="00C92318">
        <w:rPr>
          <w:rFonts w:ascii="Times New Roman" w:hAnsi="Times New Roman" w:cs="Times New Roman"/>
          <w:sz w:val="28"/>
          <w:szCs w:val="28"/>
        </w:rPr>
        <w:t>ạ</w:t>
      </w:r>
      <w:r w:rsidRPr="00C92318">
        <w:rPr>
          <w:rFonts w:ascii="Times New Roman" w:hAnsi="Times New Roman" w:cs="Times New Roman"/>
          <w:sz w:val="28"/>
          <w:szCs w:val="28"/>
        </w:rPr>
        <w:t>i và x</w:t>
      </w:r>
      <w:r w:rsidRPr="00C92318">
        <w:rPr>
          <w:rFonts w:ascii="Times New Roman" w:hAnsi="Times New Roman" w:cs="Times New Roman"/>
          <w:sz w:val="28"/>
          <w:szCs w:val="28"/>
        </w:rPr>
        <w:t>ử</w:t>
      </w:r>
      <w:r w:rsidRPr="00C92318">
        <w:rPr>
          <w:rFonts w:ascii="Times New Roman" w:hAnsi="Times New Roman" w:cs="Times New Roman"/>
          <w:sz w:val="28"/>
          <w:szCs w:val="28"/>
        </w:rPr>
        <w:t xml:space="preserve"> lý rác đúng nơi quy đ</w:t>
      </w:r>
      <w:r w:rsidRPr="00C92318">
        <w:rPr>
          <w:rFonts w:ascii="Times New Roman" w:hAnsi="Times New Roman" w:cs="Times New Roman"/>
          <w:sz w:val="28"/>
          <w:szCs w:val="28"/>
        </w:rPr>
        <w:t>ị</w:t>
      </w:r>
      <w:r w:rsidRPr="00C92318">
        <w:rPr>
          <w:rFonts w:ascii="Times New Roman" w:hAnsi="Times New Roman" w:cs="Times New Roman"/>
          <w:sz w:val="28"/>
          <w:szCs w:val="28"/>
        </w:rPr>
        <w:t>nh</w:t>
      </w:r>
      <w:r w:rsidRPr="00C92318">
        <w:rPr>
          <w:rFonts w:ascii="Times New Roman" w:hAnsi="Times New Roman" w:cs="Times New Roman"/>
          <w:sz w:val="28"/>
          <w:szCs w:val="28"/>
        </w:rPr>
        <w:br/>
        <w:t>- V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 xml:space="preserve"> sinh đ</w:t>
      </w:r>
      <w:r w:rsidRPr="00C92318">
        <w:rPr>
          <w:rFonts w:ascii="Times New Roman" w:hAnsi="Times New Roman" w:cs="Times New Roman"/>
          <w:sz w:val="28"/>
          <w:szCs w:val="28"/>
        </w:rPr>
        <w:t>ị</w:t>
      </w:r>
      <w:r w:rsidRPr="00C92318">
        <w:rPr>
          <w:rFonts w:ascii="Times New Roman" w:hAnsi="Times New Roman" w:cs="Times New Roman"/>
          <w:sz w:val="28"/>
          <w:szCs w:val="28"/>
        </w:rPr>
        <w:t>nh k</w:t>
      </w:r>
      <w:r w:rsidRPr="00C92318">
        <w:rPr>
          <w:rFonts w:ascii="Times New Roman" w:hAnsi="Times New Roman" w:cs="Times New Roman"/>
          <w:sz w:val="28"/>
          <w:szCs w:val="28"/>
        </w:rPr>
        <w:t>ỳ</w:t>
      </w:r>
      <w:r w:rsidRPr="00C92318">
        <w:rPr>
          <w:rFonts w:ascii="Times New Roman" w:hAnsi="Times New Roman" w:cs="Times New Roman"/>
          <w:sz w:val="28"/>
          <w:szCs w:val="28"/>
        </w:rPr>
        <w:t xml:space="preserve"> theo k</w:t>
      </w:r>
      <w:r w:rsidRPr="00C92318">
        <w:rPr>
          <w:rFonts w:ascii="Times New Roman" w:hAnsi="Times New Roman" w:cs="Times New Roman"/>
          <w:sz w:val="28"/>
          <w:szCs w:val="28"/>
        </w:rPr>
        <w:t>ế</w:t>
      </w:r>
      <w:r w:rsidRPr="00C92318">
        <w:rPr>
          <w:rFonts w:ascii="Times New Roman" w:hAnsi="Times New Roman" w:cs="Times New Roman"/>
          <w:sz w:val="28"/>
          <w:szCs w:val="28"/>
        </w:rPr>
        <w:t xml:space="preserve"> ho</w:t>
      </w:r>
      <w:r w:rsidRPr="00C92318">
        <w:rPr>
          <w:rFonts w:ascii="Times New Roman" w:hAnsi="Times New Roman" w:cs="Times New Roman"/>
          <w:sz w:val="28"/>
          <w:szCs w:val="28"/>
        </w:rPr>
        <w:t>ạ</w:t>
      </w:r>
      <w:r w:rsidRPr="00C92318">
        <w:rPr>
          <w:rFonts w:ascii="Times New Roman" w:hAnsi="Times New Roman" w:cs="Times New Roman"/>
          <w:sz w:val="28"/>
          <w:szCs w:val="28"/>
        </w:rPr>
        <w:t>ch</w:t>
      </w:r>
      <w:r w:rsidRPr="00C92318">
        <w:rPr>
          <w:rFonts w:ascii="Times New Roman" w:hAnsi="Times New Roman" w:cs="Times New Roman"/>
          <w:sz w:val="28"/>
          <w:szCs w:val="28"/>
        </w:rPr>
        <w:br/>
        <w:t>- Báo cáo tình tr</w:t>
      </w:r>
      <w:r w:rsidRPr="00C92318">
        <w:rPr>
          <w:rFonts w:ascii="Times New Roman" w:hAnsi="Times New Roman" w:cs="Times New Roman"/>
          <w:sz w:val="28"/>
          <w:szCs w:val="28"/>
        </w:rPr>
        <w:t>ạ</w:t>
      </w:r>
      <w:r w:rsidRPr="00C92318">
        <w:rPr>
          <w:rFonts w:ascii="Times New Roman" w:hAnsi="Times New Roman" w:cs="Times New Roman"/>
          <w:sz w:val="28"/>
          <w:szCs w:val="28"/>
        </w:rPr>
        <w:t>ng v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 xml:space="preserve"> sinh cho qu</w:t>
      </w:r>
      <w:r w:rsidRPr="00C92318">
        <w:rPr>
          <w:rFonts w:ascii="Times New Roman" w:hAnsi="Times New Roman" w:cs="Times New Roman"/>
          <w:sz w:val="28"/>
          <w:szCs w:val="28"/>
        </w:rPr>
        <w:t>ả</w:t>
      </w:r>
      <w:r w:rsidRPr="00C92318">
        <w:rPr>
          <w:rFonts w:ascii="Times New Roman" w:hAnsi="Times New Roman" w:cs="Times New Roman"/>
          <w:sz w:val="28"/>
          <w:szCs w:val="28"/>
        </w:rPr>
        <w:t>n lý khi c</w:t>
      </w:r>
      <w:r w:rsidRPr="00C92318">
        <w:rPr>
          <w:rFonts w:ascii="Times New Roman" w:hAnsi="Times New Roman" w:cs="Times New Roman"/>
          <w:sz w:val="28"/>
          <w:szCs w:val="28"/>
        </w:rPr>
        <w:t>ầ</w:t>
      </w:r>
      <w:r w:rsidRPr="00C92318">
        <w:rPr>
          <w:rFonts w:ascii="Times New Roman" w:hAnsi="Times New Roman" w:cs="Times New Roman"/>
          <w:sz w:val="28"/>
          <w:szCs w:val="28"/>
        </w:rPr>
        <w:t>n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>3. Yêu c</w:t>
      </w:r>
      <w:r w:rsidRPr="00C92318">
        <w:rPr>
          <w:rFonts w:ascii="Times New Roman" w:hAnsi="Times New Roman" w:cs="Times New Roman"/>
          <w:b/>
          <w:sz w:val="28"/>
          <w:szCs w:val="28"/>
        </w:rPr>
        <w:t>ầ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u: </w:t>
      </w:r>
      <w:r w:rsidRPr="00C92318">
        <w:rPr>
          <w:rFonts w:ascii="Times New Roman" w:hAnsi="Times New Roman" w:cs="Times New Roman"/>
          <w:sz w:val="28"/>
          <w:szCs w:val="28"/>
        </w:rPr>
        <w:t>- Gi</w:t>
      </w:r>
      <w:r w:rsidRPr="00C92318">
        <w:rPr>
          <w:rFonts w:ascii="Times New Roman" w:hAnsi="Times New Roman" w:cs="Times New Roman"/>
          <w:sz w:val="28"/>
          <w:szCs w:val="28"/>
        </w:rPr>
        <w:t>ớ</w:t>
      </w:r>
      <w:r w:rsidRPr="00C92318">
        <w:rPr>
          <w:rFonts w:ascii="Times New Roman" w:hAnsi="Times New Roman" w:cs="Times New Roman"/>
          <w:sz w:val="28"/>
          <w:szCs w:val="28"/>
        </w:rPr>
        <w:t>i tính: Nam/N</w:t>
      </w:r>
      <w:r w:rsidRPr="00C92318">
        <w:rPr>
          <w:rFonts w:ascii="Times New Roman" w:hAnsi="Times New Roman" w:cs="Times New Roman"/>
          <w:sz w:val="28"/>
          <w:szCs w:val="28"/>
        </w:rPr>
        <w:t>ữ</w:t>
      </w:r>
      <w:r w:rsidRPr="00C92318">
        <w:rPr>
          <w:rFonts w:ascii="Times New Roman" w:hAnsi="Times New Roman" w:cs="Times New Roman"/>
          <w:sz w:val="28"/>
          <w:szCs w:val="28"/>
        </w:rPr>
        <w:br/>
        <w:t>- Tu</w:t>
      </w:r>
      <w:r w:rsidRPr="00C92318">
        <w:rPr>
          <w:rFonts w:ascii="Times New Roman" w:hAnsi="Times New Roman" w:cs="Times New Roman"/>
          <w:sz w:val="28"/>
          <w:szCs w:val="28"/>
        </w:rPr>
        <w:t>ổ</w:t>
      </w:r>
      <w:r w:rsidRPr="00C92318">
        <w:rPr>
          <w:rFonts w:ascii="Times New Roman" w:hAnsi="Times New Roman" w:cs="Times New Roman"/>
          <w:sz w:val="28"/>
          <w:szCs w:val="28"/>
        </w:rPr>
        <w:t>i: t</w:t>
      </w:r>
      <w:r w:rsidRPr="00C92318">
        <w:rPr>
          <w:rFonts w:ascii="Times New Roman" w:hAnsi="Times New Roman" w:cs="Times New Roman"/>
          <w:sz w:val="28"/>
          <w:szCs w:val="28"/>
        </w:rPr>
        <w:t>ừ</w:t>
      </w:r>
      <w:r w:rsidRPr="00C92318">
        <w:rPr>
          <w:rFonts w:ascii="Times New Roman" w:hAnsi="Times New Roman" w:cs="Times New Roman"/>
          <w:sz w:val="28"/>
          <w:szCs w:val="28"/>
        </w:rPr>
        <w:t xml:space="preserve"> [..] đ</w:t>
      </w:r>
      <w:r w:rsidRPr="00C92318">
        <w:rPr>
          <w:rFonts w:ascii="Times New Roman" w:hAnsi="Times New Roman" w:cs="Times New Roman"/>
          <w:sz w:val="28"/>
          <w:szCs w:val="28"/>
        </w:rPr>
        <w:t>ế</w:t>
      </w:r>
      <w:r w:rsidRPr="00C92318">
        <w:rPr>
          <w:rFonts w:ascii="Times New Roman" w:hAnsi="Times New Roman" w:cs="Times New Roman"/>
          <w:sz w:val="28"/>
          <w:szCs w:val="28"/>
        </w:rPr>
        <w:t>n [..] tu</w:t>
      </w:r>
      <w:r w:rsidRPr="00C92318">
        <w:rPr>
          <w:rFonts w:ascii="Times New Roman" w:hAnsi="Times New Roman" w:cs="Times New Roman"/>
          <w:sz w:val="28"/>
          <w:szCs w:val="28"/>
        </w:rPr>
        <w:t>ổ</w:t>
      </w:r>
      <w:r w:rsidRPr="00C92318">
        <w:rPr>
          <w:rFonts w:ascii="Times New Roman" w:hAnsi="Times New Roman" w:cs="Times New Roman"/>
          <w:sz w:val="28"/>
          <w:szCs w:val="28"/>
        </w:rPr>
        <w:t>i</w:t>
      </w:r>
      <w:r w:rsidRPr="00C92318">
        <w:rPr>
          <w:rFonts w:ascii="Times New Roman" w:hAnsi="Times New Roman" w:cs="Times New Roman"/>
          <w:sz w:val="28"/>
          <w:szCs w:val="28"/>
        </w:rPr>
        <w:br/>
        <w:t>- S</w:t>
      </w:r>
      <w:r w:rsidRPr="00C92318">
        <w:rPr>
          <w:rFonts w:ascii="Times New Roman" w:hAnsi="Times New Roman" w:cs="Times New Roman"/>
          <w:sz w:val="28"/>
          <w:szCs w:val="28"/>
        </w:rPr>
        <w:t>ứ</w:t>
      </w:r>
      <w:r w:rsidRPr="00C92318">
        <w:rPr>
          <w:rFonts w:ascii="Times New Roman" w:hAnsi="Times New Roman" w:cs="Times New Roman"/>
          <w:sz w:val="28"/>
          <w:szCs w:val="28"/>
        </w:rPr>
        <w:t>c kh</w:t>
      </w:r>
      <w:r w:rsidRPr="00C92318">
        <w:rPr>
          <w:rFonts w:ascii="Times New Roman" w:hAnsi="Times New Roman" w:cs="Times New Roman"/>
          <w:sz w:val="28"/>
          <w:szCs w:val="28"/>
        </w:rPr>
        <w:t>ỏ</w:t>
      </w:r>
      <w:r w:rsidRPr="00C92318">
        <w:rPr>
          <w:rFonts w:ascii="Times New Roman" w:hAnsi="Times New Roman" w:cs="Times New Roman"/>
          <w:sz w:val="28"/>
          <w:szCs w:val="28"/>
        </w:rPr>
        <w:t>e t</w:t>
      </w:r>
      <w:r w:rsidRPr="00C92318">
        <w:rPr>
          <w:rFonts w:ascii="Times New Roman" w:hAnsi="Times New Roman" w:cs="Times New Roman"/>
          <w:sz w:val="28"/>
          <w:szCs w:val="28"/>
        </w:rPr>
        <w:t>ố</w:t>
      </w:r>
      <w:r w:rsidRPr="00C92318">
        <w:rPr>
          <w:rFonts w:ascii="Times New Roman" w:hAnsi="Times New Roman" w:cs="Times New Roman"/>
          <w:sz w:val="28"/>
          <w:szCs w:val="28"/>
        </w:rPr>
        <w:t>t, chăm ch</w:t>
      </w:r>
      <w:r w:rsidRPr="00C92318">
        <w:rPr>
          <w:rFonts w:ascii="Times New Roman" w:hAnsi="Times New Roman" w:cs="Times New Roman"/>
          <w:sz w:val="28"/>
          <w:szCs w:val="28"/>
        </w:rPr>
        <w:t>ỉ</w:t>
      </w:r>
      <w:r w:rsidRPr="00C92318">
        <w:rPr>
          <w:rFonts w:ascii="Times New Roman" w:hAnsi="Times New Roman" w:cs="Times New Roman"/>
          <w:sz w:val="28"/>
          <w:szCs w:val="28"/>
        </w:rPr>
        <w:t>, trung th</w:t>
      </w:r>
      <w:r w:rsidRPr="00C92318">
        <w:rPr>
          <w:rFonts w:ascii="Times New Roman" w:hAnsi="Times New Roman" w:cs="Times New Roman"/>
          <w:sz w:val="28"/>
          <w:szCs w:val="28"/>
        </w:rPr>
        <w:t>ự</w:t>
      </w:r>
      <w:r w:rsidRPr="00C92318">
        <w:rPr>
          <w:rFonts w:ascii="Times New Roman" w:hAnsi="Times New Roman" w:cs="Times New Roman"/>
          <w:sz w:val="28"/>
          <w:szCs w:val="28"/>
        </w:rPr>
        <w:t>c, có t</w:t>
      </w:r>
      <w:r w:rsidRPr="00C92318">
        <w:rPr>
          <w:rFonts w:ascii="Times New Roman" w:hAnsi="Times New Roman" w:cs="Times New Roman"/>
          <w:sz w:val="28"/>
          <w:szCs w:val="28"/>
        </w:rPr>
        <w:t>rách nhi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m</w:t>
      </w:r>
      <w:r w:rsidRPr="00C92318">
        <w:rPr>
          <w:rFonts w:ascii="Times New Roman" w:hAnsi="Times New Roman" w:cs="Times New Roman"/>
          <w:sz w:val="28"/>
          <w:szCs w:val="28"/>
        </w:rPr>
        <w:br/>
        <w:t>- Có th</w:t>
      </w:r>
      <w:r w:rsidRPr="00C92318">
        <w:rPr>
          <w:rFonts w:ascii="Times New Roman" w:hAnsi="Times New Roman" w:cs="Times New Roman"/>
          <w:sz w:val="28"/>
          <w:szCs w:val="28"/>
        </w:rPr>
        <w:t>ể</w:t>
      </w:r>
      <w:r w:rsidRPr="00C92318">
        <w:rPr>
          <w:rFonts w:ascii="Times New Roman" w:hAnsi="Times New Roman" w:cs="Times New Roman"/>
          <w:sz w:val="28"/>
          <w:szCs w:val="28"/>
        </w:rPr>
        <w:t xml:space="preserve"> làm vi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c theo ca (n</w:t>
      </w:r>
      <w:r w:rsidRPr="00C92318">
        <w:rPr>
          <w:rFonts w:ascii="Times New Roman" w:hAnsi="Times New Roman" w:cs="Times New Roman"/>
          <w:sz w:val="28"/>
          <w:szCs w:val="28"/>
        </w:rPr>
        <w:t>ế</w:t>
      </w:r>
      <w:r w:rsidRPr="00C92318">
        <w:rPr>
          <w:rFonts w:ascii="Times New Roman" w:hAnsi="Times New Roman" w:cs="Times New Roman"/>
          <w:sz w:val="28"/>
          <w:szCs w:val="28"/>
        </w:rPr>
        <w:t>u c</w:t>
      </w:r>
      <w:r w:rsidRPr="00C92318">
        <w:rPr>
          <w:rFonts w:ascii="Times New Roman" w:hAnsi="Times New Roman" w:cs="Times New Roman"/>
          <w:sz w:val="28"/>
          <w:szCs w:val="28"/>
        </w:rPr>
        <w:t>ầ</w:t>
      </w:r>
      <w:r w:rsidRPr="00C92318">
        <w:rPr>
          <w:rFonts w:ascii="Times New Roman" w:hAnsi="Times New Roman" w:cs="Times New Roman"/>
          <w:sz w:val="28"/>
          <w:szCs w:val="28"/>
        </w:rPr>
        <w:t>n)</w:t>
      </w:r>
      <w:r w:rsidRPr="00C92318">
        <w:rPr>
          <w:rFonts w:ascii="Times New Roman" w:hAnsi="Times New Roman" w:cs="Times New Roman"/>
          <w:sz w:val="28"/>
          <w:szCs w:val="28"/>
        </w:rPr>
        <w:br/>
        <w:t xml:space="preserve">- Ưu tiên </w:t>
      </w:r>
      <w:r w:rsidRPr="00C92318">
        <w:rPr>
          <w:rFonts w:ascii="Times New Roman" w:hAnsi="Times New Roman" w:cs="Times New Roman"/>
          <w:sz w:val="28"/>
          <w:szCs w:val="28"/>
        </w:rPr>
        <w:t>ứ</w:t>
      </w:r>
      <w:r w:rsidRPr="00C92318">
        <w:rPr>
          <w:rFonts w:ascii="Times New Roman" w:hAnsi="Times New Roman" w:cs="Times New Roman"/>
          <w:sz w:val="28"/>
          <w:szCs w:val="28"/>
        </w:rPr>
        <w:t>ng viên đã có kinh nghi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m d</w:t>
      </w:r>
      <w:r w:rsidRPr="00C92318">
        <w:rPr>
          <w:rFonts w:ascii="Times New Roman" w:hAnsi="Times New Roman" w:cs="Times New Roman"/>
          <w:sz w:val="28"/>
          <w:szCs w:val="28"/>
        </w:rPr>
        <w:t>ọ</w:t>
      </w:r>
      <w:r w:rsidRPr="00C92318">
        <w:rPr>
          <w:rFonts w:ascii="Times New Roman" w:hAnsi="Times New Roman" w:cs="Times New Roman"/>
          <w:sz w:val="28"/>
          <w:szCs w:val="28"/>
        </w:rPr>
        <w:t>n d</w:t>
      </w:r>
      <w:r w:rsidRPr="00C92318">
        <w:rPr>
          <w:rFonts w:ascii="Times New Roman" w:hAnsi="Times New Roman" w:cs="Times New Roman"/>
          <w:sz w:val="28"/>
          <w:szCs w:val="28"/>
        </w:rPr>
        <w:t>ẹ</w:t>
      </w:r>
      <w:r w:rsidRPr="00C92318">
        <w:rPr>
          <w:rFonts w:ascii="Times New Roman" w:hAnsi="Times New Roman" w:cs="Times New Roman"/>
          <w:sz w:val="28"/>
          <w:szCs w:val="28"/>
        </w:rPr>
        <w:t>p t</w:t>
      </w:r>
      <w:r w:rsidRPr="00C92318">
        <w:rPr>
          <w:rFonts w:ascii="Times New Roman" w:hAnsi="Times New Roman" w:cs="Times New Roman"/>
          <w:sz w:val="28"/>
          <w:szCs w:val="28"/>
        </w:rPr>
        <w:t>ạ</w:t>
      </w:r>
      <w:r w:rsidRPr="00C92318">
        <w:rPr>
          <w:rFonts w:ascii="Times New Roman" w:hAnsi="Times New Roman" w:cs="Times New Roman"/>
          <w:sz w:val="28"/>
          <w:szCs w:val="28"/>
        </w:rPr>
        <w:t>i tòa nhà, nhà máy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>4. Th</w:t>
      </w:r>
      <w:r w:rsidRPr="00C92318">
        <w:rPr>
          <w:rFonts w:ascii="Times New Roman" w:hAnsi="Times New Roman" w:cs="Times New Roman"/>
          <w:b/>
          <w:sz w:val="28"/>
          <w:szCs w:val="28"/>
        </w:rPr>
        <w:t>ờ</w:t>
      </w:r>
      <w:r w:rsidRPr="00C92318">
        <w:rPr>
          <w:rFonts w:ascii="Times New Roman" w:hAnsi="Times New Roman" w:cs="Times New Roman"/>
          <w:b/>
          <w:sz w:val="28"/>
          <w:szCs w:val="28"/>
        </w:rPr>
        <w:t>i gian làm vi</w:t>
      </w:r>
      <w:r w:rsidRPr="00C92318">
        <w:rPr>
          <w:rFonts w:ascii="Times New Roman" w:hAnsi="Times New Roman" w:cs="Times New Roman"/>
          <w:b/>
          <w:sz w:val="28"/>
          <w:szCs w:val="28"/>
        </w:rPr>
        <w:t>ệ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c: </w:t>
      </w:r>
      <w:r w:rsidRPr="00C92318">
        <w:rPr>
          <w:rFonts w:ascii="Times New Roman" w:hAnsi="Times New Roman" w:cs="Times New Roman"/>
          <w:sz w:val="28"/>
          <w:szCs w:val="28"/>
        </w:rPr>
        <w:t>- [Theo ca sáng/chi</w:t>
      </w:r>
      <w:r w:rsidRPr="00C92318">
        <w:rPr>
          <w:rFonts w:ascii="Times New Roman" w:hAnsi="Times New Roman" w:cs="Times New Roman"/>
          <w:sz w:val="28"/>
          <w:szCs w:val="28"/>
        </w:rPr>
        <w:t>ề</w:t>
      </w:r>
      <w:r w:rsidRPr="00C92318">
        <w:rPr>
          <w:rFonts w:ascii="Times New Roman" w:hAnsi="Times New Roman" w:cs="Times New Roman"/>
          <w:sz w:val="28"/>
          <w:szCs w:val="28"/>
        </w:rPr>
        <w:t>u/đêm ho</w:t>
      </w:r>
      <w:r w:rsidRPr="00C92318">
        <w:rPr>
          <w:rFonts w:ascii="Times New Roman" w:hAnsi="Times New Roman" w:cs="Times New Roman"/>
          <w:sz w:val="28"/>
          <w:szCs w:val="28"/>
        </w:rPr>
        <w:t>ặ</w:t>
      </w:r>
      <w:r w:rsidRPr="00C92318">
        <w:rPr>
          <w:rFonts w:ascii="Times New Roman" w:hAnsi="Times New Roman" w:cs="Times New Roman"/>
          <w:sz w:val="28"/>
          <w:szCs w:val="28"/>
        </w:rPr>
        <w:t>c hành chính]</w:t>
      </w:r>
      <w:r w:rsidRPr="00C92318">
        <w:rPr>
          <w:rFonts w:ascii="Times New Roman" w:hAnsi="Times New Roman" w:cs="Times New Roman"/>
          <w:sz w:val="28"/>
          <w:szCs w:val="28"/>
        </w:rPr>
        <w:br/>
        <w:t>- Có th</w:t>
      </w:r>
      <w:r w:rsidRPr="00C92318">
        <w:rPr>
          <w:rFonts w:ascii="Times New Roman" w:hAnsi="Times New Roman" w:cs="Times New Roman"/>
          <w:sz w:val="28"/>
          <w:szCs w:val="28"/>
        </w:rPr>
        <w:t>ể</w:t>
      </w:r>
      <w:r w:rsidRPr="00C92318">
        <w:rPr>
          <w:rFonts w:ascii="Times New Roman" w:hAnsi="Times New Roman" w:cs="Times New Roman"/>
          <w:sz w:val="28"/>
          <w:szCs w:val="28"/>
        </w:rPr>
        <w:t xml:space="preserve"> linh ho</w:t>
      </w:r>
      <w:r w:rsidRPr="00C92318">
        <w:rPr>
          <w:rFonts w:ascii="Times New Roman" w:hAnsi="Times New Roman" w:cs="Times New Roman"/>
          <w:sz w:val="28"/>
          <w:szCs w:val="28"/>
        </w:rPr>
        <w:t>ạ</w:t>
      </w:r>
      <w:r w:rsidRPr="00C92318">
        <w:rPr>
          <w:rFonts w:ascii="Times New Roman" w:hAnsi="Times New Roman" w:cs="Times New Roman"/>
          <w:sz w:val="28"/>
          <w:szCs w:val="28"/>
        </w:rPr>
        <w:t>t theo phân công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>5. M</w:t>
      </w:r>
      <w:r w:rsidRPr="00C92318">
        <w:rPr>
          <w:rFonts w:ascii="Times New Roman" w:hAnsi="Times New Roman" w:cs="Times New Roman"/>
          <w:b/>
          <w:sz w:val="28"/>
          <w:szCs w:val="28"/>
        </w:rPr>
        <w:t>ứ</w:t>
      </w:r>
      <w:r w:rsidRPr="00C92318">
        <w:rPr>
          <w:rFonts w:ascii="Times New Roman" w:hAnsi="Times New Roman" w:cs="Times New Roman"/>
          <w:b/>
          <w:sz w:val="28"/>
          <w:szCs w:val="28"/>
        </w:rPr>
        <w:t>c lương và ch</w:t>
      </w:r>
      <w:r w:rsidRPr="00C92318">
        <w:rPr>
          <w:rFonts w:ascii="Times New Roman" w:hAnsi="Times New Roman" w:cs="Times New Roman"/>
          <w:b/>
          <w:sz w:val="28"/>
          <w:szCs w:val="28"/>
        </w:rPr>
        <w:t>ế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 đ</w:t>
      </w:r>
      <w:r w:rsidRPr="00C92318">
        <w:rPr>
          <w:rFonts w:ascii="Times New Roman" w:hAnsi="Times New Roman" w:cs="Times New Roman"/>
          <w:b/>
          <w:sz w:val="28"/>
          <w:szCs w:val="28"/>
        </w:rPr>
        <w:t>ộ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92318">
        <w:rPr>
          <w:rFonts w:ascii="Times New Roman" w:hAnsi="Times New Roman" w:cs="Times New Roman"/>
          <w:sz w:val="28"/>
          <w:szCs w:val="28"/>
        </w:rPr>
        <w:t>- Lương: [M</w:t>
      </w:r>
      <w:r w:rsidRPr="00C92318">
        <w:rPr>
          <w:rFonts w:ascii="Times New Roman" w:hAnsi="Times New Roman" w:cs="Times New Roman"/>
          <w:sz w:val="28"/>
          <w:szCs w:val="28"/>
        </w:rPr>
        <w:t>ứ</w:t>
      </w:r>
      <w:r w:rsidRPr="00C92318">
        <w:rPr>
          <w:rFonts w:ascii="Times New Roman" w:hAnsi="Times New Roman" w:cs="Times New Roman"/>
          <w:sz w:val="28"/>
          <w:szCs w:val="28"/>
        </w:rPr>
        <w:t>c lương</w:t>
      </w:r>
      <w:r w:rsidRPr="00C92318">
        <w:rPr>
          <w:rFonts w:ascii="Times New Roman" w:hAnsi="Times New Roman" w:cs="Times New Roman"/>
          <w:sz w:val="28"/>
          <w:szCs w:val="28"/>
        </w:rPr>
        <w:t xml:space="preserve"> c</w:t>
      </w:r>
      <w:r w:rsidRPr="00C92318">
        <w:rPr>
          <w:rFonts w:ascii="Times New Roman" w:hAnsi="Times New Roman" w:cs="Times New Roman"/>
          <w:sz w:val="28"/>
          <w:szCs w:val="28"/>
        </w:rPr>
        <w:t>ụ</w:t>
      </w:r>
      <w:r w:rsidRPr="00C92318">
        <w:rPr>
          <w:rFonts w:ascii="Times New Roman" w:hAnsi="Times New Roman" w:cs="Times New Roman"/>
          <w:sz w:val="28"/>
          <w:szCs w:val="28"/>
        </w:rPr>
        <w:t xml:space="preserve"> th</w:t>
      </w:r>
      <w:r w:rsidRPr="00C92318">
        <w:rPr>
          <w:rFonts w:ascii="Times New Roman" w:hAnsi="Times New Roman" w:cs="Times New Roman"/>
          <w:sz w:val="28"/>
          <w:szCs w:val="28"/>
        </w:rPr>
        <w:t>ể</w:t>
      </w:r>
      <w:r w:rsidRPr="00C92318">
        <w:rPr>
          <w:rFonts w:ascii="Times New Roman" w:hAnsi="Times New Roman" w:cs="Times New Roman"/>
          <w:sz w:val="28"/>
          <w:szCs w:val="28"/>
        </w:rPr>
        <w:t xml:space="preserve"> ho</w:t>
      </w:r>
      <w:r w:rsidRPr="00C92318">
        <w:rPr>
          <w:rFonts w:ascii="Times New Roman" w:hAnsi="Times New Roman" w:cs="Times New Roman"/>
          <w:sz w:val="28"/>
          <w:szCs w:val="28"/>
        </w:rPr>
        <w:t>ặ</w:t>
      </w:r>
      <w:r w:rsidRPr="00C92318">
        <w:rPr>
          <w:rFonts w:ascii="Times New Roman" w:hAnsi="Times New Roman" w:cs="Times New Roman"/>
          <w:sz w:val="28"/>
          <w:szCs w:val="28"/>
        </w:rPr>
        <w:t>c th</w:t>
      </w:r>
      <w:r w:rsidRPr="00C92318">
        <w:rPr>
          <w:rFonts w:ascii="Times New Roman" w:hAnsi="Times New Roman" w:cs="Times New Roman"/>
          <w:sz w:val="28"/>
          <w:szCs w:val="28"/>
        </w:rPr>
        <w:t>ỏ</w:t>
      </w:r>
      <w:r w:rsidRPr="00C92318">
        <w:rPr>
          <w:rFonts w:ascii="Times New Roman" w:hAnsi="Times New Roman" w:cs="Times New Roman"/>
          <w:sz w:val="28"/>
          <w:szCs w:val="28"/>
        </w:rPr>
        <w:t>a thu</w:t>
      </w:r>
      <w:r w:rsidRPr="00C92318">
        <w:rPr>
          <w:rFonts w:ascii="Times New Roman" w:hAnsi="Times New Roman" w:cs="Times New Roman"/>
          <w:sz w:val="28"/>
          <w:szCs w:val="28"/>
        </w:rPr>
        <w:t>ậ</w:t>
      </w:r>
      <w:r w:rsidRPr="00C92318">
        <w:rPr>
          <w:rFonts w:ascii="Times New Roman" w:hAnsi="Times New Roman" w:cs="Times New Roman"/>
          <w:sz w:val="28"/>
          <w:szCs w:val="28"/>
        </w:rPr>
        <w:t>n]</w:t>
      </w:r>
      <w:r w:rsidRPr="00C92318">
        <w:rPr>
          <w:rFonts w:ascii="Times New Roman" w:hAnsi="Times New Roman" w:cs="Times New Roman"/>
          <w:sz w:val="28"/>
          <w:szCs w:val="28"/>
        </w:rPr>
        <w:br/>
        <w:t>- H</w:t>
      </w:r>
      <w:r w:rsidRPr="00C92318">
        <w:rPr>
          <w:rFonts w:ascii="Times New Roman" w:hAnsi="Times New Roman" w:cs="Times New Roman"/>
          <w:sz w:val="28"/>
          <w:szCs w:val="28"/>
        </w:rPr>
        <w:t>ỗ</w:t>
      </w:r>
      <w:r w:rsidRPr="00C92318">
        <w:rPr>
          <w:rFonts w:ascii="Times New Roman" w:hAnsi="Times New Roman" w:cs="Times New Roman"/>
          <w:sz w:val="28"/>
          <w:szCs w:val="28"/>
        </w:rPr>
        <w:t xml:space="preserve"> tr</w:t>
      </w:r>
      <w:r w:rsidRPr="00C92318">
        <w:rPr>
          <w:rFonts w:ascii="Times New Roman" w:hAnsi="Times New Roman" w:cs="Times New Roman"/>
          <w:sz w:val="28"/>
          <w:szCs w:val="28"/>
        </w:rPr>
        <w:t>ợ</w:t>
      </w:r>
      <w:r w:rsidRPr="00C92318">
        <w:rPr>
          <w:rFonts w:ascii="Times New Roman" w:hAnsi="Times New Roman" w:cs="Times New Roman"/>
          <w:sz w:val="28"/>
          <w:szCs w:val="28"/>
        </w:rPr>
        <w:t xml:space="preserve"> ăn ca, xăng xe, thư</w:t>
      </w:r>
      <w:r w:rsidRPr="00C92318">
        <w:rPr>
          <w:rFonts w:ascii="Times New Roman" w:hAnsi="Times New Roman" w:cs="Times New Roman"/>
          <w:sz w:val="28"/>
          <w:szCs w:val="28"/>
        </w:rPr>
        <w:t>ở</w:t>
      </w:r>
      <w:r w:rsidRPr="00C92318">
        <w:rPr>
          <w:rFonts w:ascii="Times New Roman" w:hAnsi="Times New Roman" w:cs="Times New Roman"/>
          <w:sz w:val="28"/>
          <w:szCs w:val="28"/>
        </w:rPr>
        <w:t>ng chuyên c</w:t>
      </w:r>
      <w:r w:rsidRPr="00C92318">
        <w:rPr>
          <w:rFonts w:ascii="Times New Roman" w:hAnsi="Times New Roman" w:cs="Times New Roman"/>
          <w:sz w:val="28"/>
          <w:szCs w:val="28"/>
        </w:rPr>
        <w:t>ầ</w:t>
      </w:r>
      <w:r w:rsidRPr="00C92318">
        <w:rPr>
          <w:rFonts w:ascii="Times New Roman" w:hAnsi="Times New Roman" w:cs="Times New Roman"/>
          <w:sz w:val="28"/>
          <w:szCs w:val="28"/>
        </w:rPr>
        <w:t>n</w:t>
      </w:r>
      <w:r w:rsidRPr="00C92318">
        <w:rPr>
          <w:rFonts w:ascii="Times New Roman" w:hAnsi="Times New Roman" w:cs="Times New Roman"/>
          <w:sz w:val="28"/>
          <w:szCs w:val="28"/>
        </w:rPr>
        <w:br/>
        <w:t>- Đư</w:t>
      </w:r>
      <w:r w:rsidRPr="00C92318">
        <w:rPr>
          <w:rFonts w:ascii="Times New Roman" w:hAnsi="Times New Roman" w:cs="Times New Roman"/>
          <w:sz w:val="28"/>
          <w:szCs w:val="28"/>
        </w:rPr>
        <w:t>ợ</w:t>
      </w:r>
      <w:r w:rsidRPr="00C92318">
        <w:rPr>
          <w:rFonts w:ascii="Times New Roman" w:hAnsi="Times New Roman" w:cs="Times New Roman"/>
          <w:sz w:val="28"/>
          <w:szCs w:val="28"/>
        </w:rPr>
        <w:t>c tham gia BHXH, BHYT, BHTN theo quy đ</w:t>
      </w:r>
      <w:r w:rsidRPr="00C92318">
        <w:rPr>
          <w:rFonts w:ascii="Times New Roman" w:hAnsi="Times New Roman" w:cs="Times New Roman"/>
          <w:sz w:val="28"/>
          <w:szCs w:val="28"/>
        </w:rPr>
        <w:t>ị</w:t>
      </w:r>
      <w:r w:rsidRPr="00C92318">
        <w:rPr>
          <w:rFonts w:ascii="Times New Roman" w:hAnsi="Times New Roman" w:cs="Times New Roman"/>
          <w:sz w:val="28"/>
          <w:szCs w:val="28"/>
        </w:rPr>
        <w:t>nh</w:t>
      </w:r>
      <w:r w:rsidRPr="00C92318">
        <w:rPr>
          <w:rFonts w:ascii="Times New Roman" w:hAnsi="Times New Roman" w:cs="Times New Roman"/>
          <w:sz w:val="28"/>
          <w:szCs w:val="28"/>
        </w:rPr>
        <w:br/>
        <w:t>- Môi trư</w:t>
      </w:r>
      <w:r w:rsidRPr="00C92318">
        <w:rPr>
          <w:rFonts w:ascii="Times New Roman" w:hAnsi="Times New Roman" w:cs="Times New Roman"/>
          <w:sz w:val="28"/>
          <w:szCs w:val="28"/>
        </w:rPr>
        <w:t>ờ</w:t>
      </w:r>
      <w:r w:rsidRPr="00C92318">
        <w:rPr>
          <w:rFonts w:ascii="Times New Roman" w:hAnsi="Times New Roman" w:cs="Times New Roman"/>
          <w:sz w:val="28"/>
          <w:szCs w:val="28"/>
        </w:rPr>
        <w:t>ng làm vi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 xml:space="preserve">c </w:t>
      </w:r>
      <w:r w:rsidRPr="00C92318">
        <w:rPr>
          <w:rFonts w:ascii="Times New Roman" w:hAnsi="Times New Roman" w:cs="Times New Roman"/>
          <w:sz w:val="28"/>
          <w:szCs w:val="28"/>
        </w:rPr>
        <w:t>ổ</w:t>
      </w:r>
      <w:r w:rsidRPr="00C92318">
        <w:rPr>
          <w:rFonts w:ascii="Times New Roman" w:hAnsi="Times New Roman" w:cs="Times New Roman"/>
          <w:sz w:val="28"/>
          <w:szCs w:val="28"/>
        </w:rPr>
        <w:t>n đ</w:t>
      </w:r>
      <w:r w:rsidRPr="00C92318">
        <w:rPr>
          <w:rFonts w:ascii="Times New Roman" w:hAnsi="Times New Roman" w:cs="Times New Roman"/>
          <w:sz w:val="28"/>
          <w:szCs w:val="28"/>
        </w:rPr>
        <w:t>ị</w:t>
      </w:r>
      <w:r w:rsidRPr="00C92318">
        <w:rPr>
          <w:rFonts w:ascii="Times New Roman" w:hAnsi="Times New Roman" w:cs="Times New Roman"/>
          <w:sz w:val="28"/>
          <w:szCs w:val="28"/>
        </w:rPr>
        <w:t>nh, lâu dài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>6. H</w:t>
      </w:r>
      <w:r w:rsidRPr="00C92318">
        <w:rPr>
          <w:rFonts w:ascii="Times New Roman" w:hAnsi="Times New Roman" w:cs="Times New Roman"/>
          <w:b/>
          <w:sz w:val="28"/>
          <w:szCs w:val="28"/>
        </w:rPr>
        <w:t>ồ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 sơ </w:t>
      </w:r>
      <w:r w:rsidRPr="00C92318">
        <w:rPr>
          <w:rFonts w:ascii="Times New Roman" w:hAnsi="Times New Roman" w:cs="Times New Roman"/>
          <w:b/>
          <w:sz w:val="28"/>
          <w:szCs w:val="28"/>
        </w:rPr>
        <w:t>ứ</w:t>
      </w:r>
      <w:r w:rsidRPr="00C92318">
        <w:rPr>
          <w:rFonts w:ascii="Times New Roman" w:hAnsi="Times New Roman" w:cs="Times New Roman"/>
          <w:b/>
          <w:sz w:val="28"/>
          <w:szCs w:val="28"/>
        </w:rPr>
        <w:t>ng tuy</w:t>
      </w:r>
      <w:r w:rsidRPr="00C92318">
        <w:rPr>
          <w:rFonts w:ascii="Times New Roman" w:hAnsi="Times New Roman" w:cs="Times New Roman"/>
          <w:b/>
          <w:sz w:val="28"/>
          <w:szCs w:val="28"/>
        </w:rPr>
        <w:t>ể</w:t>
      </w:r>
      <w:r w:rsidRPr="00C92318">
        <w:rPr>
          <w:rFonts w:ascii="Times New Roman" w:hAnsi="Times New Roman" w:cs="Times New Roman"/>
          <w:b/>
          <w:sz w:val="28"/>
          <w:szCs w:val="28"/>
        </w:rPr>
        <w:t>n g</w:t>
      </w:r>
      <w:r w:rsidRPr="00C92318">
        <w:rPr>
          <w:rFonts w:ascii="Times New Roman" w:hAnsi="Times New Roman" w:cs="Times New Roman"/>
          <w:b/>
          <w:sz w:val="28"/>
          <w:szCs w:val="28"/>
        </w:rPr>
        <w:t>ồ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m: </w:t>
      </w:r>
      <w:r w:rsidRPr="00C92318">
        <w:rPr>
          <w:rFonts w:ascii="Times New Roman" w:hAnsi="Times New Roman" w:cs="Times New Roman"/>
          <w:sz w:val="28"/>
          <w:szCs w:val="28"/>
        </w:rPr>
        <w:t>- Đơn xin vi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c</w:t>
      </w:r>
      <w:r w:rsidRPr="00C92318">
        <w:rPr>
          <w:rFonts w:ascii="Times New Roman" w:hAnsi="Times New Roman" w:cs="Times New Roman"/>
          <w:sz w:val="28"/>
          <w:szCs w:val="28"/>
        </w:rPr>
        <w:br/>
        <w:t>- Sơ y</w:t>
      </w:r>
      <w:r w:rsidRPr="00C92318">
        <w:rPr>
          <w:rFonts w:ascii="Times New Roman" w:hAnsi="Times New Roman" w:cs="Times New Roman"/>
          <w:sz w:val="28"/>
          <w:szCs w:val="28"/>
        </w:rPr>
        <w:t>ế</w:t>
      </w:r>
      <w:r w:rsidRPr="00C92318">
        <w:rPr>
          <w:rFonts w:ascii="Times New Roman" w:hAnsi="Times New Roman" w:cs="Times New Roman"/>
          <w:sz w:val="28"/>
          <w:szCs w:val="28"/>
        </w:rPr>
        <w:t>u lý l</w:t>
      </w:r>
      <w:r w:rsidRPr="00C92318">
        <w:rPr>
          <w:rFonts w:ascii="Times New Roman" w:hAnsi="Times New Roman" w:cs="Times New Roman"/>
          <w:sz w:val="28"/>
          <w:szCs w:val="28"/>
        </w:rPr>
        <w:t>ị</w:t>
      </w:r>
      <w:r w:rsidRPr="00C92318">
        <w:rPr>
          <w:rFonts w:ascii="Times New Roman" w:hAnsi="Times New Roman" w:cs="Times New Roman"/>
          <w:sz w:val="28"/>
          <w:szCs w:val="28"/>
        </w:rPr>
        <w:t>ch</w:t>
      </w:r>
      <w:r w:rsidRPr="00C92318">
        <w:rPr>
          <w:rFonts w:ascii="Times New Roman" w:hAnsi="Times New Roman" w:cs="Times New Roman"/>
          <w:sz w:val="28"/>
          <w:szCs w:val="28"/>
        </w:rPr>
        <w:br/>
        <w:t>- CMND/CCCD photo</w:t>
      </w:r>
      <w:r w:rsidRPr="00C92318">
        <w:rPr>
          <w:rFonts w:ascii="Times New Roman" w:hAnsi="Times New Roman" w:cs="Times New Roman"/>
          <w:sz w:val="28"/>
          <w:szCs w:val="28"/>
        </w:rPr>
        <w:br/>
        <w:t>- Gi</w:t>
      </w:r>
      <w:r w:rsidRPr="00C92318">
        <w:rPr>
          <w:rFonts w:ascii="Times New Roman" w:hAnsi="Times New Roman" w:cs="Times New Roman"/>
          <w:sz w:val="28"/>
          <w:szCs w:val="28"/>
        </w:rPr>
        <w:t>ấ</w:t>
      </w:r>
      <w:r w:rsidRPr="00C92318">
        <w:rPr>
          <w:rFonts w:ascii="Times New Roman" w:hAnsi="Times New Roman" w:cs="Times New Roman"/>
          <w:sz w:val="28"/>
          <w:szCs w:val="28"/>
        </w:rPr>
        <w:t>y khám s</w:t>
      </w:r>
      <w:r w:rsidRPr="00C92318">
        <w:rPr>
          <w:rFonts w:ascii="Times New Roman" w:hAnsi="Times New Roman" w:cs="Times New Roman"/>
          <w:sz w:val="28"/>
          <w:szCs w:val="28"/>
        </w:rPr>
        <w:t>ứ</w:t>
      </w:r>
      <w:r w:rsidRPr="00C92318">
        <w:rPr>
          <w:rFonts w:ascii="Times New Roman" w:hAnsi="Times New Roman" w:cs="Times New Roman"/>
          <w:sz w:val="28"/>
          <w:szCs w:val="28"/>
        </w:rPr>
        <w:t>c kh</w:t>
      </w:r>
      <w:r w:rsidRPr="00C92318">
        <w:rPr>
          <w:rFonts w:ascii="Times New Roman" w:hAnsi="Times New Roman" w:cs="Times New Roman"/>
          <w:sz w:val="28"/>
          <w:szCs w:val="28"/>
        </w:rPr>
        <w:t>ỏ</w:t>
      </w:r>
      <w:r w:rsidRPr="00C92318">
        <w:rPr>
          <w:rFonts w:ascii="Times New Roman" w:hAnsi="Times New Roman" w:cs="Times New Roman"/>
          <w:sz w:val="28"/>
          <w:szCs w:val="28"/>
        </w:rPr>
        <w:t xml:space="preserve">e (trong </w:t>
      </w:r>
      <w:r w:rsidRPr="00C92318">
        <w:rPr>
          <w:rFonts w:ascii="Times New Roman" w:hAnsi="Times New Roman" w:cs="Times New Roman"/>
          <w:sz w:val="28"/>
          <w:szCs w:val="28"/>
        </w:rPr>
        <w:t>vòng 6 tháng)</w:t>
      </w:r>
      <w:r w:rsidRPr="00C92318">
        <w:rPr>
          <w:rFonts w:ascii="Times New Roman" w:hAnsi="Times New Roman" w:cs="Times New Roman"/>
          <w:sz w:val="28"/>
          <w:szCs w:val="28"/>
        </w:rPr>
        <w:br/>
        <w:t>- Các gi</w:t>
      </w:r>
      <w:r w:rsidRPr="00C92318">
        <w:rPr>
          <w:rFonts w:ascii="Times New Roman" w:hAnsi="Times New Roman" w:cs="Times New Roman"/>
          <w:sz w:val="28"/>
          <w:szCs w:val="28"/>
        </w:rPr>
        <w:t>ấ</w:t>
      </w:r>
      <w:r w:rsidRPr="00C92318">
        <w:rPr>
          <w:rFonts w:ascii="Times New Roman" w:hAnsi="Times New Roman" w:cs="Times New Roman"/>
          <w:sz w:val="28"/>
          <w:szCs w:val="28"/>
        </w:rPr>
        <w:t>y t</w:t>
      </w:r>
      <w:r w:rsidRPr="00C92318">
        <w:rPr>
          <w:rFonts w:ascii="Times New Roman" w:hAnsi="Times New Roman" w:cs="Times New Roman"/>
          <w:sz w:val="28"/>
          <w:szCs w:val="28"/>
        </w:rPr>
        <w:t>ờ</w:t>
      </w:r>
      <w:r w:rsidRPr="00C92318">
        <w:rPr>
          <w:rFonts w:ascii="Times New Roman" w:hAnsi="Times New Roman" w:cs="Times New Roman"/>
          <w:sz w:val="28"/>
          <w:szCs w:val="28"/>
        </w:rPr>
        <w:t xml:space="preserve"> khác n</w:t>
      </w:r>
      <w:r w:rsidRPr="00C92318">
        <w:rPr>
          <w:rFonts w:ascii="Times New Roman" w:hAnsi="Times New Roman" w:cs="Times New Roman"/>
          <w:sz w:val="28"/>
          <w:szCs w:val="28"/>
        </w:rPr>
        <w:t>ế</w:t>
      </w:r>
      <w:r w:rsidRPr="00C92318">
        <w:rPr>
          <w:rFonts w:ascii="Times New Roman" w:hAnsi="Times New Roman" w:cs="Times New Roman"/>
          <w:sz w:val="28"/>
          <w:szCs w:val="28"/>
        </w:rPr>
        <w:t>u có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lastRenderedPageBreak/>
        <w:t>7. Cách th</w:t>
      </w:r>
      <w:r w:rsidRPr="00C92318">
        <w:rPr>
          <w:rFonts w:ascii="Times New Roman" w:hAnsi="Times New Roman" w:cs="Times New Roman"/>
          <w:b/>
          <w:sz w:val="28"/>
          <w:szCs w:val="28"/>
        </w:rPr>
        <w:t>ứ</w:t>
      </w:r>
      <w:r w:rsidRPr="00C92318">
        <w:rPr>
          <w:rFonts w:ascii="Times New Roman" w:hAnsi="Times New Roman" w:cs="Times New Roman"/>
          <w:b/>
          <w:sz w:val="28"/>
          <w:szCs w:val="28"/>
        </w:rPr>
        <w:t>c n</w:t>
      </w:r>
      <w:r w:rsidRPr="00C92318">
        <w:rPr>
          <w:rFonts w:ascii="Times New Roman" w:hAnsi="Times New Roman" w:cs="Times New Roman"/>
          <w:b/>
          <w:sz w:val="28"/>
          <w:szCs w:val="28"/>
        </w:rPr>
        <w:t>ộ</w:t>
      </w:r>
      <w:r w:rsidRPr="00C92318">
        <w:rPr>
          <w:rFonts w:ascii="Times New Roman" w:hAnsi="Times New Roman" w:cs="Times New Roman"/>
          <w:b/>
          <w:sz w:val="28"/>
          <w:szCs w:val="28"/>
        </w:rPr>
        <w:t>p h</w:t>
      </w:r>
      <w:r w:rsidRPr="00C92318">
        <w:rPr>
          <w:rFonts w:ascii="Times New Roman" w:hAnsi="Times New Roman" w:cs="Times New Roman"/>
          <w:b/>
          <w:sz w:val="28"/>
          <w:szCs w:val="28"/>
        </w:rPr>
        <w:t>ồ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 sơ: </w:t>
      </w:r>
      <w:r w:rsidRPr="00C92318">
        <w:rPr>
          <w:rFonts w:ascii="Times New Roman" w:hAnsi="Times New Roman" w:cs="Times New Roman"/>
          <w:sz w:val="28"/>
          <w:szCs w:val="28"/>
        </w:rPr>
        <w:t>- N</w:t>
      </w:r>
      <w:r w:rsidRPr="00C92318">
        <w:rPr>
          <w:rFonts w:ascii="Times New Roman" w:hAnsi="Times New Roman" w:cs="Times New Roman"/>
          <w:sz w:val="28"/>
          <w:szCs w:val="28"/>
        </w:rPr>
        <w:t>ộ</w:t>
      </w:r>
      <w:r w:rsidRPr="00C92318">
        <w:rPr>
          <w:rFonts w:ascii="Times New Roman" w:hAnsi="Times New Roman" w:cs="Times New Roman"/>
          <w:sz w:val="28"/>
          <w:szCs w:val="28"/>
        </w:rPr>
        <w:t>p tr</w:t>
      </w:r>
      <w:r w:rsidRPr="00C92318">
        <w:rPr>
          <w:rFonts w:ascii="Times New Roman" w:hAnsi="Times New Roman" w:cs="Times New Roman"/>
          <w:sz w:val="28"/>
          <w:szCs w:val="28"/>
        </w:rPr>
        <w:t>ự</w:t>
      </w:r>
      <w:r w:rsidRPr="00C92318">
        <w:rPr>
          <w:rFonts w:ascii="Times New Roman" w:hAnsi="Times New Roman" w:cs="Times New Roman"/>
          <w:sz w:val="28"/>
          <w:szCs w:val="28"/>
        </w:rPr>
        <w:t>c ti</w:t>
      </w:r>
      <w:r w:rsidRPr="00C92318">
        <w:rPr>
          <w:rFonts w:ascii="Times New Roman" w:hAnsi="Times New Roman" w:cs="Times New Roman"/>
          <w:sz w:val="28"/>
          <w:szCs w:val="28"/>
        </w:rPr>
        <w:t>ế</w:t>
      </w:r>
      <w:r w:rsidRPr="00C92318">
        <w:rPr>
          <w:rFonts w:ascii="Times New Roman" w:hAnsi="Times New Roman" w:cs="Times New Roman"/>
          <w:sz w:val="28"/>
          <w:szCs w:val="28"/>
        </w:rPr>
        <w:t>p t</w:t>
      </w:r>
      <w:r w:rsidRPr="00C92318">
        <w:rPr>
          <w:rFonts w:ascii="Times New Roman" w:hAnsi="Times New Roman" w:cs="Times New Roman"/>
          <w:sz w:val="28"/>
          <w:szCs w:val="28"/>
        </w:rPr>
        <w:t>ạ</w:t>
      </w:r>
      <w:r w:rsidRPr="00C92318">
        <w:rPr>
          <w:rFonts w:ascii="Times New Roman" w:hAnsi="Times New Roman" w:cs="Times New Roman"/>
          <w:sz w:val="28"/>
          <w:szCs w:val="28"/>
        </w:rPr>
        <w:t>i: [Đ</w:t>
      </w:r>
      <w:r w:rsidRPr="00C92318">
        <w:rPr>
          <w:rFonts w:ascii="Times New Roman" w:hAnsi="Times New Roman" w:cs="Times New Roman"/>
          <w:sz w:val="28"/>
          <w:szCs w:val="28"/>
        </w:rPr>
        <w:t>ị</w:t>
      </w:r>
      <w:r w:rsidRPr="00C92318">
        <w:rPr>
          <w:rFonts w:ascii="Times New Roman" w:hAnsi="Times New Roman" w:cs="Times New Roman"/>
          <w:sz w:val="28"/>
          <w:szCs w:val="28"/>
        </w:rPr>
        <w:t>a ch</w:t>
      </w:r>
      <w:r w:rsidRPr="00C92318">
        <w:rPr>
          <w:rFonts w:ascii="Times New Roman" w:hAnsi="Times New Roman" w:cs="Times New Roman"/>
          <w:sz w:val="28"/>
          <w:szCs w:val="28"/>
        </w:rPr>
        <w:t>ỉ</w:t>
      </w:r>
      <w:r w:rsidRPr="00C92318">
        <w:rPr>
          <w:rFonts w:ascii="Times New Roman" w:hAnsi="Times New Roman" w:cs="Times New Roman"/>
          <w:sz w:val="28"/>
          <w:szCs w:val="28"/>
        </w:rPr>
        <w:t xml:space="preserve"> nh</w:t>
      </w:r>
      <w:r w:rsidRPr="00C92318">
        <w:rPr>
          <w:rFonts w:ascii="Times New Roman" w:hAnsi="Times New Roman" w:cs="Times New Roman"/>
          <w:sz w:val="28"/>
          <w:szCs w:val="28"/>
        </w:rPr>
        <w:t>ậ</w:t>
      </w:r>
      <w:r w:rsidRPr="00C92318">
        <w:rPr>
          <w:rFonts w:ascii="Times New Roman" w:hAnsi="Times New Roman" w:cs="Times New Roman"/>
          <w:sz w:val="28"/>
          <w:szCs w:val="28"/>
        </w:rPr>
        <w:t>n h</w:t>
      </w:r>
      <w:r w:rsidRPr="00C92318">
        <w:rPr>
          <w:rFonts w:ascii="Times New Roman" w:hAnsi="Times New Roman" w:cs="Times New Roman"/>
          <w:sz w:val="28"/>
          <w:szCs w:val="28"/>
        </w:rPr>
        <w:t>ồ</w:t>
      </w:r>
      <w:r w:rsidRPr="00C92318">
        <w:rPr>
          <w:rFonts w:ascii="Times New Roman" w:hAnsi="Times New Roman" w:cs="Times New Roman"/>
          <w:sz w:val="28"/>
          <w:szCs w:val="28"/>
        </w:rPr>
        <w:t xml:space="preserve"> sơ]</w:t>
      </w:r>
      <w:r w:rsidRPr="00C92318">
        <w:rPr>
          <w:rFonts w:ascii="Times New Roman" w:hAnsi="Times New Roman" w:cs="Times New Roman"/>
          <w:sz w:val="28"/>
          <w:szCs w:val="28"/>
        </w:rPr>
        <w:br/>
        <w:t>- Ho</w:t>
      </w:r>
      <w:r w:rsidRPr="00C92318">
        <w:rPr>
          <w:rFonts w:ascii="Times New Roman" w:hAnsi="Times New Roman" w:cs="Times New Roman"/>
          <w:sz w:val="28"/>
          <w:szCs w:val="28"/>
        </w:rPr>
        <w:t>ặ</w:t>
      </w:r>
      <w:r w:rsidRPr="00C92318">
        <w:rPr>
          <w:rFonts w:ascii="Times New Roman" w:hAnsi="Times New Roman" w:cs="Times New Roman"/>
          <w:sz w:val="28"/>
          <w:szCs w:val="28"/>
        </w:rPr>
        <w:t>c g</w:t>
      </w:r>
      <w:r w:rsidRPr="00C92318">
        <w:rPr>
          <w:rFonts w:ascii="Times New Roman" w:hAnsi="Times New Roman" w:cs="Times New Roman"/>
          <w:sz w:val="28"/>
          <w:szCs w:val="28"/>
        </w:rPr>
        <w:t>ử</w:t>
      </w:r>
      <w:r w:rsidRPr="00C92318">
        <w:rPr>
          <w:rFonts w:ascii="Times New Roman" w:hAnsi="Times New Roman" w:cs="Times New Roman"/>
          <w:sz w:val="28"/>
          <w:szCs w:val="28"/>
        </w:rPr>
        <w:t>i qua email: [Email liên h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]</w:t>
      </w:r>
      <w:r w:rsidRPr="00C92318">
        <w:rPr>
          <w:rFonts w:ascii="Times New Roman" w:hAnsi="Times New Roman" w:cs="Times New Roman"/>
          <w:sz w:val="28"/>
          <w:szCs w:val="28"/>
        </w:rPr>
        <w:br/>
        <w:t>- SĐT liên h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: [S</w:t>
      </w:r>
      <w:r w:rsidRPr="00C92318">
        <w:rPr>
          <w:rFonts w:ascii="Times New Roman" w:hAnsi="Times New Roman" w:cs="Times New Roman"/>
          <w:sz w:val="28"/>
          <w:szCs w:val="28"/>
        </w:rPr>
        <w:t>ố</w:t>
      </w:r>
      <w:r w:rsidRPr="00C92318">
        <w:rPr>
          <w:rFonts w:ascii="Times New Roman" w:hAnsi="Times New Roman" w:cs="Times New Roman"/>
          <w:sz w:val="28"/>
          <w:szCs w:val="28"/>
        </w:rPr>
        <w:t xml:space="preserve"> đi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n tho</w:t>
      </w:r>
      <w:r w:rsidRPr="00C92318">
        <w:rPr>
          <w:rFonts w:ascii="Times New Roman" w:hAnsi="Times New Roman" w:cs="Times New Roman"/>
          <w:sz w:val="28"/>
          <w:szCs w:val="28"/>
        </w:rPr>
        <w:t>ạ</w:t>
      </w:r>
      <w:r w:rsidRPr="00C92318">
        <w:rPr>
          <w:rFonts w:ascii="Times New Roman" w:hAnsi="Times New Roman" w:cs="Times New Roman"/>
          <w:sz w:val="28"/>
          <w:szCs w:val="28"/>
        </w:rPr>
        <w:t>i] – (Phòng Nhân s</w:t>
      </w:r>
      <w:r w:rsidRPr="00C92318">
        <w:rPr>
          <w:rFonts w:ascii="Times New Roman" w:hAnsi="Times New Roman" w:cs="Times New Roman"/>
          <w:sz w:val="28"/>
          <w:szCs w:val="28"/>
        </w:rPr>
        <w:t>ự</w:t>
      </w:r>
      <w:r w:rsidRPr="00C92318">
        <w:rPr>
          <w:rFonts w:ascii="Times New Roman" w:hAnsi="Times New Roman" w:cs="Times New Roman"/>
          <w:sz w:val="28"/>
          <w:szCs w:val="28"/>
        </w:rPr>
        <w:t>)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b/>
          <w:sz w:val="28"/>
          <w:szCs w:val="28"/>
        </w:rPr>
        <w:t>Th</w:t>
      </w:r>
      <w:r w:rsidRPr="00C92318">
        <w:rPr>
          <w:rFonts w:ascii="Times New Roman" w:hAnsi="Times New Roman" w:cs="Times New Roman"/>
          <w:b/>
          <w:sz w:val="28"/>
          <w:szCs w:val="28"/>
        </w:rPr>
        <w:t>ờ</w:t>
      </w:r>
      <w:r w:rsidRPr="00C92318">
        <w:rPr>
          <w:rFonts w:ascii="Times New Roman" w:hAnsi="Times New Roman" w:cs="Times New Roman"/>
          <w:b/>
          <w:sz w:val="28"/>
          <w:szCs w:val="28"/>
        </w:rPr>
        <w:t>i h</w:t>
      </w:r>
      <w:r w:rsidRPr="00C92318">
        <w:rPr>
          <w:rFonts w:ascii="Times New Roman" w:hAnsi="Times New Roman" w:cs="Times New Roman"/>
          <w:b/>
          <w:sz w:val="28"/>
          <w:szCs w:val="28"/>
        </w:rPr>
        <w:t>ạ</w:t>
      </w:r>
      <w:r w:rsidRPr="00C92318">
        <w:rPr>
          <w:rFonts w:ascii="Times New Roman" w:hAnsi="Times New Roman" w:cs="Times New Roman"/>
          <w:b/>
          <w:sz w:val="28"/>
          <w:szCs w:val="28"/>
        </w:rPr>
        <w:t>n nh</w:t>
      </w:r>
      <w:r w:rsidRPr="00C92318">
        <w:rPr>
          <w:rFonts w:ascii="Times New Roman" w:hAnsi="Times New Roman" w:cs="Times New Roman"/>
          <w:b/>
          <w:sz w:val="28"/>
          <w:szCs w:val="28"/>
        </w:rPr>
        <w:t>ậ</w:t>
      </w:r>
      <w:r w:rsidRPr="00C92318">
        <w:rPr>
          <w:rFonts w:ascii="Times New Roman" w:hAnsi="Times New Roman" w:cs="Times New Roman"/>
          <w:b/>
          <w:sz w:val="28"/>
          <w:szCs w:val="28"/>
        </w:rPr>
        <w:t>n h</w:t>
      </w:r>
      <w:r w:rsidRPr="00C92318">
        <w:rPr>
          <w:rFonts w:ascii="Times New Roman" w:hAnsi="Times New Roman" w:cs="Times New Roman"/>
          <w:b/>
          <w:sz w:val="28"/>
          <w:szCs w:val="28"/>
        </w:rPr>
        <w:t>ồ</w:t>
      </w:r>
      <w:r w:rsidRPr="00C92318">
        <w:rPr>
          <w:rFonts w:ascii="Times New Roman" w:hAnsi="Times New Roman" w:cs="Times New Roman"/>
          <w:b/>
          <w:sz w:val="28"/>
          <w:szCs w:val="28"/>
        </w:rPr>
        <w:t xml:space="preserve"> sơ: </w:t>
      </w:r>
      <w:r w:rsidRPr="00C92318">
        <w:rPr>
          <w:rFonts w:ascii="Times New Roman" w:hAnsi="Times New Roman" w:cs="Times New Roman"/>
          <w:sz w:val="28"/>
          <w:szCs w:val="28"/>
        </w:rPr>
        <w:t>Đ</w:t>
      </w:r>
      <w:r w:rsidRPr="00C92318">
        <w:rPr>
          <w:rFonts w:ascii="Times New Roman" w:hAnsi="Times New Roman" w:cs="Times New Roman"/>
          <w:sz w:val="28"/>
          <w:szCs w:val="28"/>
        </w:rPr>
        <w:t>ế</w:t>
      </w:r>
      <w:r w:rsidRPr="00C92318">
        <w:rPr>
          <w:rFonts w:ascii="Times New Roman" w:hAnsi="Times New Roman" w:cs="Times New Roman"/>
          <w:sz w:val="28"/>
          <w:szCs w:val="28"/>
        </w:rPr>
        <w:t>n h</w:t>
      </w:r>
      <w:r w:rsidRPr="00C92318">
        <w:rPr>
          <w:rFonts w:ascii="Times New Roman" w:hAnsi="Times New Roman" w:cs="Times New Roman"/>
          <w:sz w:val="28"/>
          <w:szCs w:val="28"/>
        </w:rPr>
        <w:t>ế</w:t>
      </w:r>
      <w:r w:rsidRPr="00C92318">
        <w:rPr>
          <w:rFonts w:ascii="Times New Roman" w:hAnsi="Times New Roman" w:cs="Times New Roman"/>
          <w:sz w:val="28"/>
          <w:szCs w:val="28"/>
        </w:rPr>
        <w:t>t ngày [dd/mm/yyyy]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92318">
        <w:rPr>
          <w:rFonts w:ascii="Times New Roman" w:hAnsi="Times New Roman" w:cs="Times New Roman"/>
          <w:sz w:val="28"/>
          <w:szCs w:val="28"/>
        </w:rPr>
        <w:t>R</w:t>
      </w:r>
      <w:r w:rsidRPr="00C92318">
        <w:rPr>
          <w:rFonts w:ascii="Times New Roman" w:hAnsi="Times New Roman" w:cs="Times New Roman"/>
          <w:sz w:val="28"/>
          <w:szCs w:val="28"/>
        </w:rPr>
        <w:t>ấ</w:t>
      </w:r>
      <w:r w:rsidRPr="00C92318">
        <w:rPr>
          <w:rFonts w:ascii="Times New Roman" w:hAnsi="Times New Roman" w:cs="Times New Roman"/>
          <w:sz w:val="28"/>
          <w:szCs w:val="28"/>
        </w:rPr>
        <w:t>t mong đư</w:t>
      </w:r>
      <w:r w:rsidRPr="00C92318">
        <w:rPr>
          <w:rFonts w:ascii="Times New Roman" w:hAnsi="Times New Roman" w:cs="Times New Roman"/>
          <w:sz w:val="28"/>
          <w:szCs w:val="28"/>
        </w:rPr>
        <w:t>ợ</w:t>
      </w:r>
      <w:r w:rsidRPr="00C92318">
        <w:rPr>
          <w:rFonts w:ascii="Times New Roman" w:hAnsi="Times New Roman" w:cs="Times New Roman"/>
          <w:sz w:val="28"/>
          <w:szCs w:val="28"/>
        </w:rPr>
        <w:t>c</w:t>
      </w:r>
      <w:r w:rsidRPr="00C92318">
        <w:rPr>
          <w:rFonts w:ascii="Times New Roman" w:hAnsi="Times New Roman" w:cs="Times New Roman"/>
          <w:sz w:val="28"/>
          <w:szCs w:val="28"/>
        </w:rPr>
        <w:t xml:space="preserve"> đ</w:t>
      </w:r>
      <w:r w:rsidRPr="00C92318">
        <w:rPr>
          <w:rFonts w:ascii="Times New Roman" w:hAnsi="Times New Roman" w:cs="Times New Roman"/>
          <w:sz w:val="28"/>
          <w:szCs w:val="28"/>
        </w:rPr>
        <w:t>ồ</w:t>
      </w:r>
      <w:r w:rsidRPr="00C92318">
        <w:rPr>
          <w:rFonts w:ascii="Times New Roman" w:hAnsi="Times New Roman" w:cs="Times New Roman"/>
          <w:sz w:val="28"/>
          <w:szCs w:val="28"/>
        </w:rPr>
        <w:t>ng hành cùng các b</w:t>
      </w:r>
      <w:r w:rsidRPr="00C92318">
        <w:rPr>
          <w:rFonts w:ascii="Times New Roman" w:hAnsi="Times New Roman" w:cs="Times New Roman"/>
          <w:sz w:val="28"/>
          <w:szCs w:val="28"/>
        </w:rPr>
        <w:t>ạ</w:t>
      </w:r>
      <w:r w:rsidRPr="00C92318">
        <w:rPr>
          <w:rFonts w:ascii="Times New Roman" w:hAnsi="Times New Roman" w:cs="Times New Roman"/>
          <w:sz w:val="28"/>
          <w:szCs w:val="28"/>
        </w:rPr>
        <w:t>n trong môi trư</w:t>
      </w:r>
      <w:r w:rsidRPr="00C92318">
        <w:rPr>
          <w:rFonts w:ascii="Times New Roman" w:hAnsi="Times New Roman" w:cs="Times New Roman"/>
          <w:sz w:val="28"/>
          <w:szCs w:val="28"/>
        </w:rPr>
        <w:t>ờ</w:t>
      </w:r>
      <w:r w:rsidRPr="00C92318">
        <w:rPr>
          <w:rFonts w:ascii="Times New Roman" w:hAnsi="Times New Roman" w:cs="Times New Roman"/>
          <w:sz w:val="28"/>
          <w:szCs w:val="28"/>
        </w:rPr>
        <w:t>ng làm vi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c chuyên nghi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p và thân thi</w:t>
      </w:r>
      <w:r w:rsidRPr="00C92318">
        <w:rPr>
          <w:rFonts w:ascii="Times New Roman" w:hAnsi="Times New Roman" w:cs="Times New Roman"/>
          <w:sz w:val="28"/>
          <w:szCs w:val="28"/>
        </w:rPr>
        <w:t>ệ</w:t>
      </w:r>
      <w:r w:rsidRPr="00C92318">
        <w:rPr>
          <w:rFonts w:ascii="Times New Roman" w:hAnsi="Times New Roman" w:cs="Times New Roman"/>
          <w:sz w:val="28"/>
          <w:szCs w:val="28"/>
        </w:rPr>
        <w:t>n!</w:t>
      </w:r>
    </w:p>
    <w:p w:rsidR="008143F4" w:rsidRPr="00C92318" w:rsidRDefault="00C92318">
      <w:pPr>
        <w:rPr>
          <w:rFonts w:ascii="Times New Roman" w:hAnsi="Times New Roman" w:cs="Times New Roman"/>
          <w:sz w:val="28"/>
          <w:szCs w:val="28"/>
        </w:rPr>
      </w:pPr>
      <w:r w:rsidRPr="00C92318">
        <w:rPr>
          <w:rFonts w:ascii="Times New Roman" w:hAnsi="Times New Roman" w:cs="Times New Roman"/>
          <w:sz w:val="28"/>
          <w:szCs w:val="28"/>
        </w:rPr>
        <w:t>[Tên công ty] – Trân tr</w:t>
      </w:r>
      <w:r w:rsidRPr="00C92318">
        <w:rPr>
          <w:rFonts w:ascii="Times New Roman" w:hAnsi="Times New Roman" w:cs="Times New Roman"/>
          <w:sz w:val="28"/>
          <w:szCs w:val="28"/>
        </w:rPr>
        <w:t>ọ</w:t>
      </w:r>
      <w:r w:rsidRPr="00C92318">
        <w:rPr>
          <w:rFonts w:ascii="Times New Roman" w:hAnsi="Times New Roman" w:cs="Times New Roman"/>
          <w:sz w:val="28"/>
          <w:szCs w:val="28"/>
        </w:rPr>
        <w:t>ng thông báo!</w:t>
      </w:r>
    </w:p>
    <w:sectPr w:rsidR="008143F4" w:rsidRPr="00C9231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43F4"/>
    <w:rsid w:val="00AA1D8D"/>
    <w:rsid w:val="00B47730"/>
    <w:rsid w:val="00C9231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3CB8F2C-DD74-4C56-B442-E142B330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BE2947-1A56-4FBB-8145-434D6254B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THÔNG BÁO TUYỂN DỤNG</vt:lpstr>
    </vt:vector>
  </TitlesOfParts>
  <Manager/>
  <Company/>
  <LinksUpToDate>false</LinksUpToDate>
  <CharactersWithSpaces>1389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2025-07-14T02:44:00Z</dcterms:created>
  <dcterms:modified xsi:type="dcterms:W3CDTF">2025-07-14T02:44:00Z</dcterms:modified>
  <cp:category/>
</cp:coreProperties>
</file>