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D9" w:rsidRPr="002177D9" w:rsidRDefault="002177D9" w:rsidP="002177D9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2177D9">
        <w:rPr>
          <w:rFonts w:ascii="Times New Roman" w:hAnsi="Times New Roman" w:cs="Times New Roman"/>
          <w:color w:val="auto"/>
        </w:rPr>
        <w:t>CỘNG HÒA XÃ HỘI CHỦ NGHĨA VIỆT NAM</w:t>
      </w:r>
    </w:p>
    <w:p w:rsidR="002177D9" w:rsidRPr="002177D9" w:rsidRDefault="002177D9" w:rsidP="002177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Độc lập-Tự do-Hạnh phúc</w:t>
      </w:r>
    </w:p>
    <w:p w:rsidR="006C7525" w:rsidRPr="002177D9" w:rsidRDefault="002177D9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2177D9">
        <w:rPr>
          <w:rFonts w:ascii="Times New Roman" w:hAnsi="Times New Roman" w:cs="Times New Roman"/>
          <w:color w:val="auto"/>
        </w:rPr>
        <w:t>THÔNG BÁO V</w:t>
      </w:r>
      <w:r w:rsidRPr="002177D9">
        <w:rPr>
          <w:rFonts w:ascii="Times New Roman" w:hAnsi="Times New Roman" w:cs="Times New Roman"/>
          <w:color w:val="auto"/>
        </w:rPr>
        <w:t>Ề</w:t>
      </w:r>
      <w:r w:rsidRPr="002177D9">
        <w:rPr>
          <w:rFonts w:ascii="Times New Roman" w:hAnsi="Times New Roman" w:cs="Times New Roman"/>
          <w:color w:val="auto"/>
        </w:rPr>
        <w:t xml:space="preserve"> VI</w:t>
      </w:r>
      <w:r w:rsidRPr="002177D9">
        <w:rPr>
          <w:rFonts w:ascii="Times New Roman" w:hAnsi="Times New Roman" w:cs="Times New Roman"/>
          <w:color w:val="auto"/>
        </w:rPr>
        <w:t>Ệ</w:t>
      </w:r>
      <w:r w:rsidRPr="002177D9">
        <w:rPr>
          <w:rFonts w:ascii="Times New Roman" w:hAnsi="Times New Roman" w:cs="Times New Roman"/>
          <w:color w:val="auto"/>
        </w:rPr>
        <w:t>C CH</w:t>
      </w:r>
      <w:r w:rsidRPr="002177D9">
        <w:rPr>
          <w:rFonts w:ascii="Times New Roman" w:hAnsi="Times New Roman" w:cs="Times New Roman"/>
          <w:color w:val="auto"/>
        </w:rPr>
        <w:t>Ấ</w:t>
      </w:r>
      <w:r w:rsidRPr="002177D9">
        <w:rPr>
          <w:rFonts w:ascii="Times New Roman" w:hAnsi="Times New Roman" w:cs="Times New Roman"/>
          <w:color w:val="auto"/>
        </w:rPr>
        <w:t>M D</w:t>
      </w:r>
      <w:r w:rsidRPr="002177D9">
        <w:rPr>
          <w:rFonts w:ascii="Times New Roman" w:hAnsi="Times New Roman" w:cs="Times New Roman"/>
          <w:color w:val="auto"/>
        </w:rPr>
        <w:t>Ứ</w:t>
      </w:r>
      <w:r w:rsidRPr="002177D9">
        <w:rPr>
          <w:rFonts w:ascii="Times New Roman" w:hAnsi="Times New Roman" w:cs="Times New Roman"/>
          <w:color w:val="auto"/>
        </w:rPr>
        <w:t>T H</w:t>
      </w:r>
      <w:r w:rsidRPr="002177D9">
        <w:rPr>
          <w:rFonts w:ascii="Times New Roman" w:hAnsi="Times New Roman" w:cs="Times New Roman"/>
          <w:color w:val="auto"/>
        </w:rPr>
        <w:t>Ợ</w:t>
      </w:r>
      <w:r w:rsidRPr="002177D9">
        <w:rPr>
          <w:rFonts w:ascii="Times New Roman" w:hAnsi="Times New Roman" w:cs="Times New Roman"/>
          <w:color w:val="auto"/>
        </w:rPr>
        <w:t>P Đ</w:t>
      </w:r>
      <w:r w:rsidRPr="002177D9">
        <w:rPr>
          <w:rFonts w:ascii="Times New Roman" w:hAnsi="Times New Roman" w:cs="Times New Roman"/>
          <w:color w:val="auto"/>
        </w:rPr>
        <w:t>Ồ</w:t>
      </w:r>
      <w:r w:rsidRPr="002177D9">
        <w:rPr>
          <w:rFonts w:ascii="Times New Roman" w:hAnsi="Times New Roman" w:cs="Times New Roman"/>
          <w:color w:val="auto"/>
        </w:rPr>
        <w:t>NG D</w:t>
      </w:r>
      <w:r w:rsidRPr="002177D9">
        <w:rPr>
          <w:rFonts w:ascii="Times New Roman" w:hAnsi="Times New Roman" w:cs="Times New Roman"/>
          <w:color w:val="auto"/>
        </w:rPr>
        <w:t>Ị</w:t>
      </w:r>
      <w:r w:rsidRPr="002177D9">
        <w:rPr>
          <w:rFonts w:ascii="Times New Roman" w:hAnsi="Times New Roman" w:cs="Times New Roman"/>
          <w:color w:val="auto"/>
        </w:rPr>
        <w:t>CH V</w:t>
      </w:r>
      <w:r w:rsidRPr="002177D9">
        <w:rPr>
          <w:rFonts w:ascii="Times New Roman" w:hAnsi="Times New Roman" w:cs="Times New Roman"/>
          <w:color w:val="auto"/>
        </w:rPr>
        <w:t>Ụ</w:t>
      </w:r>
      <w:r w:rsidRPr="002177D9">
        <w:rPr>
          <w:rFonts w:ascii="Times New Roman" w:hAnsi="Times New Roman" w:cs="Times New Roman"/>
          <w:color w:val="auto"/>
        </w:rPr>
        <w:t xml:space="preserve"> QU</w:t>
      </w:r>
      <w:r w:rsidRPr="002177D9">
        <w:rPr>
          <w:rFonts w:ascii="Times New Roman" w:hAnsi="Times New Roman" w:cs="Times New Roman"/>
          <w:color w:val="auto"/>
        </w:rPr>
        <w:t>Ả</w:t>
      </w:r>
      <w:r w:rsidRPr="002177D9">
        <w:rPr>
          <w:rFonts w:ascii="Times New Roman" w:hAnsi="Times New Roman" w:cs="Times New Roman"/>
          <w:color w:val="auto"/>
        </w:rPr>
        <w:t>NG CÁO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Kính g</w:t>
      </w:r>
      <w:r w:rsidRPr="002177D9">
        <w:rPr>
          <w:rFonts w:ascii="Times New Roman" w:hAnsi="Times New Roman" w:cs="Times New Roman"/>
          <w:b/>
          <w:sz w:val="28"/>
          <w:szCs w:val="28"/>
        </w:rPr>
        <w:t>ử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i: </w:t>
      </w:r>
      <w:r w:rsidRPr="002177D9">
        <w:rPr>
          <w:rFonts w:ascii="Times New Roman" w:hAnsi="Times New Roman" w:cs="Times New Roman"/>
          <w:sz w:val="28"/>
          <w:szCs w:val="28"/>
        </w:rPr>
        <w:t>[Tên Tiktoker/Đ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>i tác cá nhân ho</w:t>
      </w:r>
      <w:r w:rsidRPr="002177D9">
        <w:rPr>
          <w:rFonts w:ascii="Times New Roman" w:hAnsi="Times New Roman" w:cs="Times New Roman"/>
          <w:sz w:val="28"/>
          <w:szCs w:val="28"/>
        </w:rPr>
        <w:t>ặ</w:t>
      </w:r>
      <w:r w:rsidRPr="002177D9">
        <w:rPr>
          <w:rFonts w:ascii="Times New Roman" w:hAnsi="Times New Roman" w:cs="Times New Roman"/>
          <w:sz w:val="28"/>
          <w:szCs w:val="28"/>
        </w:rPr>
        <w:t>c công ty]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Căn c</w:t>
      </w:r>
      <w:r w:rsidRPr="002177D9">
        <w:rPr>
          <w:rFonts w:ascii="Times New Roman" w:hAnsi="Times New Roman" w:cs="Times New Roman"/>
          <w:b/>
          <w:sz w:val="28"/>
          <w:szCs w:val="28"/>
        </w:rPr>
        <w:t>ứ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177D9">
        <w:rPr>
          <w:rFonts w:ascii="Times New Roman" w:hAnsi="Times New Roman" w:cs="Times New Roman"/>
          <w:sz w:val="28"/>
          <w:szCs w:val="28"/>
        </w:rPr>
        <w:t>-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 d</w:t>
      </w:r>
      <w:r w:rsidRPr="002177D9">
        <w:rPr>
          <w:rFonts w:ascii="Times New Roman" w:hAnsi="Times New Roman" w:cs="Times New Roman"/>
          <w:sz w:val="28"/>
          <w:szCs w:val="28"/>
        </w:rPr>
        <w:t>ị</w:t>
      </w:r>
      <w:r w:rsidRPr="002177D9">
        <w:rPr>
          <w:rFonts w:ascii="Times New Roman" w:hAnsi="Times New Roman" w:cs="Times New Roman"/>
          <w:sz w:val="28"/>
          <w:szCs w:val="28"/>
        </w:rPr>
        <w:t>ch v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 xml:space="preserve"> qu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ng cáo s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 xml:space="preserve"> [s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 xml:space="preserve">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ng], ký ngày [ngày/tháng/năm] gi</w:t>
      </w:r>
      <w:r w:rsidRPr="002177D9">
        <w:rPr>
          <w:rFonts w:ascii="Times New Roman" w:hAnsi="Times New Roman" w:cs="Times New Roman"/>
          <w:sz w:val="28"/>
          <w:szCs w:val="28"/>
        </w:rPr>
        <w:t>ữ</w:t>
      </w:r>
      <w:r w:rsidRPr="002177D9">
        <w:rPr>
          <w:rFonts w:ascii="Times New Roman" w:hAnsi="Times New Roman" w:cs="Times New Roman"/>
          <w:sz w:val="28"/>
          <w:szCs w:val="28"/>
        </w:rPr>
        <w:t>a [Tên công ty] và [Tên Tiktoker/đ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>i tác]</w:t>
      </w:r>
      <w:r w:rsidRPr="002177D9">
        <w:rPr>
          <w:rFonts w:ascii="Times New Roman" w:hAnsi="Times New Roman" w:cs="Times New Roman"/>
          <w:sz w:val="28"/>
          <w:szCs w:val="28"/>
        </w:rPr>
        <w:br/>
        <w:t>- Nhu c</w:t>
      </w:r>
      <w:r w:rsidRPr="002177D9">
        <w:rPr>
          <w:rFonts w:ascii="Times New Roman" w:hAnsi="Times New Roman" w:cs="Times New Roman"/>
          <w:sz w:val="28"/>
          <w:szCs w:val="28"/>
        </w:rPr>
        <w:t>ầ</w:t>
      </w:r>
      <w:r w:rsidRPr="002177D9">
        <w:rPr>
          <w:rFonts w:ascii="Times New Roman" w:hAnsi="Times New Roman" w:cs="Times New Roman"/>
          <w:sz w:val="28"/>
          <w:szCs w:val="28"/>
        </w:rPr>
        <w:t>u đi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>u ch</w:t>
      </w:r>
      <w:r w:rsidRPr="002177D9">
        <w:rPr>
          <w:rFonts w:ascii="Times New Roman" w:hAnsi="Times New Roman" w:cs="Times New Roman"/>
          <w:sz w:val="28"/>
          <w:szCs w:val="28"/>
        </w:rPr>
        <w:t>ỉ</w:t>
      </w:r>
      <w:r w:rsidRPr="002177D9">
        <w:rPr>
          <w:rFonts w:ascii="Times New Roman" w:hAnsi="Times New Roman" w:cs="Times New Roman"/>
          <w:sz w:val="28"/>
          <w:szCs w:val="28"/>
        </w:rPr>
        <w:t xml:space="preserve">nh </w:t>
      </w:r>
      <w:r w:rsidRPr="002177D9">
        <w:rPr>
          <w:rFonts w:ascii="Times New Roman" w:hAnsi="Times New Roman" w:cs="Times New Roman"/>
          <w:sz w:val="28"/>
          <w:szCs w:val="28"/>
        </w:rPr>
        <w:t>chi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n lư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c truy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>n thông, ngân sách, ho</w:t>
      </w:r>
      <w:r w:rsidRPr="002177D9">
        <w:rPr>
          <w:rFonts w:ascii="Times New Roman" w:hAnsi="Times New Roman" w:cs="Times New Roman"/>
          <w:sz w:val="28"/>
          <w:szCs w:val="28"/>
        </w:rPr>
        <w:t>ặ</w:t>
      </w:r>
      <w:r w:rsidRPr="002177D9">
        <w:rPr>
          <w:rFonts w:ascii="Times New Roman" w:hAnsi="Times New Roman" w:cs="Times New Roman"/>
          <w:sz w:val="28"/>
          <w:szCs w:val="28"/>
        </w:rPr>
        <w:t>c căn c</w:t>
      </w:r>
      <w:r w:rsidRPr="002177D9">
        <w:rPr>
          <w:rFonts w:ascii="Times New Roman" w:hAnsi="Times New Roman" w:cs="Times New Roman"/>
          <w:sz w:val="28"/>
          <w:szCs w:val="28"/>
        </w:rPr>
        <w:t>ứ</w:t>
      </w:r>
      <w:r w:rsidRPr="002177D9">
        <w:rPr>
          <w:rFonts w:ascii="Times New Roman" w:hAnsi="Times New Roman" w:cs="Times New Roman"/>
          <w:sz w:val="28"/>
          <w:szCs w:val="28"/>
        </w:rPr>
        <w:t xml:space="preserve"> vào các đi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>u kho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n đã cam k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t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sz w:val="28"/>
          <w:szCs w:val="28"/>
        </w:rPr>
        <w:t>[Tên công ty] xin thông báo chính th</w:t>
      </w:r>
      <w:r w:rsidRPr="002177D9">
        <w:rPr>
          <w:rFonts w:ascii="Times New Roman" w:hAnsi="Times New Roman" w:cs="Times New Roman"/>
          <w:sz w:val="28"/>
          <w:szCs w:val="28"/>
        </w:rPr>
        <w:t>ứ</w:t>
      </w:r>
      <w:r w:rsidRPr="002177D9">
        <w:rPr>
          <w:rFonts w:ascii="Times New Roman" w:hAnsi="Times New Roman" w:cs="Times New Roman"/>
          <w:sz w:val="28"/>
          <w:szCs w:val="28"/>
        </w:rPr>
        <w:t>c đ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n quý đ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>i tác v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 xml:space="preserve"> vi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c: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sz w:val="28"/>
          <w:szCs w:val="28"/>
        </w:rPr>
        <w:t>CH</w:t>
      </w:r>
      <w:r w:rsidRPr="002177D9">
        <w:rPr>
          <w:rFonts w:ascii="Times New Roman" w:hAnsi="Times New Roman" w:cs="Times New Roman"/>
          <w:sz w:val="28"/>
          <w:szCs w:val="28"/>
        </w:rPr>
        <w:t>Ấ</w:t>
      </w:r>
      <w:r w:rsidRPr="002177D9">
        <w:rPr>
          <w:rFonts w:ascii="Times New Roman" w:hAnsi="Times New Roman" w:cs="Times New Roman"/>
          <w:sz w:val="28"/>
          <w:szCs w:val="28"/>
        </w:rPr>
        <w:t>M D</w:t>
      </w:r>
      <w:r w:rsidRPr="002177D9">
        <w:rPr>
          <w:rFonts w:ascii="Times New Roman" w:hAnsi="Times New Roman" w:cs="Times New Roman"/>
          <w:sz w:val="28"/>
          <w:szCs w:val="28"/>
        </w:rPr>
        <w:t>Ứ</w:t>
      </w:r>
      <w:r w:rsidRPr="002177D9">
        <w:rPr>
          <w:rFonts w:ascii="Times New Roman" w:hAnsi="Times New Roman" w:cs="Times New Roman"/>
          <w:sz w:val="28"/>
          <w:szCs w:val="28"/>
        </w:rPr>
        <w:t>T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 D</w:t>
      </w:r>
      <w:r w:rsidRPr="002177D9">
        <w:rPr>
          <w:rFonts w:ascii="Times New Roman" w:hAnsi="Times New Roman" w:cs="Times New Roman"/>
          <w:sz w:val="28"/>
          <w:szCs w:val="28"/>
        </w:rPr>
        <w:t>Ị</w:t>
      </w:r>
      <w:r w:rsidRPr="002177D9">
        <w:rPr>
          <w:rFonts w:ascii="Times New Roman" w:hAnsi="Times New Roman" w:cs="Times New Roman"/>
          <w:sz w:val="28"/>
          <w:szCs w:val="28"/>
        </w:rPr>
        <w:t>CH V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 xml:space="preserve"> QU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NG CÁO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Ngày ch</w:t>
      </w:r>
      <w:r w:rsidRPr="002177D9">
        <w:rPr>
          <w:rFonts w:ascii="Times New Roman" w:hAnsi="Times New Roman" w:cs="Times New Roman"/>
          <w:b/>
          <w:sz w:val="28"/>
          <w:szCs w:val="28"/>
        </w:rPr>
        <w:t>ấ</w:t>
      </w:r>
      <w:r w:rsidRPr="002177D9">
        <w:rPr>
          <w:rFonts w:ascii="Times New Roman" w:hAnsi="Times New Roman" w:cs="Times New Roman"/>
          <w:b/>
          <w:sz w:val="28"/>
          <w:szCs w:val="28"/>
        </w:rPr>
        <w:t>m d</w:t>
      </w:r>
      <w:r w:rsidRPr="002177D9">
        <w:rPr>
          <w:rFonts w:ascii="Times New Roman" w:hAnsi="Times New Roman" w:cs="Times New Roman"/>
          <w:b/>
          <w:sz w:val="28"/>
          <w:szCs w:val="28"/>
        </w:rPr>
        <w:t>ứ</w:t>
      </w:r>
      <w:r w:rsidRPr="002177D9">
        <w:rPr>
          <w:rFonts w:ascii="Times New Roman" w:hAnsi="Times New Roman" w:cs="Times New Roman"/>
          <w:b/>
          <w:sz w:val="28"/>
          <w:szCs w:val="28"/>
        </w:rPr>
        <w:t>t hi</w:t>
      </w:r>
      <w:r w:rsidRPr="002177D9">
        <w:rPr>
          <w:rFonts w:ascii="Times New Roman" w:hAnsi="Times New Roman" w:cs="Times New Roman"/>
          <w:b/>
          <w:sz w:val="28"/>
          <w:szCs w:val="28"/>
        </w:rPr>
        <w:t>ệ</w:t>
      </w:r>
      <w:r w:rsidRPr="002177D9">
        <w:rPr>
          <w:rFonts w:ascii="Times New Roman" w:hAnsi="Times New Roman" w:cs="Times New Roman"/>
          <w:b/>
          <w:sz w:val="28"/>
          <w:szCs w:val="28"/>
        </w:rPr>
        <w:t>u l</w:t>
      </w:r>
      <w:r w:rsidRPr="002177D9">
        <w:rPr>
          <w:rFonts w:ascii="Times New Roman" w:hAnsi="Times New Roman" w:cs="Times New Roman"/>
          <w:b/>
          <w:sz w:val="28"/>
          <w:szCs w:val="28"/>
        </w:rPr>
        <w:t>ự</w:t>
      </w:r>
      <w:r w:rsidRPr="002177D9">
        <w:rPr>
          <w:rFonts w:ascii="Times New Roman" w:hAnsi="Times New Roman" w:cs="Times New Roman"/>
          <w:b/>
          <w:sz w:val="28"/>
          <w:szCs w:val="28"/>
        </w:rPr>
        <w:t>c h</w:t>
      </w:r>
      <w:r w:rsidRPr="002177D9">
        <w:rPr>
          <w:rFonts w:ascii="Times New Roman" w:hAnsi="Times New Roman" w:cs="Times New Roman"/>
          <w:b/>
          <w:sz w:val="28"/>
          <w:szCs w:val="28"/>
        </w:rPr>
        <w:t>ợ</w:t>
      </w:r>
      <w:r w:rsidRPr="002177D9">
        <w:rPr>
          <w:rFonts w:ascii="Times New Roman" w:hAnsi="Times New Roman" w:cs="Times New Roman"/>
          <w:b/>
          <w:sz w:val="28"/>
          <w:szCs w:val="28"/>
        </w:rPr>
        <w:t>p đ</w:t>
      </w:r>
      <w:r w:rsidRPr="002177D9">
        <w:rPr>
          <w:rFonts w:ascii="Times New Roman" w:hAnsi="Times New Roman" w:cs="Times New Roman"/>
          <w:b/>
          <w:sz w:val="28"/>
          <w:szCs w:val="28"/>
        </w:rPr>
        <w:t>ồ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ng: </w:t>
      </w:r>
      <w:r w:rsidRPr="002177D9">
        <w:rPr>
          <w:rFonts w:ascii="Times New Roman" w:hAnsi="Times New Roman" w:cs="Times New Roman"/>
          <w:sz w:val="28"/>
          <w:szCs w:val="28"/>
        </w:rPr>
        <w:t>[dd/mm/yyyy]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Lý do ch</w:t>
      </w:r>
      <w:r w:rsidRPr="002177D9">
        <w:rPr>
          <w:rFonts w:ascii="Times New Roman" w:hAnsi="Times New Roman" w:cs="Times New Roman"/>
          <w:b/>
          <w:sz w:val="28"/>
          <w:szCs w:val="28"/>
        </w:rPr>
        <w:t>ấ</w:t>
      </w:r>
      <w:r w:rsidRPr="002177D9">
        <w:rPr>
          <w:rFonts w:ascii="Times New Roman" w:hAnsi="Times New Roman" w:cs="Times New Roman"/>
          <w:b/>
          <w:sz w:val="28"/>
          <w:szCs w:val="28"/>
        </w:rPr>
        <w:t>m d</w:t>
      </w:r>
      <w:r w:rsidRPr="002177D9">
        <w:rPr>
          <w:rFonts w:ascii="Times New Roman" w:hAnsi="Times New Roman" w:cs="Times New Roman"/>
          <w:b/>
          <w:sz w:val="28"/>
          <w:szCs w:val="28"/>
        </w:rPr>
        <w:t>ứ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t: </w:t>
      </w:r>
      <w:r w:rsidRPr="002177D9">
        <w:rPr>
          <w:rFonts w:ascii="Times New Roman" w:hAnsi="Times New Roman" w:cs="Times New Roman"/>
          <w:sz w:val="28"/>
          <w:szCs w:val="28"/>
        </w:rPr>
        <w:t>[Ví d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>: H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t h</w:t>
      </w:r>
      <w:r w:rsidRPr="002177D9">
        <w:rPr>
          <w:rFonts w:ascii="Times New Roman" w:hAnsi="Times New Roman" w:cs="Times New Roman"/>
          <w:sz w:val="28"/>
          <w:szCs w:val="28"/>
        </w:rPr>
        <w:t>ạ</w:t>
      </w:r>
      <w:r w:rsidRPr="002177D9">
        <w:rPr>
          <w:rFonts w:ascii="Times New Roman" w:hAnsi="Times New Roman" w:cs="Times New Roman"/>
          <w:sz w:val="28"/>
          <w:szCs w:val="28"/>
        </w:rPr>
        <w:t xml:space="preserve">n </w:t>
      </w:r>
      <w:r w:rsidRPr="002177D9">
        <w:rPr>
          <w:rFonts w:ascii="Times New Roman" w:hAnsi="Times New Roman" w:cs="Times New Roman"/>
          <w:sz w:val="28"/>
          <w:szCs w:val="28"/>
        </w:rPr>
        <w:t>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ng/Do đi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>u ch</w:t>
      </w:r>
      <w:r w:rsidRPr="002177D9">
        <w:rPr>
          <w:rFonts w:ascii="Times New Roman" w:hAnsi="Times New Roman" w:cs="Times New Roman"/>
          <w:sz w:val="28"/>
          <w:szCs w:val="28"/>
        </w:rPr>
        <w:t>ỉ</w:t>
      </w:r>
      <w:r w:rsidRPr="002177D9">
        <w:rPr>
          <w:rFonts w:ascii="Times New Roman" w:hAnsi="Times New Roman" w:cs="Times New Roman"/>
          <w:sz w:val="28"/>
          <w:szCs w:val="28"/>
        </w:rPr>
        <w:t>nh chi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n lư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c/Không đ</w:t>
      </w:r>
      <w:r w:rsidRPr="002177D9">
        <w:rPr>
          <w:rFonts w:ascii="Times New Roman" w:hAnsi="Times New Roman" w:cs="Times New Roman"/>
          <w:sz w:val="28"/>
          <w:szCs w:val="28"/>
        </w:rPr>
        <w:t>ạ</w:t>
      </w:r>
      <w:r w:rsidRPr="002177D9">
        <w:rPr>
          <w:rFonts w:ascii="Times New Roman" w:hAnsi="Times New Roman" w:cs="Times New Roman"/>
          <w:sz w:val="28"/>
          <w:szCs w:val="28"/>
        </w:rPr>
        <w:t>t yêu c</w:t>
      </w:r>
      <w:r w:rsidRPr="002177D9">
        <w:rPr>
          <w:rFonts w:ascii="Times New Roman" w:hAnsi="Times New Roman" w:cs="Times New Roman"/>
          <w:sz w:val="28"/>
          <w:szCs w:val="28"/>
        </w:rPr>
        <w:t>ầ</w:t>
      </w:r>
      <w:r w:rsidRPr="002177D9">
        <w:rPr>
          <w:rFonts w:ascii="Times New Roman" w:hAnsi="Times New Roman" w:cs="Times New Roman"/>
          <w:sz w:val="28"/>
          <w:szCs w:val="28"/>
        </w:rPr>
        <w:t>u theo đi</w:t>
      </w:r>
      <w:r w:rsidRPr="002177D9">
        <w:rPr>
          <w:rFonts w:ascii="Times New Roman" w:hAnsi="Times New Roman" w:cs="Times New Roman"/>
          <w:sz w:val="28"/>
          <w:szCs w:val="28"/>
        </w:rPr>
        <w:t>ề</w:t>
      </w:r>
      <w:r w:rsidRPr="002177D9">
        <w:rPr>
          <w:rFonts w:ascii="Times New Roman" w:hAnsi="Times New Roman" w:cs="Times New Roman"/>
          <w:sz w:val="28"/>
          <w:szCs w:val="28"/>
        </w:rPr>
        <w:t>u kho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n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ng,...]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N</w:t>
      </w:r>
      <w:r w:rsidRPr="002177D9">
        <w:rPr>
          <w:rFonts w:ascii="Times New Roman" w:hAnsi="Times New Roman" w:cs="Times New Roman"/>
          <w:b/>
          <w:sz w:val="28"/>
          <w:szCs w:val="28"/>
        </w:rPr>
        <w:t>ộ</w:t>
      </w:r>
      <w:r w:rsidRPr="002177D9">
        <w:rPr>
          <w:rFonts w:ascii="Times New Roman" w:hAnsi="Times New Roman" w:cs="Times New Roman"/>
          <w:b/>
          <w:sz w:val="28"/>
          <w:szCs w:val="28"/>
        </w:rPr>
        <w:t>i dung thanh lý còn l</w:t>
      </w:r>
      <w:r w:rsidRPr="002177D9">
        <w:rPr>
          <w:rFonts w:ascii="Times New Roman" w:hAnsi="Times New Roman" w:cs="Times New Roman"/>
          <w:b/>
          <w:sz w:val="28"/>
          <w:szCs w:val="28"/>
        </w:rPr>
        <w:t>ạ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i: </w:t>
      </w:r>
      <w:r w:rsidRPr="002177D9">
        <w:rPr>
          <w:rFonts w:ascii="Times New Roman" w:hAnsi="Times New Roman" w:cs="Times New Roman"/>
          <w:sz w:val="28"/>
          <w:szCs w:val="28"/>
        </w:rPr>
        <w:t>+ Thanh toán các kho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n d</w:t>
      </w:r>
      <w:r w:rsidRPr="002177D9">
        <w:rPr>
          <w:rFonts w:ascii="Times New Roman" w:hAnsi="Times New Roman" w:cs="Times New Roman"/>
          <w:sz w:val="28"/>
          <w:szCs w:val="28"/>
        </w:rPr>
        <w:t>ị</w:t>
      </w:r>
      <w:r w:rsidRPr="002177D9">
        <w:rPr>
          <w:rFonts w:ascii="Times New Roman" w:hAnsi="Times New Roman" w:cs="Times New Roman"/>
          <w:sz w:val="28"/>
          <w:szCs w:val="28"/>
        </w:rPr>
        <w:t>ch v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 xml:space="preserve"> đã th</w:t>
      </w:r>
      <w:r w:rsidRPr="002177D9">
        <w:rPr>
          <w:rFonts w:ascii="Times New Roman" w:hAnsi="Times New Roman" w:cs="Times New Roman"/>
          <w:sz w:val="28"/>
          <w:szCs w:val="28"/>
        </w:rPr>
        <w:t>ự</w:t>
      </w:r>
      <w:r w:rsidRPr="002177D9">
        <w:rPr>
          <w:rFonts w:ascii="Times New Roman" w:hAnsi="Times New Roman" w:cs="Times New Roman"/>
          <w:sz w:val="28"/>
          <w:szCs w:val="28"/>
        </w:rPr>
        <w:t>c hi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n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l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 xml:space="preserve"> đ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n th</w:t>
      </w:r>
      <w:r w:rsidRPr="002177D9">
        <w:rPr>
          <w:rFonts w:ascii="Times New Roman" w:hAnsi="Times New Roman" w:cs="Times New Roman"/>
          <w:sz w:val="28"/>
          <w:szCs w:val="28"/>
        </w:rPr>
        <w:t>ờ</w:t>
      </w:r>
      <w:r w:rsidRPr="002177D9">
        <w:rPr>
          <w:rFonts w:ascii="Times New Roman" w:hAnsi="Times New Roman" w:cs="Times New Roman"/>
          <w:sz w:val="28"/>
          <w:szCs w:val="28"/>
        </w:rPr>
        <w:t>i đi</w:t>
      </w:r>
      <w:r w:rsidRPr="002177D9">
        <w:rPr>
          <w:rFonts w:ascii="Times New Roman" w:hAnsi="Times New Roman" w:cs="Times New Roman"/>
          <w:sz w:val="28"/>
          <w:szCs w:val="28"/>
        </w:rPr>
        <w:t>ể</w:t>
      </w:r>
      <w:r w:rsidRPr="002177D9">
        <w:rPr>
          <w:rFonts w:ascii="Times New Roman" w:hAnsi="Times New Roman" w:cs="Times New Roman"/>
          <w:sz w:val="28"/>
          <w:szCs w:val="28"/>
        </w:rPr>
        <w:t>m ch</w:t>
      </w:r>
      <w:r w:rsidRPr="002177D9">
        <w:rPr>
          <w:rFonts w:ascii="Times New Roman" w:hAnsi="Times New Roman" w:cs="Times New Roman"/>
          <w:sz w:val="28"/>
          <w:szCs w:val="28"/>
        </w:rPr>
        <w:t>ấ</w:t>
      </w:r>
      <w:r w:rsidRPr="002177D9">
        <w:rPr>
          <w:rFonts w:ascii="Times New Roman" w:hAnsi="Times New Roman" w:cs="Times New Roman"/>
          <w:sz w:val="28"/>
          <w:szCs w:val="28"/>
        </w:rPr>
        <w:t>m d</w:t>
      </w:r>
      <w:r w:rsidRPr="002177D9">
        <w:rPr>
          <w:rFonts w:ascii="Times New Roman" w:hAnsi="Times New Roman" w:cs="Times New Roman"/>
          <w:sz w:val="28"/>
          <w:szCs w:val="28"/>
        </w:rPr>
        <w:t>ứ</w:t>
      </w:r>
      <w:r w:rsidRPr="002177D9">
        <w:rPr>
          <w:rFonts w:ascii="Times New Roman" w:hAnsi="Times New Roman" w:cs="Times New Roman"/>
          <w:sz w:val="28"/>
          <w:szCs w:val="28"/>
        </w:rPr>
        <w:t>t</w:t>
      </w:r>
      <w:r w:rsidRPr="002177D9">
        <w:rPr>
          <w:rFonts w:ascii="Times New Roman" w:hAnsi="Times New Roman" w:cs="Times New Roman"/>
          <w:sz w:val="28"/>
          <w:szCs w:val="28"/>
        </w:rPr>
        <w:br/>
        <w:t>+ Hai bên s</w:t>
      </w:r>
      <w:r w:rsidRPr="002177D9">
        <w:rPr>
          <w:rFonts w:ascii="Times New Roman" w:hAnsi="Times New Roman" w:cs="Times New Roman"/>
          <w:sz w:val="28"/>
          <w:szCs w:val="28"/>
        </w:rPr>
        <w:t>ẽ</w:t>
      </w:r>
      <w:r w:rsidRPr="002177D9">
        <w:rPr>
          <w:rFonts w:ascii="Times New Roman" w:hAnsi="Times New Roman" w:cs="Times New Roman"/>
          <w:sz w:val="28"/>
          <w:szCs w:val="28"/>
        </w:rPr>
        <w:t xml:space="preserve"> th</w:t>
      </w:r>
      <w:r w:rsidRPr="002177D9">
        <w:rPr>
          <w:rFonts w:ascii="Times New Roman" w:hAnsi="Times New Roman" w:cs="Times New Roman"/>
          <w:sz w:val="28"/>
          <w:szCs w:val="28"/>
        </w:rPr>
        <w:t>ự</w:t>
      </w:r>
      <w:r w:rsidRPr="002177D9">
        <w:rPr>
          <w:rFonts w:ascii="Times New Roman" w:hAnsi="Times New Roman" w:cs="Times New Roman"/>
          <w:sz w:val="28"/>
          <w:szCs w:val="28"/>
        </w:rPr>
        <w:t>c hi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n th</w:t>
      </w:r>
      <w:r w:rsidRPr="002177D9">
        <w:rPr>
          <w:rFonts w:ascii="Times New Roman" w:hAnsi="Times New Roman" w:cs="Times New Roman"/>
          <w:sz w:val="28"/>
          <w:szCs w:val="28"/>
        </w:rPr>
        <w:t>ủ</w:t>
      </w:r>
      <w:r w:rsidRPr="002177D9">
        <w:rPr>
          <w:rFonts w:ascii="Times New Roman" w:hAnsi="Times New Roman" w:cs="Times New Roman"/>
          <w:sz w:val="28"/>
          <w:szCs w:val="28"/>
        </w:rPr>
        <w:t xml:space="preserve"> t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>c bàn giao/hoàn t</w:t>
      </w:r>
      <w:r w:rsidRPr="002177D9">
        <w:rPr>
          <w:rFonts w:ascii="Times New Roman" w:hAnsi="Times New Roman" w:cs="Times New Roman"/>
          <w:sz w:val="28"/>
          <w:szCs w:val="28"/>
        </w:rPr>
        <w:t>ấ</w:t>
      </w:r>
      <w:r w:rsidRPr="002177D9">
        <w:rPr>
          <w:rFonts w:ascii="Times New Roman" w:hAnsi="Times New Roman" w:cs="Times New Roman"/>
          <w:sz w:val="28"/>
          <w:szCs w:val="28"/>
        </w:rPr>
        <w:t>t nghĩa v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 xml:space="preserve"> (n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u có)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sz w:val="28"/>
          <w:szCs w:val="28"/>
        </w:rPr>
        <w:t xml:space="preserve">Chúng </w:t>
      </w:r>
      <w:r w:rsidRPr="002177D9">
        <w:rPr>
          <w:rFonts w:ascii="Times New Roman" w:hAnsi="Times New Roman" w:cs="Times New Roman"/>
          <w:sz w:val="28"/>
          <w:szCs w:val="28"/>
        </w:rPr>
        <w:t>tôi trân tr</w:t>
      </w:r>
      <w:r w:rsidRPr="002177D9">
        <w:rPr>
          <w:rFonts w:ascii="Times New Roman" w:hAnsi="Times New Roman" w:cs="Times New Roman"/>
          <w:sz w:val="28"/>
          <w:szCs w:val="28"/>
        </w:rPr>
        <w:t>ọ</w:t>
      </w:r>
      <w:r w:rsidRPr="002177D9">
        <w:rPr>
          <w:rFonts w:ascii="Times New Roman" w:hAnsi="Times New Roman" w:cs="Times New Roman"/>
          <w:sz w:val="28"/>
          <w:szCs w:val="28"/>
        </w:rPr>
        <w:t>ng c</w:t>
      </w:r>
      <w:r w:rsidRPr="002177D9">
        <w:rPr>
          <w:rFonts w:ascii="Times New Roman" w:hAnsi="Times New Roman" w:cs="Times New Roman"/>
          <w:sz w:val="28"/>
          <w:szCs w:val="28"/>
        </w:rPr>
        <w:t>ả</w:t>
      </w:r>
      <w:r w:rsidRPr="002177D9">
        <w:rPr>
          <w:rFonts w:ascii="Times New Roman" w:hAnsi="Times New Roman" w:cs="Times New Roman"/>
          <w:sz w:val="28"/>
          <w:szCs w:val="28"/>
        </w:rPr>
        <w:t>m ơn quý đ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>i tác đã đ</w:t>
      </w:r>
      <w:r w:rsidRPr="002177D9">
        <w:rPr>
          <w:rFonts w:ascii="Times New Roman" w:hAnsi="Times New Roman" w:cs="Times New Roman"/>
          <w:sz w:val="28"/>
          <w:szCs w:val="28"/>
        </w:rPr>
        <w:t>ồ</w:t>
      </w:r>
      <w:r w:rsidRPr="002177D9">
        <w:rPr>
          <w:rFonts w:ascii="Times New Roman" w:hAnsi="Times New Roman" w:cs="Times New Roman"/>
          <w:sz w:val="28"/>
          <w:szCs w:val="28"/>
        </w:rPr>
        <w:t>ng hành và h</w:t>
      </w:r>
      <w:r w:rsidRPr="002177D9">
        <w:rPr>
          <w:rFonts w:ascii="Times New Roman" w:hAnsi="Times New Roman" w:cs="Times New Roman"/>
          <w:sz w:val="28"/>
          <w:szCs w:val="28"/>
        </w:rPr>
        <w:t>ợ</w:t>
      </w:r>
      <w:r w:rsidRPr="002177D9">
        <w:rPr>
          <w:rFonts w:ascii="Times New Roman" w:hAnsi="Times New Roman" w:cs="Times New Roman"/>
          <w:sz w:val="28"/>
          <w:szCs w:val="28"/>
        </w:rPr>
        <w:t>p tác trong su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>t th</w:t>
      </w:r>
      <w:r w:rsidRPr="002177D9">
        <w:rPr>
          <w:rFonts w:ascii="Times New Roman" w:hAnsi="Times New Roman" w:cs="Times New Roman"/>
          <w:sz w:val="28"/>
          <w:szCs w:val="28"/>
        </w:rPr>
        <w:t>ờ</w:t>
      </w:r>
      <w:r w:rsidRPr="002177D9">
        <w:rPr>
          <w:rFonts w:ascii="Times New Roman" w:hAnsi="Times New Roman" w:cs="Times New Roman"/>
          <w:sz w:val="28"/>
          <w:szCs w:val="28"/>
        </w:rPr>
        <w:t>i gian qua. R</w:t>
      </w:r>
      <w:r w:rsidRPr="002177D9">
        <w:rPr>
          <w:rFonts w:ascii="Times New Roman" w:hAnsi="Times New Roman" w:cs="Times New Roman"/>
          <w:sz w:val="28"/>
          <w:szCs w:val="28"/>
        </w:rPr>
        <w:t>ấ</w:t>
      </w:r>
      <w:r w:rsidRPr="002177D9">
        <w:rPr>
          <w:rFonts w:ascii="Times New Roman" w:hAnsi="Times New Roman" w:cs="Times New Roman"/>
          <w:sz w:val="28"/>
          <w:szCs w:val="28"/>
        </w:rPr>
        <w:t>t mong ti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p t</w:t>
      </w:r>
      <w:r w:rsidRPr="002177D9">
        <w:rPr>
          <w:rFonts w:ascii="Times New Roman" w:hAnsi="Times New Roman" w:cs="Times New Roman"/>
          <w:sz w:val="28"/>
          <w:szCs w:val="28"/>
        </w:rPr>
        <w:t>ụ</w:t>
      </w:r>
      <w:r w:rsidRPr="002177D9">
        <w:rPr>
          <w:rFonts w:ascii="Times New Roman" w:hAnsi="Times New Roman" w:cs="Times New Roman"/>
          <w:sz w:val="28"/>
          <w:szCs w:val="28"/>
        </w:rPr>
        <w:t>c có cơ h</w:t>
      </w:r>
      <w:r w:rsidRPr="002177D9">
        <w:rPr>
          <w:rFonts w:ascii="Times New Roman" w:hAnsi="Times New Roman" w:cs="Times New Roman"/>
          <w:sz w:val="28"/>
          <w:szCs w:val="28"/>
        </w:rPr>
        <w:t>ộ</w:t>
      </w:r>
      <w:r w:rsidRPr="002177D9">
        <w:rPr>
          <w:rFonts w:ascii="Times New Roman" w:hAnsi="Times New Roman" w:cs="Times New Roman"/>
          <w:sz w:val="28"/>
          <w:szCs w:val="28"/>
        </w:rPr>
        <w:t>i làm vi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c trong các chi</w:t>
      </w:r>
      <w:r w:rsidRPr="002177D9">
        <w:rPr>
          <w:rFonts w:ascii="Times New Roman" w:hAnsi="Times New Roman" w:cs="Times New Roman"/>
          <w:sz w:val="28"/>
          <w:szCs w:val="28"/>
        </w:rPr>
        <w:t>ế</w:t>
      </w:r>
      <w:r w:rsidRPr="002177D9">
        <w:rPr>
          <w:rFonts w:ascii="Times New Roman" w:hAnsi="Times New Roman" w:cs="Times New Roman"/>
          <w:sz w:val="28"/>
          <w:szCs w:val="28"/>
        </w:rPr>
        <w:t>n d</w:t>
      </w:r>
      <w:r w:rsidRPr="002177D9">
        <w:rPr>
          <w:rFonts w:ascii="Times New Roman" w:hAnsi="Times New Roman" w:cs="Times New Roman"/>
          <w:sz w:val="28"/>
          <w:szCs w:val="28"/>
        </w:rPr>
        <w:t>ị</w:t>
      </w:r>
      <w:r w:rsidRPr="002177D9">
        <w:rPr>
          <w:rFonts w:ascii="Times New Roman" w:hAnsi="Times New Roman" w:cs="Times New Roman"/>
          <w:sz w:val="28"/>
          <w:szCs w:val="28"/>
        </w:rPr>
        <w:t>ch khác trong tương lai.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M</w:t>
      </w:r>
      <w:r w:rsidRPr="002177D9">
        <w:rPr>
          <w:rFonts w:ascii="Times New Roman" w:hAnsi="Times New Roman" w:cs="Times New Roman"/>
          <w:b/>
          <w:sz w:val="28"/>
          <w:szCs w:val="28"/>
        </w:rPr>
        <w:t>ọ</w:t>
      </w:r>
      <w:r w:rsidRPr="002177D9">
        <w:rPr>
          <w:rFonts w:ascii="Times New Roman" w:hAnsi="Times New Roman" w:cs="Times New Roman"/>
          <w:b/>
          <w:sz w:val="28"/>
          <w:szCs w:val="28"/>
        </w:rPr>
        <w:t>i th</w:t>
      </w:r>
      <w:r w:rsidRPr="002177D9">
        <w:rPr>
          <w:rFonts w:ascii="Times New Roman" w:hAnsi="Times New Roman" w:cs="Times New Roman"/>
          <w:b/>
          <w:sz w:val="28"/>
          <w:szCs w:val="28"/>
        </w:rPr>
        <w:t>ắ</w:t>
      </w:r>
      <w:r w:rsidRPr="002177D9">
        <w:rPr>
          <w:rFonts w:ascii="Times New Roman" w:hAnsi="Times New Roman" w:cs="Times New Roman"/>
          <w:b/>
          <w:sz w:val="28"/>
          <w:szCs w:val="28"/>
        </w:rPr>
        <w:t>c m</w:t>
      </w:r>
      <w:r w:rsidRPr="002177D9">
        <w:rPr>
          <w:rFonts w:ascii="Times New Roman" w:hAnsi="Times New Roman" w:cs="Times New Roman"/>
          <w:b/>
          <w:sz w:val="28"/>
          <w:szCs w:val="28"/>
        </w:rPr>
        <w:t>ắ</w:t>
      </w:r>
      <w:r w:rsidRPr="002177D9">
        <w:rPr>
          <w:rFonts w:ascii="Times New Roman" w:hAnsi="Times New Roman" w:cs="Times New Roman"/>
          <w:b/>
          <w:sz w:val="28"/>
          <w:szCs w:val="28"/>
        </w:rPr>
        <w:t>c, vui lòng liên h</w:t>
      </w:r>
      <w:r w:rsidRPr="002177D9">
        <w:rPr>
          <w:rFonts w:ascii="Times New Roman" w:hAnsi="Times New Roman" w:cs="Times New Roman"/>
          <w:b/>
          <w:sz w:val="28"/>
          <w:szCs w:val="28"/>
        </w:rPr>
        <w:t>ệ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Ngư</w:t>
      </w:r>
      <w:r w:rsidRPr="002177D9">
        <w:rPr>
          <w:rFonts w:ascii="Times New Roman" w:hAnsi="Times New Roman" w:cs="Times New Roman"/>
          <w:b/>
          <w:sz w:val="28"/>
          <w:szCs w:val="28"/>
        </w:rPr>
        <w:t>ờ</w:t>
      </w:r>
      <w:r w:rsidRPr="002177D9">
        <w:rPr>
          <w:rFonts w:ascii="Times New Roman" w:hAnsi="Times New Roman" w:cs="Times New Roman"/>
          <w:b/>
          <w:sz w:val="28"/>
          <w:szCs w:val="28"/>
        </w:rPr>
        <w:t>i ph</w:t>
      </w:r>
      <w:r w:rsidRPr="002177D9">
        <w:rPr>
          <w:rFonts w:ascii="Times New Roman" w:hAnsi="Times New Roman" w:cs="Times New Roman"/>
          <w:b/>
          <w:sz w:val="28"/>
          <w:szCs w:val="28"/>
        </w:rPr>
        <w:t>ụ</w:t>
      </w:r>
      <w:r w:rsidRPr="002177D9">
        <w:rPr>
          <w:rFonts w:ascii="Times New Roman" w:hAnsi="Times New Roman" w:cs="Times New Roman"/>
          <w:b/>
          <w:sz w:val="28"/>
          <w:szCs w:val="28"/>
        </w:rPr>
        <w:t xml:space="preserve"> trách: </w:t>
      </w:r>
      <w:r w:rsidRPr="002177D9">
        <w:rPr>
          <w:rFonts w:ascii="Times New Roman" w:hAnsi="Times New Roman" w:cs="Times New Roman"/>
          <w:sz w:val="28"/>
          <w:szCs w:val="28"/>
        </w:rPr>
        <w:t>[Tên nhân viên liên h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 xml:space="preserve">SĐT: </w:t>
      </w:r>
      <w:r w:rsidRPr="002177D9">
        <w:rPr>
          <w:rFonts w:ascii="Times New Roman" w:hAnsi="Times New Roman" w:cs="Times New Roman"/>
          <w:sz w:val="28"/>
          <w:szCs w:val="28"/>
        </w:rPr>
        <w:t>[S</w:t>
      </w:r>
      <w:r w:rsidRPr="002177D9">
        <w:rPr>
          <w:rFonts w:ascii="Times New Roman" w:hAnsi="Times New Roman" w:cs="Times New Roman"/>
          <w:sz w:val="28"/>
          <w:szCs w:val="28"/>
        </w:rPr>
        <w:t>ố</w:t>
      </w:r>
      <w:r w:rsidRPr="002177D9">
        <w:rPr>
          <w:rFonts w:ascii="Times New Roman" w:hAnsi="Times New Roman" w:cs="Times New Roman"/>
          <w:sz w:val="28"/>
          <w:szCs w:val="28"/>
        </w:rPr>
        <w:t xml:space="preserve"> đi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n tho</w:t>
      </w:r>
      <w:r w:rsidRPr="002177D9">
        <w:rPr>
          <w:rFonts w:ascii="Times New Roman" w:hAnsi="Times New Roman" w:cs="Times New Roman"/>
          <w:sz w:val="28"/>
          <w:szCs w:val="28"/>
        </w:rPr>
        <w:t>ạ</w:t>
      </w:r>
      <w:r w:rsidRPr="002177D9">
        <w:rPr>
          <w:rFonts w:ascii="Times New Roman" w:hAnsi="Times New Roman" w:cs="Times New Roman"/>
          <w:sz w:val="28"/>
          <w:szCs w:val="28"/>
        </w:rPr>
        <w:t>i]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 xml:space="preserve">Email: </w:t>
      </w:r>
      <w:r w:rsidRPr="002177D9">
        <w:rPr>
          <w:rFonts w:ascii="Times New Roman" w:hAnsi="Times New Roman" w:cs="Times New Roman"/>
          <w:sz w:val="28"/>
          <w:szCs w:val="28"/>
        </w:rPr>
        <w:t>[Email liên h</w:t>
      </w:r>
      <w:r w:rsidRPr="002177D9">
        <w:rPr>
          <w:rFonts w:ascii="Times New Roman" w:hAnsi="Times New Roman" w:cs="Times New Roman"/>
          <w:sz w:val="28"/>
          <w:szCs w:val="28"/>
        </w:rPr>
        <w:t>ệ</w:t>
      </w:r>
      <w:r w:rsidRPr="002177D9">
        <w:rPr>
          <w:rFonts w:ascii="Times New Roman" w:hAnsi="Times New Roman" w:cs="Times New Roman"/>
          <w:sz w:val="28"/>
          <w:szCs w:val="28"/>
        </w:rPr>
        <w:t>]</w:t>
      </w:r>
    </w:p>
    <w:p w:rsidR="006C7525" w:rsidRPr="002177D9" w:rsidRDefault="002177D9">
      <w:pPr>
        <w:rPr>
          <w:rFonts w:ascii="Times New Roman" w:hAnsi="Times New Roman" w:cs="Times New Roman"/>
          <w:sz w:val="28"/>
          <w:szCs w:val="28"/>
        </w:rPr>
      </w:pPr>
      <w:r w:rsidRPr="002177D9">
        <w:rPr>
          <w:rFonts w:ascii="Times New Roman" w:hAnsi="Times New Roman" w:cs="Times New Roman"/>
          <w:sz w:val="28"/>
          <w:szCs w:val="28"/>
        </w:rPr>
        <w:t>Trân tr</w:t>
      </w:r>
      <w:r w:rsidRPr="002177D9">
        <w:rPr>
          <w:rFonts w:ascii="Times New Roman" w:hAnsi="Times New Roman" w:cs="Times New Roman"/>
          <w:sz w:val="28"/>
          <w:szCs w:val="28"/>
        </w:rPr>
        <w:t>ọ</w:t>
      </w:r>
      <w:r w:rsidRPr="002177D9">
        <w:rPr>
          <w:rFonts w:ascii="Times New Roman" w:hAnsi="Times New Roman" w:cs="Times New Roman"/>
          <w:sz w:val="28"/>
          <w:szCs w:val="28"/>
        </w:rPr>
        <w:t>ng.</w:t>
      </w:r>
      <w:bookmarkStart w:id="0" w:name="_GoBack"/>
      <w:bookmarkEnd w:id="0"/>
    </w:p>
    <w:p w:rsidR="006C7525" w:rsidRPr="002177D9" w:rsidRDefault="002177D9" w:rsidP="002177D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2177D9">
        <w:rPr>
          <w:rFonts w:ascii="Times New Roman" w:hAnsi="Times New Roman" w:cs="Times New Roman"/>
          <w:i/>
          <w:sz w:val="28"/>
          <w:szCs w:val="28"/>
        </w:rPr>
        <w:lastRenderedPageBreak/>
        <w:t>[Đ</w:t>
      </w:r>
      <w:r w:rsidRPr="002177D9">
        <w:rPr>
          <w:rFonts w:ascii="Times New Roman" w:hAnsi="Times New Roman" w:cs="Times New Roman"/>
          <w:i/>
          <w:sz w:val="28"/>
          <w:szCs w:val="28"/>
        </w:rPr>
        <w:t>ị</w:t>
      </w:r>
      <w:r w:rsidRPr="002177D9">
        <w:rPr>
          <w:rFonts w:ascii="Times New Roman" w:hAnsi="Times New Roman" w:cs="Times New Roman"/>
          <w:i/>
          <w:sz w:val="28"/>
          <w:szCs w:val="28"/>
        </w:rPr>
        <w:t>a danh], ngày [dd/mm/yyyy]</w:t>
      </w:r>
    </w:p>
    <w:p w:rsidR="006C7525" w:rsidRPr="002177D9" w:rsidRDefault="002177D9" w:rsidP="002177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Đ</w:t>
      </w:r>
      <w:r w:rsidRPr="002177D9">
        <w:rPr>
          <w:rFonts w:ascii="Times New Roman" w:hAnsi="Times New Roman" w:cs="Times New Roman"/>
          <w:b/>
          <w:sz w:val="28"/>
          <w:szCs w:val="28"/>
        </w:rPr>
        <w:t>Ạ</w:t>
      </w:r>
      <w:r w:rsidRPr="002177D9">
        <w:rPr>
          <w:rFonts w:ascii="Times New Roman" w:hAnsi="Times New Roman" w:cs="Times New Roman"/>
          <w:b/>
          <w:sz w:val="28"/>
          <w:szCs w:val="28"/>
        </w:rPr>
        <w:t>I DI</w:t>
      </w:r>
      <w:r w:rsidRPr="002177D9">
        <w:rPr>
          <w:rFonts w:ascii="Times New Roman" w:hAnsi="Times New Roman" w:cs="Times New Roman"/>
          <w:b/>
          <w:sz w:val="28"/>
          <w:szCs w:val="28"/>
        </w:rPr>
        <w:t>Ệ</w:t>
      </w:r>
      <w:r w:rsidRPr="002177D9">
        <w:rPr>
          <w:rFonts w:ascii="Times New Roman" w:hAnsi="Times New Roman" w:cs="Times New Roman"/>
          <w:b/>
          <w:sz w:val="28"/>
          <w:szCs w:val="28"/>
        </w:rPr>
        <w:t>N CÔNG TY</w:t>
      </w:r>
    </w:p>
    <w:p w:rsidR="006C7525" w:rsidRPr="002177D9" w:rsidRDefault="002177D9" w:rsidP="002177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(Ký tên, đóng d</w:t>
      </w:r>
      <w:r w:rsidRPr="002177D9">
        <w:rPr>
          <w:rFonts w:ascii="Times New Roman" w:hAnsi="Times New Roman" w:cs="Times New Roman"/>
          <w:b/>
          <w:sz w:val="28"/>
          <w:szCs w:val="28"/>
        </w:rPr>
        <w:t>ấ</w:t>
      </w:r>
      <w:r w:rsidRPr="002177D9">
        <w:rPr>
          <w:rFonts w:ascii="Times New Roman" w:hAnsi="Times New Roman" w:cs="Times New Roman"/>
          <w:b/>
          <w:sz w:val="28"/>
          <w:szCs w:val="28"/>
        </w:rPr>
        <w:t>u)</w:t>
      </w:r>
    </w:p>
    <w:p w:rsidR="006C7525" w:rsidRPr="002177D9" w:rsidRDefault="002177D9" w:rsidP="002177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177D9">
        <w:rPr>
          <w:rFonts w:ascii="Times New Roman" w:hAnsi="Times New Roman" w:cs="Times New Roman"/>
          <w:b/>
          <w:sz w:val="28"/>
          <w:szCs w:val="28"/>
        </w:rPr>
        <w:t>[Tên ngư</w:t>
      </w:r>
      <w:r w:rsidRPr="002177D9">
        <w:rPr>
          <w:rFonts w:ascii="Times New Roman" w:hAnsi="Times New Roman" w:cs="Times New Roman"/>
          <w:b/>
          <w:sz w:val="28"/>
          <w:szCs w:val="28"/>
        </w:rPr>
        <w:t>ờ</w:t>
      </w:r>
      <w:r w:rsidRPr="002177D9">
        <w:rPr>
          <w:rFonts w:ascii="Times New Roman" w:hAnsi="Times New Roman" w:cs="Times New Roman"/>
          <w:b/>
          <w:sz w:val="28"/>
          <w:szCs w:val="28"/>
        </w:rPr>
        <w:t>i đ</w:t>
      </w:r>
      <w:r w:rsidRPr="002177D9">
        <w:rPr>
          <w:rFonts w:ascii="Times New Roman" w:hAnsi="Times New Roman" w:cs="Times New Roman"/>
          <w:b/>
          <w:sz w:val="28"/>
          <w:szCs w:val="28"/>
        </w:rPr>
        <w:t>ạ</w:t>
      </w:r>
      <w:r w:rsidRPr="002177D9">
        <w:rPr>
          <w:rFonts w:ascii="Times New Roman" w:hAnsi="Times New Roman" w:cs="Times New Roman"/>
          <w:b/>
          <w:sz w:val="28"/>
          <w:szCs w:val="28"/>
        </w:rPr>
        <w:t>i di</w:t>
      </w:r>
      <w:r w:rsidRPr="002177D9">
        <w:rPr>
          <w:rFonts w:ascii="Times New Roman" w:hAnsi="Times New Roman" w:cs="Times New Roman"/>
          <w:b/>
          <w:sz w:val="28"/>
          <w:szCs w:val="28"/>
        </w:rPr>
        <w:t>ệ</w:t>
      </w:r>
      <w:r w:rsidRPr="002177D9">
        <w:rPr>
          <w:rFonts w:ascii="Times New Roman" w:hAnsi="Times New Roman" w:cs="Times New Roman"/>
          <w:b/>
          <w:sz w:val="28"/>
          <w:szCs w:val="28"/>
        </w:rPr>
        <w:t>n – ch</w:t>
      </w:r>
      <w:r w:rsidRPr="002177D9">
        <w:rPr>
          <w:rFonts w:ascii="Times New Roman" w:hAnsi="Times New Roman" w:cs="Times New Roman"/>
          <w:b/>
          <w:sz w:val="28"/>
          <w:szCs w:val="28"/>
        </w:rPr>
        <w:t>ứ</w:t>
      </w:r>
      <w:r w:rsidRPr="002177D9">
        <w:rPr>
          <w:rFonts w:ascii="Times New Roman" w:hAnsi="Times New Roman" w:cs="Times New Roman"/>
          <w:b/>
          <w:sz w:val="28"/>
          <w:szCs w:val="28"/>
        </w:rPr>
        <w:t>c v</w:t>
      </w:r>
      <w:r w:rsidRPr="002177D9">
        <w:rPr>
          <w:rFonts w:ascii="Times New Roman" w:hAnsi="Times New Roman" w:cs="Times New Roman"/>
          <w:b/>
          <w:sz w:val="28"/>
          <w:szCs w:val="28"/>
        </w:rPr>
        <w:t>ụ</w:t>
      </w:r>
      <w:r w:rsidRPr="002177D9">
        <w:rPr>
          <w:rFonts w:ascii="Times New Roman" w:hAnsi="Times New Roman" w:cs="Times New Roman"/>
          <w:b/>
          <w:sz w:val="28"/>
          <w:szCs w:val="28"/>
        </w:rPr>
        <w:t>]</w:t>
      </w:r>
    </w:p>
    <w:sectPr w:rsidR="006C7525" w:rsidRPr="002177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77D9"/>
    <w:rsid w:val="0029639D"/>
    <w:rsid w:val="00326F90"/>
    <w:rsid w:val="006C752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232B91-8DCD-4EA2-BCA2-519F5D68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CỘNG HÒA XÃ HỘI CHỦ NGHĨA VIỆT NAM</vt:lpstr>
      <vt:lpstr>THÔNG BÁO VỀ VIỆC CHẤM DỨT HỢP ĐỒNG DỊCH VỤ QUẢNG CÁO</vt:lpstr>
    </vt:vector>
  </TitlesOfParts>
  <Manager/>
  <Company/>
  <LinksUpToDate>false</LinksUpToDate>
  <CharactersWithSpaces>1214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2025-07-14T02:48:00Z</dcterms:created>
  <dcterms:modified xsi:type="dcterms:W3CDTF">2025-07-14T02:48:00Z</dcterms:modified>
  <cp:category/>
</cp:coreProperties>
</file>