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"/>
        <w:gridCol w:w="6983"/>
      </w:tblGrid>
      <w:tr w:rsidR="009605E6" w:rsidRPr="009605E6" w:rsidTr="009605E6">
        <w:tc>
          <w:tcPr>
            <w:tcW w:w="1668" w:type="dxa"/>
          </w:tcPr>
          <w:p w:rsidR="009605E6" w:rsidRPr="009605E6" w:rsidRDefault="009605E6" w:rsidP="009605E6">
            <w:pPr>
              <w:spacing w:after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5E6">
              <w:rPr>
                <w:rFonts w:ascii="Times New Roman" w:hAnsi="Times New Roman" w:cs="Times New Roman"/>
                <w:b/>
                <w:sz w:val="28"/>
                <w:szCs w:val="28"/>
              </w:rPr>
              <w:t>[TÊN DOANH NGHIỆP TƯ NH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Â</w:t>
            </w:r>
            <w:r w:rsidRPr="009605E6">
              <w:rPr>
                <w:rFonts w:ascii="Times New Roman" w:hAnsi="Times New Roman" w:cs="Times New Roman"/>
                <w:b/>
                <w:sz w:val="28"/>
                <w:szCs w:val="28"/>
              </w:rPr>
              <w:t>N]</w:t>
            </w:r>
          </w:p>
          <w:p w:rsidR="009605E6" w:rsidRPr="009605E6" w:rsidRDefault="009605E6" w:rsidP="009605E6">
            <w:pPr>
              <w:spacing w:after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5E6">
              <w:rPr>
                <w:rFonts w:ascii="Times New Roman" w:hAnsi="Times New Roman" w:cs="Times New Roman"/>
                <w:b/>
                <w:sz w:val="28"/>
                <w:szCs w:val="28"/>
              </w:rPr>
              <w:t>Số: …………</w:t>
            </w:r>
          </w:p>
        </w:tc>
        <w:tc>
          <w:tcPr>
            <w:tcW w:w="7188" w:type="dxa"/>
          </w:tcPr>
          <w:p w:rsidR="009605E6" w:rsidRPr="009605E6" w:rsidRDefault="009605E6" w:rsidP="009605E6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5E6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9605E6" w:rsidRPr="009605E6" w:rsidRDefault="009605E6" w:rsidP="009605E6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5E6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9605E6" w:rsidRPr="009605E6" w:rsidRDefault="009605E6" w:rsidP="009605E6">
      <w:pPr>
        <w:spacing w:after="1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4AE8" w:rsidRDefault="009605E6" w:rsidP="009605E6">
      <w:pPr>
        <w:spacing w:after="12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05E6">
        <w:rPr>
          <w:rFonts w:ascii="Times New Roman" w:hAnsi="Times New Roman" w:cs="Times New Roman"/>
          <w:i/>
          <w:sz w:val="28"/>
          <w:szCs w:val="28"/>
        </w:rPr>
        <w:t>…………, ngày …. tháng …. năm ………</w:t>
      </w:r>
    </w:p>
    <w:p w:rsidR="009605E6" w:rsidRPr="009605E6" w:rsidRDefault="009605E6" w:rsidP="009605E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5E6">
        <w:rPr>
          <w:rFonts w:ascii="Times New Roman" w:hAnsi="Times New Roman" w:cs="Times New Roman"/>
          <w:b/>
          <w:sz w:val="28"/>
          <w:szCs w:val="28"/>
        </w:rPr>
        <w:t>THÔNG BÁO</w:t>
      </w:r>
    </w:p>
    <w:p w:rsidR="00BA3268" w:rsidRPr="009605E6" w:rsidRDefault="009E0C6F" w:rsidP="009605E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5E6">
        <w:rPr>
          <w:rFonts w:ascii="Times New Roman" w:hAnsi="Times New Roman" w:cs="Times New Roman"/>
          <w:b/>
          <w:sz w:val="28"/>
          <w:szCs w:val="28"/>
        </w:rPr>
        <w:t>V/v: Thông báo thay đ</w:t>
      </w:r>
      <w:r w:rsidRPr="009605E6">
        <w:rPr>
          <w:rFonts w:ascii="Times New Roman" w:hAnsi="Times New Roman" w:cs="Times New Roman"/>
          <w:b/>
          <w:sz w:val="28"/>
          <w:szCs w:val="28"/>
        </w:rPr>
        <w:t>ổ</w:t>
      </w:r>
      <w:r w:rsidRPr="009605E6">
        <w:rPr>
          <w:rFonts w:ascii="Times New Roman" w:hAnsi="Times New Roman" w:cs="Times New Roman"/>
          <w:b/>
          <w:sz w:val="28"/>
          <w:szCs w:val="28"/>
        </w:rPr>
        <w:t>i đ</w:t>
      </w:r>
      <w:r w:rsidRPr="009605E6">
        <w:rPr>
          <w:rFonts w:ascii="Times New Roman" w:hAnsi="Times New Roman" w:cs="Times New Roman"/>
          <w:b/>
          <w:sz w:val="28"/>
          <w:szCs w:val="28"/>
        </w:rPr>
        <w:t>ị</w:t>
      </w:r>
      <w:r w:rsidRPr="009605E6">
        <w:rPr>
          <w:rFonts w:ascii="Times New Roman" w:hAnsi="Times New Roman" w:cs="Times New Roman"/>
          <w:b/>
          <w:sz w:val="28"/>
          <w:szCs w:val="28"/>
        </w:rPr>
        <w:t>a ch</w:t>
      </w:r>
      <w:r w:rsidRPr="009605E6">
        <w:rPr>
          <w:rFonts w:ascii="Times New Roman" w:hAnsi="Times New Roman" w:cs="Times New Roman"/>
          <w:b/>
          <w:sz w:val="28"/>
          <w:szCs w:val="28"/>
        </w:rPr>
        <w:t>ỉ</w:t>
      </w:r>
      <w:r w:rsidRPr="009605E6">
        <w:rPr>
          <w:rFonts w:ascii="Times New Roman" w:hAnsi="Times New Roman" w:cs="Times New Roman"/>
          <w:b/>
          <w:sz w:val="28"/>
          <w:szCs w:val="28"/>
        </w:rPr>
        <w:t xml:space="preserve"> tr</w:t>
      </w:r>
      <w:r w:rsidRPr="009605E6">
        <w:rPr>
          <w:rFonts w:ascii="Times New Roman" w:hAnsi="Times New Roman" w:cs="Times New Roman"/>
          <w:b/>
          <w:sz w:val="28"/>
          <w:szCs w:val="28"/>
        </w:rPr>
        <w:t>ụ</w:t>
      </w:r>
      <w:r w:rsidRPr="009605E6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Pr="009605E6">
        <w:rPr>
          <w:rFonts w:ascii="Times New Roman" w:hAnsi="Times New Roman" w:cs="Times New Roman"/>
          <w:b/>
          <w:sz w:val="28"/>
          <w:szCs w:val="28"/>
        </w:rPr>
        <w:t>ở</w:t>
      </w:r>
      <w:r w:rsidRPr="009605E6">
        <w:rPr>
          <w:rFonts w:ascii="Times New Roman" w:hAnsi="Times New Roman" w:cs="Times New Roman"/>
          <w:b/>
          <w:sz w:val="28"/>
          <w:szCs w:val="28"/>
        </w:rPr>
        <w:t xml:space="preserve"> doanh nghi</w:t>
      </w:r>
      <w:r w:rsidRPr="009605E6">
        <w:rPr>
          <w:rFonts w:ascii="Times New Roman" w:hAnsi="Times New Roman" w:cs="Times New Roman"/>
          <w:b/>
          <w:sz w:val="28"/>
          <w:szCs w:val="28"/>
        </w:rPr>
        <w:t>ệ</w:t>
      </w:r>
      <w:r w:rsidRPr="009605E6">
        <w:rPr>
          <w:rFonts w:ascii="Times New Roman" w:hAnsi="Times New Roman" w:cs="Times New Roman"/>
          <w:b/>
          <w:sz w:val="28"/>
          <w:szCs w:val="28"/>
        </w:rPr>
        <w:t>p</w:t>
      </w:r>
    </w:p>
    <w:p w:rsidR="00BA3268" w:rsidRPr="009605E6" w:rsidRDefault="00BA326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Kính g</w:t>
      </w:r>
      <w:r w:rsidRPr="009605E6">
        <w:rPr>
          <w:rFonts w:ascii="Times New Roman" w:hAnsi="Times New Roman" w:cs="Times New Roman"/>
          <w:sz w:val="28"/>
          <w:szCs w:val="28"/>
        </w:rPr>
        <w:t>ử</w:t>
      </w:r>
      <w:r w:rsidRPr="009605E6">
        <w:rPr>
          <w:rFonts w:ascii="Times New Roman" w:hAnsi="Times New Roman" w:cs="Times New Roman"/>
          <w:sz w:val="28"/>
          <w:szCs w:val="28"/>
        </w:rPr>
        <w:t>i: Quý Đ</w:t>
      </w:r>
      <w:r w:rsidRPr="009605E6">
        <w:rPr>
          <w:rFonts w:ascii="Times New Roman" w:hAnsi="Times New Roman" w:cs="Times New Roman"/>
          <w:sz w:val="28"/>
          <w:szCs w:val="28"/>
        </w:rPr>
        <w:t>ố</w:t>
      </w:r>
      <w:r w:rsidRPr="009605E6">
        <w:rPr>
          <w:rFonts w:ascii="Times New Roman" w:hAnsi="Times New Roman" w:cs="Times New Roman"/>
          <w:sz w:val="28"/>
          <w:szCs w:val="28"/>
        </w:rPr>
        <w:t>i tác, Khách hàng</w:t>
      </w:r>
    </w:p>
    <w:p w:rsidR="00BA3268" w:rsidRPr="009605E6" w:rsidRDefault="00BA326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Căn c</w:t>
      </w:r>
      <w:r w:rsidRPr="009605E6">
        <w:rPr>
          <w:rFonts w:ascii="Times New Roman" w:hAnsi="Times New Roman" w:cs="Times New Roman"/>
          <w:sz w:val="28"/>
          <w:szCs w:val="28"/>
        </w:rPr>
        <w:t>ứ</w:t>
      </w:r>
      <w:r w:rsidRPr="009605E6">
        <w:rPr>
          <w:rFonts w:ascii="Times New Roman" w:hAnsi="Times New Roman" w:cs="Times New Roman"/>
          <w:sz w:val="28"/>
          <w:szCs w:val="28"/>
        </w:rPr>
        <w:t xml:space="preserve"> Ngh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 xml:space="preserve"> quy</w:t>
      </w:r>
      <w:r w:rsidRPr="009605E6">
        <w:rPr>
          <w:rFonts w:ascii="Times New Roman" w:hAnsi="Times New Roman" w:cs="Times New Roman"/>
          <w:sz w:val="28"/>
          <w:szCs w:val="28"/>
        </w:rPr>
        <w:t>ế</w:t>
      </w:r>
      <w:r w:rsidRPr="009605E6">
        <w:rPr>
          <w:rFonts w:ascii="Times New Roman" w:hAnsi="Times New Roman" w:cs="Times New Roman"/>
          <w:sz w:val="28"/>
          <w:szCs w:val="28"/>
        </w:rPr>
        <w:t>t s</w:t>
      </w:r>
      <w:r w:rsidRPr="009605E6">
        <w:rPr>
          <w:rFonts w:ascii="Times New Roman" w:hAnsi="Times New Roman" w:cs="Times New Roman"/>
          <w:sz w:val="28"/>
          <w:szCs w:val="28"/>
        </w:rPr>
        <w:t>ố</w:t>
      </w:r>
      <w:r w:rsidRPr="009605E6">
        <w:rPr>
          <w:rFonts w:ascii="Times New Roman" w:hAnsi="Times New Roman" w:cs="Times New Roman"/>
          <w:sz w:val="28"/>
          <w:szCs w:val="28"/>
        </w:rPr>
        <w:t xml:space="preserve"> …/UBTVQH… ngày … c</w:t>
      </w:r>
      <w:r w:rsidRPr="009605E6">
        <w:rPr>
          <w:rFonts w:ascii="Times New Roman" w:hAnsi="Times New Roman" w:cs="Times New Roman"/>
          <w:sz w:val="28"/>
          <w:szCs w:val="28"/>
        </w:rPr>
        <w:t>ủ</w:t>
      </w:r>
      <w:r w:rsidRPr="009605E6">
        <w:rPr>
          <w:rFonts w:ascii="Times New Roman" w:hAnsi="Times New Roman" w:cs="Times New Roman"/>
          <w:sz w:val="28"/>
          <w:szCs w:val="28"/>
        </w:rPr>
        <w:t xml:space="preserve">a </w:t>
      </w:r>
      <w:r w:rsidRPr="009605E6">
        <w:rPr>
          <w:rFonts w:ascii="Times New Roman" w:hAnsi="Times New Roman" w:cs="Times New Roman"/>
          <w:sz w:val="28"/>
          <w:szCs w:val="28"/>
        </w:rPr>
        <w:t>Ủ</w:t>
      </w:r>
      <w:r w:rsidRPr="009605E6">
        <w:rPr>
          <w:rFonts w:ascii="Times New Roman" w:hAnsi="Times New Roman" w:cs="Times New Roman"/>
          <w:sz w:val="28"/>
          <w:szCs w:val="28"/>
        </w:rPr>
        <w:t>y ban Thư</w:t>
      </w:r>
      <w:r w:rsidRPr="009605E6">
        <w:rPr>
          <w:rFonts w:ascii="Times New Roman" w:hAnsi="Times New Roman" w:cs="Times New Roman"/>
          <w:sz w:val="28"/>
          <w:szCs w:val="28"/>
        </w:rPr>
        <w:t>ờ</w:t>
      </w:r>
      <w:r w:rsidRPr="009605E6">
        <w:rPr>
          <w:rFonts w:ascii="Times New Roman" w:hAnsi="Times New Roman" w:cs="Times New Roman"/>
          <w:sz w:val="28"/>
          <w:szCs w:val="28"/>
        </w:rPr>
        <w:t>ng v</w:t>
      </w:r>
      <w:r w:rsidRPr="009605E6">
        <w:rPr>
          <w:rFonts w:ascii="Times New Roman" w:hAnsi="Times New Roman" w:cs="Times New Roman"/>
          <w:sz w:val="28"/>
          <w:szCs w:val="28"/>
        </w:rPr>
        <w:t>ụ</w:t>
      </w:r>
      <w:r w:rsidRPr="009605E6">
        <w:rPr>
          <w:rFonts w:ascii="Times New Roman" w:hAnsi="Times New Roman" w:cs="Times New Roman"/>
          <w:sz w:val="28"/>
          <w:szCs w:val="28"/>
        </w:rPr>
        <w:t xml:space="preserve"> Qu</w:t>
      </w:r>
      <w:r w:rsidRPr="009605E6">
        <w:rPr>
          <w:rFonts w:ascii="Times New Roman" w:hAnsi="Times New Roman" w:cs="Times New Roman"/>
          <w:sz w:val="28"/>
          <w:szCs w:val="28"/>
        </w:rPr>
        <w:t>ố</w:t>
      </w:r>
      <w:r w:rsidRPr="009605E6">
        <w:rPr>
          <w:rFonts w:ascii="Times New Roman" w:hAnsi="Times New Roman" w:cs="Times New Roman"/>
          <w:sz w:val="28"/>
          <w:szCs w:val="28"/>
        </w:rPr>
        <w:t>c h</w:t>
      </w:r>
      <w:r w:rsidRPr="009605E6">
        <w:rPr>
          <w:rFonts w:ascii="Times New Roman" w:hAnsi="Times New Roman" w:cs="Times New Roman"/>
          <w:sz w:val="28"/>
          <w:szCs w:val="28"/>
        </w:rPr>
        <w:t>ộ</w:t>
      </w:r>
      <w:r w:rsidRPr="009605E6">
        <w:rPr>
          <w:rFonts w:ascii="Times New Roman" w:hAnsi="Times New Roman" w:cs="Times New Roman"/>
          <w:sz w:val="28"/>
          <w:szCs w:val="28"/>
        </w:rPr>
        <w:t>i v</w:t>
      </w:r>
      <w:r w:rsidRPr="009605E6">
        <w:rPr>
          <w:rFonts w:ascii="Times New Roman" w:hAnsi="Times New Roman" w:cs="Times New Roman"/>
          <w:sz w:val="28"/>
          <w:szCs w:val="28"/>
        </w:rPr>
        <w:t>ề</w:t>
      </w:r>
      <w:r w:rsidRPr="009605E6">
        <w:rPr>
          <w:rFonts w:ascii="Times New Roman" w:hAnsi="Times New Roman" w:cs="Times New Roman"/>
          <w:sz w:val="28"/>
          <w:szCs w:val="28"/>
        </w:rPr>
        <w:t xml:space="preserve"> vi</w:t>
      </w:r>
      <w:r w:rsidRPr="009605E6">
        <w:rPr>
          <w:rFonts w:ascii="Times New Roman" w:hAnsi="Times New Roman" w:cs="Times New Roman"/>
          <w:sz w:val="28"/>
          <w:szCs w:val="28"/>
        </w:rPr>
        <w:t>ệ</w:t>
      </w:r>
      <w:r w:rsidRPr="009605E6">
        <w:rPr>
          <w:rFonts w:ascii="Times New Roman" w:hAnsi="Times New Roman" w:cs="Times New Roman"/>
          <w:sz w:val="28"/>
          <w:szCs w:val="28"/>
        </w:rPr>
        <w:t>c s</w:t>
      </w:r>
      <w:r w:rsidRPr="009605E6">
        <w:rPr>
          <w:rFonts w:ascii="Times New Roman" w:hAnsi="Times New Roman" w:cs="Times New Roman"/>
          <w:sz w:val="28"/>
          <w:szCs w:val="28"/>
        </w:rPr>
        <w:t>ắ</w:t>
      </w:r>
      <w:r w:rsidRPr="009605E6">
        <w:rPr>
          <w:rFonts w:ascii="Times New Roman" w:hAnsi="Times New Roman" w:cs="Times New Roman"/>
          <w:sz w:val="28"/>
          <w:szCs w:val="28"/>
        </w:rPr>
        <w:t>p x</w:t>
      </w:r>
      <w:r w:rsidRPr="009605E6">
        <w:rPr>
          <w:rFonts w:ascii="Times New Roman" w:hAnsi="Times New Roman" w:cs="Times New Roman"/>
          <w:sz w:val="28"/>
          <w:szCs w:val="28"/>
        </w:rPr>
        <w:t>ế</w:t>
      </w:r>
      <w:r w:rsidRPr="009605E6">
        <w:rPr>
          <w:rFonts w:ascii="Times New Roman" w:hAnsi="Times New Roman" w:cs="Times New Roman"/>
          <w:sz w:val="28"/>
          <w:szCs w:val="28"/>
        </w:rPr>
        <w:t>p hành chính t</w:t>
      </w:r>
      <w:r w:rsidRPr="009605E6">
        <w:rPr>
          <w:rFonts w:ascii="Times New Roman" w:hAnsi="Times New Roman" w:cs="Times New Roman"/>
          <w:sz w:val="28"/>
          <w:szCs w:val="28"/>
        </w:rPr>
        <w:t>ỉ</w:t>
      </w:r>
      <w:r w:rsidRPr="009605E6">
        <w:rPr>
          <w:rFonts w:ascii="Times New Roman" w:hAnsi="Times New Roman" w:cs="Times New Roman"/>
          <w:sz w:val="28"/>
          <w:szCs w:val="28"/>
        </w:rPr>
        <w:t>nh/xã;</w:t>
      </w: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Do s</w:t>
      </w:r>
      <w:r w:rsidRPr="009605E6">
        <w:rPr>
          <w:rFonts w:ascii="Times New Roman" w:hAnsi="Times New Roman" w:cs="Times New Roman"/>
          <w:sz w:val="28"/>
          <w:szCs w:val="28"/>
        </w:rPr>
        <w:t>ự</w:t>
      </w:r>
      <w:r w:rsidRPr="009605E6">
        <w:rPr>
          <w:rFonts w:ascii="Times New Roman" w:hAnsi="Times New Roman" w:cs="Times New Roman"/>
          <w:sz w:val="28"/>
          <w:szCs w:val="28"/>
        </w:rPr>
        <w:t xml:space="preserve"> thay đ</w:t>
      </w:r>
      <w:r w:rsidRPr="009605E6">
        <w:rPr>
          <w:rFonts w:ascii="Times New Roman" w:hAnsi="Times New Roman" w:cs="Times New Roman"/>
          <w:sz w:val="28"/>
          <w:szCs w:val="28"/>
        </w:rPr>
        <w:t>ổ</w:t>
      </w:r>
      <w:r w:rsidRPr="009605E6">
        <w:rPr>
          <w:rFonts w:ascii="Times New Roman" w:hAnsi="Times New Roman" w:cs="Times New Roman"/>
          <w:sz w:val="28"/>
          <w:szCs w:val="28"/>
        </w:rPr>
        <w:t>i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gi</w:t>
      </w:r>
      <w:r w:rsidRPr="009605E6">
        <w:rPr>
          <w:rFonts w:ascii="Times New Roman" w:hAnsi="Times New Roman" w:cs="Times New Roman"/>
          <w:sz w:val="28"/>
          <w:szCs w:val="28"/>
        </w:rPr>
        <w:t>ớ</w:t>
      </w:r>
      <w:r w:rsidRPr="009605E6">
        <w:rPr>
          <w:rFonts w:ascii="Times New Roman" w:hAnsi="Times New Roman" w:cs="Times New Roman"/>
          <w:sz w:val="28"/>
          <w:szCs w:val="28"/>
        </w:rPr>
        <w:t xml:space="preserve">i hành chính, chúng tôi – [Tên </w:t>
      </w:r>
      <w:r w:rsidRPr="009605E6">
        <w:rPr>
          <w:rFonts w:ascii="Times New Roman" w:hAnsi="Times New Roman" w:cs="Times New Roman"/>
          <w:sz w:val="28"/>
          <w:szCs w:val="28"/>
        </w:rPr>
        <w:t>doanh nghi</w:t>
      </w:r>
      <w:r w:rsidRPr="009605E6">
        <w:rPr>
          <w:rFonts w:ascii="Times New Roman" w:hAnsi="Times New Roman" w:cs="Times New Roman"/>
          <w:sz w:val="28"/>
          <w:szCs w:val="28"/>
        </w:rPr>
        <w:t>ệ</w:t>
      </w:r>
      <w:r w:rsidRPr="009605E6">
        <w:rPr>
          <w:rFonts w:ascii="Times New Roman" w:hAnsi="Times New Roman" w:cs="Times New Roman"/>
          <w:sz w:val="28"/>
          <w:szCs w:val="28"/>
        </w:rPr>
        <w:t>p tư nhân], Mã s</w:t>
      </w:r>
      <w:r w:rsidRPr="009605E6">
        <w:rPr>
          <w:rFonts w:ascii="Times New Roman" w:hAnsi="Times New Roman" w:cs="Times New Roman"/>
          <w:sz w:val="28"/>
          <w:szCs w:val="28"/>
        </w:rPr>
        <w:t>ố</w:t>
      </w:r>
      <w:r w:rsidRPr="009605E6">
        <w:rPr>
          <w:rFonts w:ascii="Times New Roman" w:hAnsi="Times New Roman" w:cs="Times New Roman"/>
          <w:sz w:val="28"/>
          <w:szCs w:val="28"/>
        </w:rPr>
        <w:t xml:space="preserve"> thu</w:t>
      </w:r>
      <w:r w:rsidRPr="009605E6">
        <w:rPr>
          <w:rFonts w:ascii="Times New Roman" w:hAnsi="Times New Roman" w:cs="Times New Roman"/>
          <w:sz w:val="28"/>
          <w:szCs w:val="28"/>
        </w:rPr>
        <w:t>ế</w:t>
      </w:r>
      <w:r w:rsidRPr="009605E6">
        <w:rPr>
          <w:rFonts w:ascii="Times New Roman" w:hAnsi="Times New Roman" w:cs="Times New Roman"/>
          <w:sz w:val="28"/>
          <w:szCs w:val="28"/>
        </w:rPr>
        <w:t>: … xin trân tr</w:t>
      </w:r>
      <w:r w:rsidRPr="009605E6">
        <w:rPr>
          <w:rFonts w:ascii="Times New Roman" w:hAnsi="Times New Roman" w:cs="Times New Roman"/>
          <w:sz w:val="28"/>
          <w:szCs w:val="28"/>
        </w:rPr>
        <w:t>ọ</w:t>
      </w:r>
      <w:r w:rsidRPr="009605E6">
        <w:rPr>
          <w:rFonts w:ascii="Times New Roman" w:hAnsi="Times New Roman" w:cs="Times New Roman"/>
          <w:sz w:val="28"/>
          <w:szCs w:val="28"/>
        </w:rPr>
        <w:t>ng thông báo:</w:t>
      </w:r>
    </w:p>
    <w:p w:rsidR="00BA3268" w:rsidRPr="009605E6" w:rsidRDefault="00BA326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–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ch</w:t>
      </w:r>
      <w:r w:rsidRPr="009605E6">
        <w:rPr>
          <w:rFonts w:ascii="Times New Roman" w:hAnsi="Times New Roman" w:cs="Times New Roman"/>
          <w:sz w:val="28"/>
          <w:szCs w:val="28"/>
        </w:rPr>
        <w:t>ỉ</w:t>
      </w:r>
      <w:r w:rsidRPr="009605E6">
        <w:rPr>
          <w:rFonts w:ascii="Times New Roman" w:hAnsi="Times New Roman" w:cs="Times New Roman"/>
          <w:sz w:val="28"/>
          <w:szCs w:val="28"/>
        </w:rPr>
        <w:t xml:space="preserve"> cũ: [ghi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ch</w:t>
      </w:r>
      <w:r w:rsidRPr="009605E6">
        <w:rPr>
          <w:rFonts w:ascii="Times New Roman" w:hAnsi="Times New Roman" w:cs="Times New Roman"/>
          <w:sz w:val="28"/>
          <w:szCs w:val="28"/>
        </w:rPr>
        <w:t>ỉ</w:t>
      </w:r>
      <w:r w:rsidRPr="009605E6">
        <w:rPr>
          <w:rFonts w:ascii="Times New Roman" w:hAnsi="Times New Roman" w:cs="Times New Roman"/>
          <w:sz w:val="28"/>
          <w:szCs w:val="28"/>
        </w:rPr>
        <w:t xml:space="preserve"> đ</w:t>
      </w:r>
      <w:r w:rsidRPr="009605E6">
        <w:rPr>
          <w:rFonts w:ascii="Times New Roman" w:hAnsi="Times New Roman" w:cs="Times New Roman"/>
          <w:sz w:val="28"/>
          <w:szCs w:val="28"/>
        </w:rPr>
        <w:t>ầ</w:t>
      </w:r>
      <w:r w:rsidRPr="009605E6">
        <w:rPr>
          <w:rFonts w:ascii="Times New Roman" w:hAnsi="Times New Roman" w:cs="Times New Roman"/>
          <w:sz w:val="28"/>
          <w:szCs w:val="28"/>
        </w:rPr>
        <w:t>y đ</w:t>
      </w:r>
      <w:r w:rsidRPr="009605E6">
        <w:rPr>
          <w:rFonts w:ascii="Times New Roman" w:hAnsi="Times New Roman" w:cs="Times New Roman"/>
          <w:sz w:val="28"/>
          <w:szCs w:val="28"/>
        </w:rPr>
        <w:t>ủ</w:t>
      </w:r>
      <w:r w:rsidRPr="009605E6">
        <w:rPr>
          <w:rFonts w:ascii="Times New Roman" w:hAnsi="Times New Roman" w:cs="Times New Roman"/>
          <w:sz w:val="28"/>
          <w:szCs w:val="28"/>
        </w:rPr>
        <w:t xml:space="preserve"> trư</w:t>
      </w:r>
      <w:r w:rsidRPr="009605E6">
        <w:rPr>
          <w:rFonts w:ascii="Times New Roman" w:hAnsi="Times New Roman" w:cs="Times New Roman"/>
          <w:sz w:val="28"/>
          <w:szCs w:val="28"/>
        </w:rPr>
        <w:t>ớ</w:t>
      </w:r>
      <w:r w:rsidRPr="009605E6">
        <w:rPr>
          <w:rFonts w:ascii="Times New Roman" w:hAnsi="Times New Roman" w:cs="Times New Roman"/>
          <w:sz w:val="28"/>
          <w:szCs w:val="28"/>
        </w:rPr>
        <w:t>c khi sáp nh</w:t>
      </w:r>
      <w:r w:rsidRPr="009605E6">
        <w:rPr>
          <w:rFonts w:ascii="Times New Roman" w:hAnsi="Times New Roman" w:cs="Times New Roman"/>
          <w:sz w:val="28"/>
          <w:szCs w:val="28"/>
        </w:rPr>
        <w:t>ậ</w:t>
      </w:r>
      <w:r w:rsidRPr="009605E6">
        <w:rPr>
          <w:rFonts w:ascii="Times New Roman" w:hAnsi="Times New Roman" w:cs="Times New Roman"/>
          <w:sz w:val="28"/>
          <w:szCs w:val="28"/>
        </w:rPr>
        <w:t>p]</w:t>
      </w: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–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ch</w:t>
      </w:r>
      <w:r w:rsidRPr="009605E6">
        <w:rPr>
          <w:rFonts w:ascii="Times New Roman" w:hAnsi="Times New Roman" w:cs="Times New Roman"/>
          <w:sz w:val="28"/>
          <w:szCs w:val="28"/>
        </w:rPr>
        <w:t>ỉ</w:t>
      </w:r>
      <w:r w:rsidRPr="009605E6">
        <w:rPr>
          <w:rFonts w:ascii="Times New Roman" w:hAnsi="Times New Roman" w:cs="Times New Roman"/>
          <w:sz w:val="28"/>
          <w:szCs w:val="28"/>
        </w:rPr>
        <w:t xml:space="preserve"> m</w:t>
      </w:r>
      <w:r w:rsidRPr="009605E6">
        <w:rPr>
          <w:rFonts w:ascii="Times New Roman" w:hAnsi="Times New Roman" w:cs="Times New Roman"/>
          <w:sz w:val="28"/>
          <w:szCs w:val="28"/>
        </w:rPr>
        <w:t>ớ</w:t>
      </w:r>
      <w:r w:rsidRPr="009605E6">
        <w:rPr>
          <w:rFonts w:ascii="Times New Roman" w:hAnsi="Times New Roman" w:cs="Times New Roman"/>
          <w:sz w:val="28"/>
          <w:szCs w:val="28"/>
        </w:rPr>
        <w:t>i: [ghi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ch</w:t>
      </w:r>
      <w:r w:rsidRPr="009605E6">
        <w:rPr>
          <w:rFonts w:ascii="Times New Roman" w:hAnsi="Times New Roman" w:cs="Times New Roman"/>
          <w:sz w:val="28"/>
          <w:szCs w:val="28"/>
        </w:rPr>
        <w:t>ỉ</w:t>
      </w:r>
      <w:r w:rsidRPr="009605E6">
        <w:rPr>
          <w:rFonts w:ascii="Times New Roman" w:hAnsi="Times New Roman" w:cs="Times New Roman"/>
          <w:sz w:val="28"/>
          <w:szCs w:val="28"/>
        </w:rPr>
        <w:t xml:space="preserve"> đ</w:t>
      </w:r>
      <w:r w:rsidRPr="009605E6">
        <w:rPr>
          <w:rFonts w:ascii="Times New Roman" w:hAnsi="Times New Roman" w:cs="Times New Roman"/>
          <w:sz w:val="28"/>
          <w:szCs w:val="28"/>
        </w:rPr>
        <w:t>ầ</w:t>
      </w:r>
      <w:r w:rsidRPr="009605E6">
        <w:rPr>
          <w:rFonts w:ascii="Times New Roman" w:hAnsi="Times New Roman" w:cs="Times New Roman"/>
          <w:sz w:val="28"/>
          <w:szCs w:val="28"/>
        </w:rPr>
        <w:t>y đ</w:t>
      </w:r>
      <w:r w:rsidRPr="009605E6">
        <w:rPr>
          <w:rFonts w:ascii="Times New Roman" w:hAnsi="Times New Roman" w:cs="Times New Roman"/>
          <w:sz w:val="28"/>
          <w:szCs w:val="28"/>
        </w:rPr>
        <w:t>ủ</w:t>
      </w:r>
      <w:r w:rsidRPr="009605E6">
        <w:rPr>
          <w:rFonts w:ascii="Times New Roman" w:hAnsi="Times New Roman" w:cs="Times New Roman"/>
          <w:sz w:val="28"/>
          <w:szCs w:val="28"/>
        </w:rPr>
        <w:t xml:space="preserve"> theo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gi</w:t>
      </w:r>
      <w:r w:rsidRPr="009605E6">
        <w:rPr>
          <w:rFonts w:ascii="Times New Roman" w:hAnsi="Times New Roman" w:cs="Times New Roman"/>
          <w:sz w:val="28"/>
          <w:szCs w:val="28"/>
        </w:rPr>
        <w:t>ớ</w:t>
      </w:r>
      <w:r w:rsidRPr="009605E6">
        <w:rPr>
          <w:rFonts w:ascii="Times New Roman" w:hAnsi="Times New Roman" w:cs="Times New Roman"/>
          <w:sz w:val="28"/>
          <w:szCs w:val="28"/>
        </w:rPr>
        <w:t>i hành chính m</w:t>
      </w:r>
      <w:r w:rsidRPr="009605E6">
        <w:rPr>
          <w:rFonts w:ascii="Times New Roman" w:hAnsi="Times New Roman" w:cs="Times New Roman"/>
          <w:sz w:val="28"/>
          <w:szCs w:val="28"/>
        </w:rPr>
        <w:t>ớ</w:t>
      </w:r>
      <w:r w:rsidRPr="009605E6">
        <w:rPr>
          <w:rFonts w:ascii="Times New Roman" w:hAnsi="Times New Roman" w:cs="Times New Roman"/>
          <w:sz w:val="28"/>
          <w:szCs w:val="28"/>
        </w:rPr>
        <w:t>i]</w:t>
      </w:r>
    </w:p>
    <w:p w:rsidR="00BA3268" w:rsidRPr="009605E6" w:rsidRDefault="00BA326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Các thông tin khác (mã s</w:t>
      </w:r>
      <w:r w:rsidRPr="009605E6">
        <w:rPr>
          <w:rFonts w:ascii="Times New Roman" w:hAnsi="Times New Roman" w:cs="Times New Roman"/>
          <w:sz w:val="28"/>
          <w:szCs w:val="28"/>
        </w:rPr>
        <w:t>ố</w:t>
      </w:r>
      <w:r w:rsidRPr="009605E6">
        <w:rPr>
          <w:rFonts w:ascii="Times New Roman" w:hAnsi="Times New Roman" w:cs="Times New Roman"/>
          <w:sz w:val="28"/>
          <w:szCs w:val="28"/>
        </w:rPr>
        <w:t xml:space="preserve"> thu</w:t>
      </w:r>
      <w:r w:rsidRPr="009605E6">
        <w:rPr>
          <w:rFonts w:ascii="Times New Roman" w:hAnsi="Times New Roman" w:cs="Times New Roman"/>
          <w:sz w:val="28"/>
          <w:szCs w:val="28"/>
        </w:rPr>
        <w:t>ế</w:t>
      </w:r>
      <w:r w:rsidRPr="009605E6">
        <w:rPr>
          <w:rFonts w:ascii="Times New Roman" w:hAnsi="Times New Roman" w:cs="Times New Roman"/>
          <w:sz w:val="28"/>
          <w:szCs w:val="28"/>
        </w:rPr>
        <w:t>, đi</w:t>
      </w:r>
      <w:r w:rsidRPr="009605E6">
        <w:rPr>
          <w:rFonts w:ascii="Times New Roman" w:hAnsi="Times New Roman" w:cs="Times New Roman"/>
          <w:sz w:val="28"/>
          <w:szCs w:val="28"/>
        </w:rPr>
        <w:t>ệ</w:t>
      </w:r>
      <w:r w:rsidRPr="009605E6">
        <w:rPr>
          <w:rFonts w:ascii="Times New Roman" w:hAnsi="Times New Roman" w:cs="Times New Roman"/>
          <w:sz w:val="28"/>
          <w:szCs w:val="28"/>
        </w:rPr>
        <w:t>n tho</w:t>
      </w:r>
      <w:r w:rsidRPr="009605E6">
        <w:rPr>
          <w:rFonts w:ascii="Times New Roman" w:hAnsi="Times New Roman" w:cs="Times New Roman"/>
          <w:sz w:val="28"/>
          <w:szCs w:val="28"/>
        </w:rPr>
        <w:t>ạ</w:t>
      </w:r>
      <w:r w:rsidRPr="009605E6">
        <w:rPr>
          <w:rFonts w:ascii="Times New Roman" w:hAnsi="Times New Roman" w:cs="Times New Roman"/>
          <w:sz w:val="28"/>
          <w:szCs w:val="28"/>
        </w:rPr>
        <w:t>i, email, ngành ngh</w:t>
      </w:r>
      <w:r w:rsidRPr="009605E6">
        <w:rPr>
          <w:rFonts w:ascii="Times New Roman" w:hAnsi="Times New Roman" w:cs="Times New Roman"/>
          <w:sz w:val="28"/>
          <w:szCs w:val="28"/>
        </w:rPr>
        <w:t>ề</w:t>
      </w:r>
      <w:r w:rsidRPr="009605E6">
        <w:rPr>
          <w:rFonts w:ascii="Times New Roman" w:hAnsi="Times New Roman" w:cs="Times New Roman"/>
          <w:sz w:val="28"/>
          <w:szCs w:val="28"/>
        </w:rPr>
        <w:t>…) không th</w:t>
      </w:r>
      <w:r w:rsidRPr="009605E6">
        <w:rPr>
          <w:rFonts w:ascii="Times New Roman" w:hAnsi="Times New Roman" w:cs="Times New Roman"/>
          <w:sz w:val="28"/>
          <w:szCs w:val="28"/>
        </w:rPr>
        <w:t>ay đ</w:t>
      </w:r>
      <w:r w:rsidRPr="009605E6">
        <w:rPr>
          <w:rFonts w:ascii="Times New Roman" w:hAnsi="Times New Roman" w:cs="Times New Roman"/>
          <w:sz w:val="28"/>
          <w:szCs w:val="28"/>
        </w:rPr>
        <w:t>ổ</w:t>
      </w:r>
      <w:r w:rsidRPr="009605E6">
        <w:rPr>
          <w:rFonts w:ascii="Times New Roman" w:hAnsi="Times New Roman" w:cs="Times New Roman"/>
          <w:sz w:val="28"/>
          <w:szCs w:val="28"/>
        </w:rPr>
        <w:t>i.</w:t>
      </w:r>
    </w:p>
    <w:p w:rsidR="00BA3268" w:rsidRPr="009605E6" w:rsidRDefault="00BA326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Th</w:t>
      </w:r>
      <w:r w:rsidRPr="009605E6">
        <w:rPr>
          <w:rFonts w:ascii="Times New Roman" w:hAnsi="Times New Roman" w:cs="Times New Roman"/>
          <w:sz w:val="28"/>
          <w:szCs w:val="28"/>
        </w:rPr>
        <w:t>ờ</w:t>
      </w:r>
      <w:r w:rsidRPr="009605E6">
        <w:rPr>
          <w:rFonts w:ascii="Times New Roman" w:hAnsi="Times New Roman" w:cs="Times New Roman"/>
          <w:sz w:val="28"/>
          <w:szCs w:val="28"/>
        </w:rPr>
        <w:t>i đi</w:t>
      </w:r>
      <w:r w:rsidRPr="009605E6">
        <w:rPr>
          <w:rFonts w:ascii="Times New Roman" w:hAnsi="Times New Roman" w:cs="Times New Roman"/>
          <w:sz w:val="28"/>
          <w:szCs w:val="28"/>
        </w:rPr>
        <w:t>ể</w:t>
      </w:r>
      <w:r w:rsidRPr="009605E6">
        <w:rPr>
          <w:rFonts w:ascii="Times New Roman" w:hAnsi="Times New Roman" w:cs="Times New Roman"/>
          <w:sz w:val="28"/>
          <w:szCs w:val="28"/>
        </w:rPr>
        <w:t>m áp d</w:t>
      </w:r>
      <w:r w:rsidRPr="009605E6">
        <w:rPr>
          <w:rFonts w:ascii="Times New Roman" w:hAnsi="Times New Roman" w:cs="Times New Roman"/>
          <w:sz w:val="28"/>
          <w:szCs w:val="28"/>
        </w:rPr>
        <w:t>ụ</w:t>
      </w:r>
      <w:r w:rsidRPr="009605E6">
        <w:rPr>
          <w:rFonts w:ascii="Times New Roman" w:hAnsi="Times New Roman" w:cs="Times New Roman"/>
          <w:sz w:val="28"/>
          <w:szCs w:val="28"/>
        </w:rPr>
        <w:t>ng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ch</w:t>
      </w:r>
      <w:r w:rsidRPr="009605E6">
        <w:rPr>
          <w:rFonts w:ascii="Times New Roman" w:hAnsi="Times New Roman" w:cs="Times New Roman"/>
          <w:sz w:val="28"/>
          <w:szCs w:val="28"/>
        </w:rPr>
        <w:t>ỉ</w:t>
      </w:r>
      <w:r w:rsidRPr="009605E6">
        <w:rPr>
          <w:rFonts w:ascii="Times New Roman" w:hAnsi="Times New Roman" w:cs="Times New Roman"/>
          <w:sz w:val="28"/>
          <w:szCs w:val="28"/>
        </w:rPr>
        <w:t xml:space="preserve"> m</w:t>
      </w:r>
      <w:r w:rsidRPr="009605E6">
        <w:rPr>
          <w:rFonts w:ascii="Times New Roman" w:hAnsi="Times New Roman" w:cs="Times New Roman"/>
          <w:sz w:val="28"/>
          <w:szCs w:val="28"/>
        </w:rPr>
        <w:t>ớ</w:t>
      </w:r>
      <w:r w:rsidRPr="009605E6">
        <w:rPr>
          <w:rFonts w:ascii="Times New Roman" w:hAnsi="Times New Roman" w:cs="Times New Roman"/>
          <w:sz w:val="28"/>
          <w:szCs w:val="28"/>
        </w:rPr>
        <w:t>i: t</w:t>
      </w:r>
      <w:r w:rsidRPr="009605E6">
        <w:rPr>
          <w:rFonts w:ascii="Times New Roman" w:hAnsi="Times New Roman" w:cs="Times New Roman"/>
          <w:sz w:val="28"/>
          <w:szCs w:val="28"/>
        </w:rPr>
        <w:t>ừ</w:t>
      </w:r>
      <w:r w:rsidRPr="009605E6">
        <w:rPr>
          <w:rFonts w:ascii="Times New Roman" w:hAnsi="Times New Roman" w:cs="Times New Roman"/>
          <w:sz w:val="28"/>
          <w:szCs w:val="28"/>
        </w:rPr>
        <w:t xml:space="preserve"> ngày … tháng … năm …</w:t>
      </w:r>
    </w:p>
    <w:p w:rsidR="00BA3268" w:rsidRPr="009605E6" w:rsidRDefault="00BA326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M</w:t>
      </w:r>
      <w:r w:rsidRPr="009605E6">
        <w:rPr>
          <w:rFonts w:ascii="Times New Roman" w:hAnsi="Times New Roman" w:cs="Times New Roman"/>
          <w:sz w:val="28"/>
          <w:szCs w:val="28"/>
        </w:rPr>
        <w:t>ọ</w:t>
      </w:r>
      <w:r w:rsidRPr="009605E6">
        <w:rPr>
          <w:rFonts w:ascii="Times New Roman" w:hAnsi="Times New Roman" w:cs="Times New Roman"/>
          <w:sz w:val="28"/>
          <w:szCs w:val="28"/>
        </w:rPr>
        <w:t>i giao d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ch, hóa đơn, liên h</w:t>
      </w:r>
      <w:r w:rsidRPr="009605E6">
        <w:rPr>
          <w:rFonts w:ascii="Times New Roman" w:hAnsi="Times New Roman" w:cs="Times New Roman"/>
          <w:sz w:val="28"/>
          <w:szCs w:val="28"/>
        </w:rPr>
        <w:t>ệ</w:t>
      </w:r>
      <w:r w:rsidRPr="009605E6">
        <w:rPr>
          <w:rFonts w:ascii="Times New Roman" w:hAnsi="Times New Roman" w:cs="Times New Roman"/>
          <w:sz w:val="28"/>
          <w:szCs w:val="28"/>
        </w:rPr>
        <w:t xml:space="preserve"> xin vui lòng s</w:t>
      </w:r>
      <w:r w:rsidRPr="009605E6">
        <w:rPr>
          <w:rFonts w:ascii="Times New Roman" w:hAnsi="Times New Roman" w:cs="Times New Roman"/>
          <w:sz w:val="28"/>
          <w:szCs w:val="28"/>
        </w:rPr>
        <w:t>ử</w:t>
      </w:r>
      <w:r w:rsidRPr="009605E6">
        <w:rPr>
          <w:rFonts w:ascii="Times New Roman" w:hAnsi="Times New Roman" w:cs="Times New Roman"/>
          <w:sz w:val="28"/>
          <w:szCs w:val="28"/>
        </w:rPr>
        <w:t xml:space="preserve"> d</w:t>
      </w:r>
      <w:r w:rsidRPr="009605E6">
        <w:rPr>
          <w:rFonts w:ascii="Times New Roman" w:hAnsi="Times New Roman" w:cs="Times New Roman"/>
          <w:sz w:val="28"/>
          <w:szCs w:val="28"/>
        </w:rPr>
        <w:t>ụ</w:t>
      </w:r>
      <w:r w:rsidRPr="009605E6">
        <w:rPr>
          <w:rFonts w:ascii="Times New Roman" w:hAnsi="Times New Roman" w:cs="Times New Roman"/>
          <w:sz w:val="28"/>
          <w:szCs w:val="28"/>
        </w:rPr>
        <w:t>ng đ</w:t>
      </w:r>
      <w:r w:rsidRPr="009605E6">
        <w:rPr>
          <w:rFonts w:ascii="Times New Roman" w:hAnsi="Times New Roman" w:cs="Times New Roman"/>
          <w:sz w:val="28"/>
          <w:szCs w:val="28"/>
        </w:rPr>
        <w:t>ị</w:t>
      </w:r>
      <w:r w:rsidRPr="009605E6">
        <w:rPr>
          <w:rFonts w:ascii="Times New Roman" w:hAnsi="Times New Roman" w:cs="Times New Roman"/>
          <w:sz w:val="28"/>
          <w:szCs w:val="28"/>
        </w:rPr>
        <w:t>a ch</w:t>
      </w:r>
      <w:r w:rsidRPr="009605E6">
        <w:rPr>
          <w:rFonts w:ascii="Times New Roman" w:hAnsi="Times New Roman" w:cs="Times New Roman"/>
          <w:sz w:val="28"/>
          <w:szCs w:val="28"/>
        </w:rPr>
        <w:t>ỉ</w:t>
      </w:r>
      <w:r w:rsidRPr="009605E6">
        <w:rPr>
          <w:rFonts w:ascii="Times New Roman" w:hAnsi="Times New Roman" w:cs="Times New Roman"/>
          <w:sz w:val="28"/>
          <w:szCs w:val="28"/>
        </w:rPr>
        <w:t xml:space="preserve"> m</w:t>
      </w:r>
      <w:r w:rsidRPr="009605E6">
        <w:rPr>
          <w:rFonts w:ascii="Times New Roman" w:hAnsi="Times New Roman" w:cs="Times New Roman"/>
          <w:sz w:val="28"/>
          <w:szCs w:val="28"/>
        </w:rPr>
        <w:t>ớ</w:t>
      </w:r>
      <w:r w:rsidRPr="009605E6">
        <w:rPr>
          <w:rFonts w:ascii="Times New Roman" w:hAnsi="Times New Roman" w:cs="Times New Roman"/>
          <w:sz w:val="28"/>
          <w:szCs w:val="28"/>
        </w:rPr>
        <w:t>i k</w:t>
      </w:r>
      <w:r w:rsidRPr="009605E6">
        <w:rPr>
          <w:rFonts w:ascii="Times New Roman" w:hAnsi="Times New Roman" w:cs="Times New Roman"/>
          <w:sz w:val="28"/>
          <w:szCs w:val="28"/>
        </w:rPr>
        <w:t>ể</w:t>
      </w:r>
      <w:r w:rsidRPr="009605E6">
        <w:rPr>
          <w:rFonts w:ascii="Times New Roman" w:hAnsi="Times New Roman" w:cs="Times New Roman"/>
          <w:sz w:val="28"/>
          <w:szCs w:val="28"/>
        </w:rPr>
        <w:t xml:space="preserve"> t</w:t>
      </w:r>
      <w:r w:rsidRPr="009605E6">
        <w:rPr>
          <w:rFonts w:ascii="Times New Roman" w:hAnsi="Times New Roman" w:cs="Times New Roman"/>
          <w:sz w:val="28"/>
          <w:szCs w:val="28"/>
        </w:rPr>
        <w:t>ừ</w:t>
      </w:r>
      <w:r w:rsidRPr="009605E6">
        <w:rPr>
          <w:rFonts w:ascii="Times New Roman" w:hAnsi="Times New Roman" w:cs="Times New Roman"/>
          <w:sz w:val="28"/>
          <w:szCs w:val="28"/>
        </w:rPr>
        <w:t xml:space="preserve"> ngày trên. M</w:t>
      </w:r>
      <w:r w:rsidRPr="009605E6">
        <w:rPr>
          <w:rFonts w:ascii="Times New Roman" w:hAnsi="Times New Roman" w:cs="Times New Roman"/>
          <w:sz w:val="28"/>
          <w:szCs w:val="28"/>
        </w:rPr>
        <w:t>ọ</w:t>
      </w:r>
      <w:r w:rsidRPr="009605E6">
        <w:rPr>
          <w:rFonts w:ascii="Times New Roman" w:hAnsi="Times New Roman" w:cs="Times New Roman"/>
          <w:sz w:val="28"/>
          <w:szCs w:val="28"/>
        </w:rPr>
        <w:t>i th</w:t>
      </w:r>
      <w:r w:rsidRPr="009605E6">
        <w:rPr>
          <w:rFonts w:ascii="Times New Roman" w:hAnsi="Times New Roman" w:cs="Times New Roman"/>
          <w:sz w:val="28"/>
          <w:szCs w:val="28"/>
        </w:rPr>
        <w:t>ắ</w:t>
      </w:r>
      <w:r w:rsidRPr="009605E6">
        <w:rPr>
          <w:rFonts w:ascii="Times New Roman" w:hAnsi="Times New Roman" w:cs="Times New Roman"/>
          <w:sz w:val="28"/>
          <w:szCs w:val="28"/>
        </w:rPr>
        <w:t>c m</w:t>
      </w:r>
      <w:r w:rsidRPr="009605E6">
        <w:rPr>
          <w:rFonts w:ascii="Times New Roman" w:hAnsi="Times New Roman" w:cs="Times New Roman"/>
          <w:sz w:val="28"/>
          <w:szCs w:val="28"/>
        </w:rPr>
        <w:t>ắ</w:t>
      </w:r>
      <w:r w:rsidRPr="009605E6">
        <w:rPr>
          <w:rFonts w:ascii="Times New Roman" w:hAnsi="Times New Roman" w:cs="Times New Roman"/>
          <w:sz w:val="28"/>
          <w:szCs w:val="28"/>
        </w:rPr>
        <w:t>c xin liên h</w:t>
      </w:r>
      <w:r w:rsidRPr="009605E6">
        <w:rPr>
          <w:rFonts w:ascii="Times New Roman" w:hAnsi="Times New Roman" w:cs="Times New Roman"/>
          <w:sz w:val="28"/>
          <w:szCs w:val="28"/>
        </w:rPr>
        <w:t>ệ</w:t>
      </w:r>
      <w:r w:rsidRPr="009605E6">
        <w:rPr>
          <w:rFonts w:ascii="Times New Roman" w:hAnsi="Times New Roman" w:cs="Times New Roman"/>
          <w:sz w:val="28"/>
          <w:szCs w:val="28"/>
        </w:rPr>
        <w:t>:</w:t>
      </w: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lastRenderedPageBreak/>
        <w:t>– Đi</w:t>
      </w:r>
      <w:r w:rsidRPr="009605E6">
        <w:rPr>
          <w:rFonts w:ascii="Times New Roman" w:hAnsi="Times New Roman" w:cs="Times New Roman"/>
          <w:sz w:val="28"/>
          <w:szCs w:val="28"/>
        </w:rPr>
        <w:t>ệ</w:t>
      </w:r>
      <w:r w:rsidRPr="009605E6">
        <w:rPr>
          <w:rFonts w:ascii="Times New Roman" w:hAnsi="Times New Roman" w:cs="Times New Roman"/>
          <w:sz w:val="28"/>
          <w:szCs w:val="28"/>
        </w:rPr>
        <w:t>n tho</w:t>
      </w:r>
      <w:r w:rsidRPr="009605E6">
        <w:rPr>
          <w:rFonts w:ascii="Times New Roman" w:hAnsi="Times New Roman" w:cs="Times New Roman"/>
          <w:sz w:val="28"/>
          <w:szCs w:val="28"/>
        </w:rPr>
        <w:t>ạ</w:t>
      </w:r>
      <w:r w:rsidRPr="009605E6">
        <w:rPr>
          <w:rFonts w:ascii="Times New Roman" w:hAnsi="Times New Roman" w:cs="Times New Roman"/>
          <w:sz w:val="28"/>
          <w:szCs w:val="28"/>
        </w:rPr>
        <w:t>i: …</w:t>
      </w: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– Email: …</w:t>
      </w:r>
    </w:p>
    <w:p w:rsidR="00BA3268" w:rsidRPr="009605E6" w:rsidRDefault="00BA326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A3268" w:rsidRPr="009605E6" w:rsidRDefault="009E0C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605E6">
        <w:rPr>
          <w:rFonts w:ascii="Times New Roman" w:hAnsi="Times New Roman" w:cs="Times New Roman"/>
          <w:sz w:val="28"/>
          <w:szCs w:val="28"/>
        </w:rPr>
        <w:t>Trân tr</w:t>
      </w:r>
      <w:r w:rsidRPr="009605E6">
        <w:rPr>
          <w:rFonts w:ascii="Times New Roman" w:hAnsi="Times New Roman" w:cs="Times New Roman"/>
          <w:sz w:val="28"/>
          <w:szCs w:val="28"/>
        </w:rPr>
        <w:t>ọ</w:t>
      </w:r>
      <w:r w:rsidRPr="009605E6">
        <w:rPr>
          <w:rFonts w:ascii="Times New Roman" w:hAnsi="Times New Roman" w:cs="Times New Roman"/>
          <w:sz w:val="28"/>
          <w:szCs w:val="28"/>
        </w:rPr>
        <w:t>ng c</w:t>
      </w:r>
      <w:r w:rsidRPr="009605E6">
        <w:rPr>
          <w:rFonts w:ascii="Times New Roman" w:hAnsi="Times New Roman" w:cs="Times New Roman"/>
          <w:sz w:val="28"/>
          <w:szCs w:val="28"/>
        </w:rPr>
        <w:t>ả</w:t>
      </w:r>
      <w:r w:rsidRPr="009605E6">
        <w:rPr>
          <w:rFonts w:ascii="Times New Roman" w:hAnsi="Times New Roman" w:cs="Times New Roman"/>
          <w:sz w:val="28"/>
          <w:szCs w:val="28"/>
        </w:rPr>
        <w:t>m ơn!</w:t>
      </w:r>
    </w:p>
    <w:p w:rsidR="00BA3268" w:rsidRPr="009605E6" w:rsidRDefault="00BA3268" w:rsidP="009605E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A3268" w:rsidRPr="009605E6" w:rsidRDefault="009E0C6F" w:rsidP="009605E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05E6">
        <w:rPr>
          <w:rFonts w:ascii="Times New Roman" w:hAnsi="Times New Roman" w:cs="Times New Roman"/>
          <w:b/>
          <w:sz w:val="28"/>
          <w:szCs w:val="28"/>
        </w:rPr>
        <w:t>Đ</w:t>
      </w:r>
      <w:r w:rsidRPr="009605E6">
        <w:rPr>
          <w:rFonts w:ascii="Times New Roman" w:hAnsi="Times New Roman" w:cs="Times New Roman"/>
          <w:b/>
          <w:sz w:val="28"/>
          <w:szCs w:val="28"/>
        </w:rPr>
        <w:t>Ạ</w:t>
      </w:r>
      <w:r w:rsidRPr="009605E6">
        <w:rPr>
          <w:rFonts w:ascii="Times New Roman" w:hAnsi="Times New Roman" w:cs="Times New Roman"/>
          <w:b/>
          <w:sz w:val="28"/>
          <w:szCs w:val="28"/>
        </w:rPr>
        <w:t>I DI</w:t>
      </w:r>
      <w:r w:rsidRPr="009605E6">
        <w:rPr>
          <w:rFonts w:ascii="Times New Roman" w:hAnsi="Times New Roman" w:cs="Times New Roman"/>
          <w:b/>
          <w:sz w:val="28"/>
          <w:szCs w:val="28"/>
        </w:rPr>
        <w:t>Ệ</w:t>
      </w:r>
      <w:r w:rsidRPr="009605E6">
        <w:rPr>
          <w:rFonts w:ascii="Times New Roman" w:hAnsi="Times New Roman" w:cs="Times New Roman"/>
          <w:b/>
          <w:sz w:val="28"/>
          <w:szCs w:val="28"/>
        </w:rPr>
        <w:t>N DOANH NGHI</w:t>
      </w:r>
      <w:r w:rsidRPr="009605E6">
        <w:rPr>
          <w:rFonts w:ascii="Times New Roman" w:hAnsi="Times New Roman" w:cs="Times New Roman"/>
          <w:b/>
          <w:sz w:val="28"/>
          <w:szCs w:val="28"/>
        </w:rPr>
        <w:t>Ệ</w:t>
      </w:r>
      <w:r w:rsidRPr="009605E6">
        <w:rPr>
          <w:rFonts w:ascii="Times New Roman" w:hAnsi="Times New Roman" w:cs="Times New Roman"/>
          <w:b/>
          <w:sz w:val="28"/>
          <w:szCs w:val="28"/>
        </w:rPr>
        <w:t>P</w:t>
      </w:r>
    </w:p>
    <w:p w:rsidR="00BA3268" w:rsidRPr="009605E6" w:rsidRDefault="009E0C6F" w:rsidP="009605E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05E6">
        <w:rPr>
          <w:rFonts w:ascii="Times New Roman" w:hAnsi="Times New Roman" w:cs="Times New Roman"/>
          <w:b/>
          <w:sz w:val="28"/>
          <w:szCs w:val="28"/>
        </w:rPr>
        <w:t>[H</w:t>
      </w:r>
      <w:r w:rsidRPr="009605E6">
        <w:rPr>
          <w:rFonts w:ascii="Times New Roman" w:hAnsi="Times New Roman" w:cs="Times New Roman"/>
          <w:b/>
          <w:sz w:val="28"/>
          <w:szCs w:val="28"/>
        </w:rPr>
        <w:t>ọ</w:t>
      </w:r>
      <w:r w:rsidRPr="009605E6">
        <w:rPr>
          <w:rFonts w:ascii="Times New Roman" w:hAnsi="Times New Roman" w:cs="Times New Roman"/>
          <w:b/>
          <w:sz w:val="28"/>
          <w:szCs w:val="28"/>
        </w:rPr>
        <w:t xml:space="preserve"> tên – Ch</w:t>
      </w:r>
      <w:r w:rsidRPr="009605E6">
        <w:rPr>
          <w:rFonts w:ascii="Times New Roman" w:hAnsi="Times New Roman" w:cs="Times New Roman"/>
          <w:b/>
          <w:sz w:val="28"/>
          <w:szCs w:val="28"/>
        </w:rPr>
        <w:t>ứ</w:t>
      </w:r>
      <w:r w:rsidRPr="009605E6">
        <w:rPr>
          <w:rFonts w:ascii="Times New Roman" w:hAnsi="Times New Roman" w:cs="Times New Roman"/>
          <w:b/>
          <w:sz w:val="28"/>
          <w:szCs w:val="28"/>
        </w:rPr>
        <w:t>c v</w:t>
      </w:r>
      <w:r w:rsidRPr="009605E6">
        <w:rPr>
          <w:rFonts w:ascii="Times New Roman" w:hAnsi="Times New Roman" w:cs="Times New Roman"/>
          <w:b/>
          <w:sz w:val="28"/>
          <w:szCs w:val="28"/>
        </w:rPr>
        <w:t>ụ</w:t>
      </w:r>
      <w:r w:rsidRPr="009605E6">
        <w:rPr>
          <w:rFonts w:ascii="Times New Roman" w:hAnsi="Times New Roman" w:cs="Times New Roman"/>
          <w:b/>
          <w:sz w:val="28"/>
          <w:szCs w:val="28"/>
        </w:rPr>
        <w:t>]</w:t>
      </w:r>
    </w:p>
    <w:p w:rsidR="00BA3268" w:rsidRPr="009605E6" w:rsidRDefault="009E0C6F" w:rsidP="009605E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05E6">
        <w:rPr>
          <w:rFonts w:ascii="Times New Roman" w:hAnsi="Times New Roman" w:cs="Times New Roman"/>
          <w:b/>
          <w:sz w:val="28"/>
          <w:szCs w:val="28"/>
        </w:rPr>
        <w:t>(Ký tên, đóng d</w:t>
      </w:r>
      <w:r w:rsidRPr="009605E6">
        <w:rPr>
          <w:rFonts w:ascii="Times New Roman" w:hAnsi="Times New Roman" w:cs="Times New Roman"/>
          <w:b/>
          <w:sz w:val="28"/>
          <w:szCs w:val="28"/>
        </w:rPr>
        <w:t>ấ</w:t>
      </w:r>
      <w:r w:rsidRPr="009605E6">
        <w:rPr>
          <w:rFonts w:ascii="Times New Roman" w:hAnsi="Times New Roman" w:cs="Times New Roman"/>
          <w:b/>
          <w:sz w:val="28"/>
          <w:szCs w:val="28"/>
        </w:rPr>
        <w:t>u)</w:t>
      </w:r>
    </w:p>
    <w:p w:rsidR="00BA3268" w:rsidRPr="009605E6" w:rsidRDefault="00BA3268" w:rsidP="009605E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BA3268" w:rsidRPr="009605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C6F" w:rsidRDefault="009E0C6F" w:rsidP="009605E6">
      <w:pPr>
        <w:spacing w:after="0" w:line="240" w:lineRule="auto"/>
      </w:pPr>
      <w:r>
        <w:separator/>
      </w:r>
    </w:p>
  </w:endnote>
  <w:endnote w:type="continuationSeparator" w:id="0">
    <w:p w:rsidR="009E0C6F" w:rsidRDefault="009E0C6F" w:rsidP="00960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C6F" w:rsidRDefault="009E0C6F" w:rsidP="009605E6">
      <w:pPr>
        <w:spacing w:after="0" w:line="240" w:lineRule="auto"/>
      </w:pPr>
      <w:r>
        <w:separator/>
      </w:r>
    </w:p>
  </w:footnote>
  <w:footnote w:type="continuationSeparator" w:id="0">
    <w:p w:rsidR="009E0C6F" w:rsidRDefault="009E0C6F" w:rsidP="00960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4AE8"/>
    <w:rsid w:val="009605E6"/>
    <w:rsid w:val="009E0C6F"/>
    <w:rsid w:val="00AA1D8D"/>
    <w:rsid w:val="00B47730"/>
    <w:rsid w:val="00BA32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F8835454-5D52-4C41-AAC3-F0B36613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D79B1B-B7A5-4D47-A582-4EEEDDDCB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2025-07-02T00:48:00Z</dcterms:created>
  <dcterms:modified xsi:type="dcterms:W3CDTF">2025-07-02T00:48:00Z</dcterms:modified>
  <cp:category/>
</cp:coreProperties>
</file>