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9B9" w:rsidRDefault="00BF27DB">
      <w:pPr>
        <w:jc w:val="center"/>
      </w:pPr>
      <w:r>
        <w:rPr>
          <w:b/>
        </w:rPr>
        <w:t>C</w:t>
      </w:r>
      <w:r>
        <w:rPr>
          <w:b/>
        </w:rPr>
        <w:t>Ộ</w:t>
      </w:r>
      <w:r>
        <w:rPr>
          <w:b/>
        </w:rPr>
        <w:t>NG HÒA XÃ H</w:t>
      </w:r>
      <w:r>
        <w:rPr>
          <w:b/>
        </w:rPr>
        <w:t>Ộ</w:t>
      </w:r>
      <w:r>
        <w:rPr>
          <w:b/>
        </w:rPr>
        <w:t>I CH</w:t>
      </w:r>
      <w:r>
        <w:rPr>
          <w:b/>
        </w:rPr>
        <w:t>Ủ</w:t>
      </w:r>
      <w:r>
        <w:rPr>
          <w:b/>
        </w:rPr>
        <w:t xml:space="preserve"> NGHĨA VI</w:t>
      </w:r>
      <w:r>
        <w:rPr>
          <w:b/>
        </w:rPr>
        <w:t>Ệ</w:t>
      </w:r>
      <w:r>
        <w:rPr>
          <w:b/>
        </w:rPr>
        <w:t>T NAM</w:t>
      </w:r>
      <w:r>
        <w:rPr>
          <w:b/>
        </w:rPr>
        <w:br/>
        <w:t>Đ</w:t>
      </w:r>
      <w:r>
        <w:rPr>
          <w:b/>
        </w:rPr>
        <w:t>ộ</w:t>
      </w:r>
      <w:r>
        <w:rPr>
          <w:b/>
        </w:rPr>
        <w:t>c l</w:t>
      </w:r>
      <w:r>
        <w:rPr>
          <w:b/>
        </w:rPr>
        <w:t>ậ</w:t>
      </w:r>
      <w:r>
        <w:rPr>
          <w:b/>
        </w:rPr>
        <w:t>p – T</w:t>
      </w:r>
      <w:r>
        <w:rPr>
          <w:b/>
        </w:rPr>
        <w:t>ự</w:t>
      </w:r>
      <w:r>
        <w:rPr>
          <w:b/>
        </w:rPr>
        <w:t xml:space="preserve"> do – H</w:t>
      </w:r>
      <w:r>
        <w:rPr>
          <w:b/>
        </w:rPr>
        <w:t>ạ</w:t>
      </w:r>
      <w:r>
        <w:rPr>
          <w:b/>
        </w:rPr>
        <w:t>nh phúc</w:t>
      </w:r>
    </w:p>
    <w:p w:rsidR="007B59B9" w:rsidRDefault="00BF27DB">
      <w:pPr>
        <w:jc w:val="center"/>
      </w:pPr>
      <w:r>
        <w:t>---</w:t>
      </w:r>
    </w:p>
    <w:p w:rsidR="007B59B9" w:rsidRDefault="00BF27DB">
      <w:pPr>
        <w:jc w:val="center"/>
      </w:pPr>
      <w:r>
        <w:rPr>
          <w:b/>
        </w:rPr>
        <w:t>THÔNG BÁO</w:t>
      </w:r>
      <w:r>
        <w:rPr>
          <w:b/>
        </w:rPr>
        <w:br/>
        <w:t>V/v Cho thuê m</w:t>
      </w:r>
      <w:r>
        <w:rPr>
          <w:b/>
        </w:rPr>
        <w:t>ặ</w:t>
      </w:r>
      <w:r>
        <w:rPr>
          <w:b/>
        </w:rPr>
        <w:t>t b</w:t>
      </w:r>
      <w:r>
        <w:rPr>
          <w:b/>
        </w:rPr>
        <w:t>ằ</w:t>
      </w:r>
      <w:r>
        <w:rPr>
          <w:b/>
        </w:rPr>
        <w:t>ng/kho bãi</w:t>
      </w:r>
    </w:p>
    <w:p w:rsidR="007B59B9" w:rsidRDefault="00BF27DB">
      <w:r>
        <w:t>Kính g</w:t>
      </w:r>
      <w:r>
        <w:t>ử</w:t>
      </w:r>
      <w:r>
        <w:t>i: Quý khách hàng, đ</w:t>
      </w:r>
      <w:r>
        <w:t>ố</w:t>
      </w:r>
      <w:r>
        <w:t>i tác có nhu c</w:t>
      </w:r>
      <w:r>
        <w:t>ầ</w:t>
      </w:r>
      <w:r>
        <w:t>u thuê m</w:t>
      </w:r>
      <w:r>
        <w:t>ặ</w:t>
      </w:r>
      <w:r>
        <w:t>t b</w:t>
      </w:r>
      <w:r>
        <w:t>ằ</w:t>
      </w:r>
      <w:r>
        <w:t>ng/kho bãi</w:t>
      </w:r>
      <w:r>
        <w:br/>
      </w:r>
    </w:p>
    <w:p w:rsidR="007B59B9" w:rsidRDefault="00BF27DB">
      <w:r>
        <w:t>Nh</w:t>
      </w:r>
      <w:r>
        <w:t>ằ</w:t>
      </w:r>
      <w:r>
        <w:t>m m</w:t>
      </w:r>
      <w:r>
        <w:t>ụ</w:t>
      </w:r>
      <w:r>
        <w:t>c đích khai thác hi</w:t>
      </w:r>
      <w:r>
        <w:t>ệ</w:t>
      </w:r>
      <w:r>
        <w:t>u qu</w:t>
      </w:r>
      <w:r>
        <w:t>ả</w:t>
      </w:r>
      <w:r>
        <w:t xml:space="preserve"> qu</w:t>
      </w:r>
      <w:r>
        <w:t>ỹ</w:t>
      </w:r>
      <w:r>
        <w:t xml:space="preserve"> đ</w:t>
      </w:r>
      <w:r>
        <w:t>ấ</w:t>
      </w:r>
      <w:r>
        <w:t>t và ph</w:t>
      </w:r>
      <w:r>
        <w:t>ụ</w:t>
      </w:r>
      <w:r>
        <w:t>c v</w:t>
      </w:r>
      <w:r>
        <w:t>ụ</w:t>
      </w:r>
      <w:r>
        <w:t xml:space="preserve"> nhu c</w:t>
      </w:r>
      <w:r>
        <w:t>ầ</w:t>
      </w:r>
      <w:r>
        <w:t>u thuê kho bãi, m</w:t>
      </w:r>
      <w:r>
        <w:t>ặ</w:t>
      </w:r>
      <w:r>
        <w:t xml:space="preserve">t </w:t>
      </w:r>
      <w:r>
        <w:t>b</w:t>
      </w:r>
      <w:r>
        <w:t>ằ</w:t>
      </w:r>
      <w:r>
        <w:t>ng kinh doanh c</w:t>
      </w:r>
      <w:r>
        <w:t>ủ</w:t>
      </w:r>
      <w:r>
        <w:t>a các t</w:t>
      </w:r>
      <w:r>
        <w:t>ổ</w:t>
      </w:r>
      <w:r>
        <w:t xml:space="preserve"> ch</w:t>
      </w:r>
      <w:r>
        <w:t>ứ</w:t>
      </w:r>
      <w:r>
        <w:t>c, cá nhân, chúng tôi trân tr</w:t>
      </w:r>
      <w:r>
        <w:t>ọ</w:t>
      </w:r>
      <w:r>
        <w:t>ng thông báo:</w:t>
      </w:r>
      <w:r>
        <w:br/>
      </w:r>
    </w:p>
    <w:p w:rsidR="007B59B9" w:rsidRDefault="00BF27DB">
      <w:r>
        <w:t>1. Thông tin m</w:t>
      </w:r>
      <w:r>
        <w:t>ặ</w:t>
      </w:r>
      <w:r>
        <w:t>t b</w:t>
      </w:r>
      <w:r>
        <w:t>ằ</w:t>
      </w:r>
      <w:r>
        <w:t>ng/kho bãi cho thuê:</w:t>
      </w:r>
    </w:p>
    <w:p w:rsidR="007B59B9" w:rsidRDefault="00BF27DB">
      <w:r>
        <w:t>- Đ</w:t>
      </w:r>
      <w:r>
        <w:t>ị</w:t>
      </w:r>
      <w:r>
        <w:t>a ch</w:t>
      </w:r>
      <w:r>
        <w:t>ỉ</w:t>
      </w:r>
      <w:r>
        <w:t>: [Ghi rõ đ</w:t>
      </w:r>
      <w:r>
        <w:t>ị</w:t>
      </w:r>
      <w:r>
        <w:t>a ch</w:t>
      </w:r>
      <w:r>
        <w:t>ỉ</w:t>
      </w:r>
      <w:r>
        <w:t xml:space="preserve"> m</w:t>
      </w:r>
      <w:r>
        <w:t>ặ</w:t>
      </w:r>
      <w:r>
        <w:t>t b</w:t>
      </w:r>
      <w:r>
        <w:t>ằ</w:t>
      </w:r>
      <w:r>
        <w:t>ng/kho bãi cho thuê]</w:t>
      </w:r>
    </w:p>
    <w:p w:rsidR="007B59B9" w:rsidRDefault="00BF27DB">
      <w:r>
        <w:t>- Di</w:t>
      </w:r>
      <w:r>
        <w:t>ệ</w:t>
      </w:r>
      <w:r>
        <w:t>n tích: [Ghi rõ di</w:t>
      </w:r>
      <w:r>
        <w:t>ệ</w:t>
      </w:r>
      <w:r>
        <w:t>n tích – m²]</w:t>
      </w:r>
    </w:p>
    <w:p w:rsidR="007B59B9" w:rsidRDefault="00BF27DB">
      <w:r>
        <w:t>- Hi</w:t>
      </w:r>
      <w:r>
        <w:t>ệ</w:t>
      </w:r>
      <w:r>
        <w:t>n tr</w:t>
      </w:r>
      <w:r>
        <w:t>ạ</w:t>
      </w:r>
      <w:r>
        <w:t>ng: [Kho xư</w:t>
      </w:r>
      <w:r>
        <w:t>ở</w:t>
      </w:r>
      <w:r>
        <w:t>ng xây d</w:t>
      </w:r>
      <w:r>
        <w:t>ự</w:t>
      </w:r>
      <w:r>
        <w:t>ng s</w:t>
      </w:r>
      <w:r>
        <w:t>ẵ</w:t>
      </w:r>
      <w:r>
        <w:t>n / m</w:t>
      </w:r>
      <w:r>
        <w:t>ặ</w:t>
      </w:r>
      <w:r>
        <w:t>t b</w:t>
      </w:r>
      <w:r>
        <w:t>ằ</w:t>
      </w:r>
      <w:r>
        <w:t>ng t</w:t>
      </w:r>
      <w:r>
        <w:t>r</w:t>
      </w:r>
      <w:r>
        <w:t>ố</w:t>
      </w:r>
      <w:r>
        <w:t>ng / có s</w:t>
      </w:r>
      <w:r>
        <w:t>ẵ</w:t>
      </w:r>
      <w:r>
        <w:t>n đi</w:t>
      </w:r>
      <w:r>
        <w:t>ệ</w:t>
      </w:r>
      <w:r>
        <w:t>n 3 pha / đư</w:t>
      </w:r>
      <w:r>
        <w:t>ờ</w:t>
      </w:r>
      <w:r>
        <w:t>ng xe container ra vào, v.v.]</w:t>
      </w:r>
    </w:p>
    <w:p w:rsidR="007B59B9" w:rsidRDefault="00BF27DB">
      <w:r>
        <w:t>- Giá thuê: [Giá thuê d</w:t>
      </w:r>
      <w:r>
        <w:t>ự</w:t>
      </w:r>
      <w:r>
        <w:t xml:space="preserve"> ki</w:t>
      </w:r>
      <w:r>
        <w:t>ế</w:t>
      </w:r>
      <w:r>
        <w:t>n – theo m² ho</w:t>
      </w:r>
      <w:r>
        <w:t>ặ</w:t>
      </w:r>
      <w:r>
        <w:t>c tr</w:t>
      </w:r>
      <w:r>
        <w:t>ọ</w:t>
      </w:r>
      <w:r>
        <w:t>n gói]</w:t>
      </w:r>
    </w:p>
    <w:p w:rsidR="007B59B9" w:rsidRDefault="00BF27DB">
      <w:r>
        <w:t>- Th</w:t>
      </w:r>
      <w:r>
        <w:t>ờ</w:t>
      </w:r>
      <w:r>
        <w:t>i h</w:t>
      </w:r>
      <w:r>
        <w:t>ạ</w:t>
      </w:r>
      <w:r>
        <w:t>n cho thuê: [Tùy th</w:t>
      </w:r>
      <w:r>
        <w:t>ỏ</w:t>
      </w:r>
      <w:r>
        <w:t>a thu</w:t>
      </w:r>
      <w:r>
        <w:t>ậ</w:t>
      </w:r>
      <w:r>
        <w:t>n – ví d</w:t>
      </w:r>
      <w:r>
        <w:t>ụ</w:t>
      </w:r>
      <w:r>
        <w:t>: t</w:t>
      </w:r>
      <w:r>
        <w:t>ố</w:t>
      </w:r>
      <w:r>
        <w:t>i thi</w:t>
      </w:r>
      <w:r>
        <w:t>ể</w:t>
      </w:r>
      <w:r>
        <w:t>u 1 năm]</w:t>
      </w:r>
    </w:p>
    <w:p w:rsidR="007B59B9" w:rsidRDefault="00BF27DB">
      <w:r>
        <w:t>- Phù h</w:t>
      </w:r>
      <w:r>
        <w:t>ợ</w:t>
      </w:r>
      <w:r>
        <w:t>p s</w:t>
      </w:r>
      <w:r>
        <w:t>ử</w:t>
      </w:r>
      <w:r>
        <w:t xml:space="preserve"> d</w:t>
      </w:r>
      <w:r>
        <w:t>ụ</w:t>
      </w:r>
      <w:r>
        <w:t>ng làm: [Kho ch</w:t>
      </w:r>
      <w:r>
        <w:t>ứ</w:t>
      </w:r>
      <w:r>
        <w:t>a hàng, xư</w:t>
      </w:r>
      <w:r>
        <w:t>ở</w:t>
      </w:r>
      <w:r>
        <w:t>ng s</w:t>
      </w:r>
      <w:r>
        <w:t>ả</w:t>
      </w:r>
      <w:r>
        <w:t>n xu</w:t>
      </w:r>
      <w:r>
        <w:t>ấ</w:t>
      </w:r>
      <w:r>
        <w:t>t, bãi xe, văn phòng, c</w:t>
      </w:r>
      <w:r>
        <w:t>ử</w:t>
      </w:r>
      <w:r>
        <w:t xml:space="preserve">a </w:t>
      </w:r>
      <w:r>
        <w:t>hàng,…]</w:t>
      </w:r>
    </w:p>
    <w:p w:rsidR="007B59B9" w:rsidRDefault="00BF27DB">
      <w:r>
        <w:br/>
        <w:t>2. Các ti</w:t>
      </w:r>
      <w:r>
        <w:t>ệ</w:t>
      </w:r>
      <w:r>
        <w:t>n ích đi kèm:</w:t>
      </w:r>
    </w:p>
    <w:p w:rsidR="007B59B9" w:rsidRDefault="00BF27DB">
      <w:r>
        <w:t>- Giao thông thu</w:t>
      </w:r>
      <w:r>
        <w:t>ậ</w:t>
      </w:r>
      <w:r>
        <w:t>n ti</w:t>
      </w:r>
      <w:r>
        <w:t>ệ</w:t>
      </w:r>
      <w:r>
        <w:t>n, g</w:t>
      </w:r>
      <w:r>
        <w:t>ầ</w:t>
      </w:r>
      <w:r>
        <w:t>n đư</w:t>
      </w:r>
      <w:r>
        <w:t>ờ</w:t>
      </w:r>
      <w:r>
        <w:t>ng l</w:t>
      </w:r>
      <w:r>
        <w:t>ớ</w:t>
      </w:r>
      <w:r>
        <w:t>n/khu công nghi</w:t>
      </w:r>
      <w:r>
        <w:t>ệ</w:t>
      </w:r>
      <w:r>
        <w:t>p.</w:t>
      </w:r>
    </w:p>
    <w:p w:rsidR="007B59B9" w:rsidRDefault="00BF27DB">
      <w:r>
        <w:t>- Có b</w:t>
      </w:r>
      <w:r>
        <w:t>ả</w:t>
      </w:r>
      <w:r>
        <w:t>o v</w:t>
      </w:r>
      <w:r>
        <w:t>ệ</w:t>
      </w:r>
      <w:r>
        <w:t xml:space="preserve"> 24/7 (n</w:t>
      </w:r>
      <w:r>
        <w:t>ế</w:t>
      </w:r>
      <w:r>
        <w:t>u có).</w:t>
      </w:r>
    </w:p>
    <w:p w:rsidR="007B59B9" w:rsidRDefault="00BF27DB">
      <w:r>
        <w:t>- H</w:t>
      </w:r>
      <w:r>
        <w:t>ệ</w:t>
      </w:r>
      <w:r>
        <w:t xml:space="preserve"> th</w:t>
      </w:r>
      <w:r>
        <w:t>ố</w:t>
      </w:r>
      <w:r>
        <w:t>ng đi</w:t>
      </w:r>
      <w:r>
        <w:t>ệ</w:t>
      </w:r>
      <w:r>
        <w:t>n, nư</w:t>
      </w:r>
      <w:r>
        <w:t>ớ</w:t>
      </w:r>
      <w:r>
        <w:t>c, PCCC đ</w:t>
      </w:r>
      <w:r>
        <w:t>ầ</w:t>
      </w:r>
      <w:r>
        <w:t>y đ</w:t>
      </w:r>
      <w:r>
        <w:t>ủ</w:t>
      </w:r>
      <w:r>
        <w:t>.</w:t>
      </w:r>
    </w:p>
    <w:p w:rsidR="007B59B9" w:rsidRDefault="00BF27DB">
      <w:r>
        <w:t>- H</w:t>
      </w:r>
      <w:r>
        <w:t>ỗ</w:t>
      </w:r>
      <w:r>
        <w:t xml:space="preserve"> tr</w:t>
      </w:r>
      <w:r>
        <w:t>ợ</w:t>
      </w:r>
      <w:r>
        <w:t xml:space="preserve"> th</w:t>
      </w:r>
      <w:r>
        <w:t>ủ</w:t>
      </w:r>
      <w:r>
        <w:t xml:space="preserve"> t</w:t>
      </w:r>
      <w:r>
        <w:t>ụ</w:t>
      </w:r>
      <w:r>
        <w:t>c thuê nhanh chóng, pháp lý rõ ràng.</w:t>
      </w:r>
    </w:p>
    <w:p w:rsidR="007B59B9" w:rsidRDefault="00BF27DB">
      <w:r>
        <w:br/>
        <w:t>3. Thông tin liên h</w:t>
      </w:r>
      <w:r>
        <w:t>ệ</w:t>
      </w:r>
      <w:r>
        <w:t>:</w:t>
      </w:r>
    </w:p>
    <w:p w:rsidR="007B59B9" w:rsidRDefault="00BF27DB">
      <w:r>
        <w:lastRenderedPageBreak/>
        <w:t>Quý khách có nhu c</w:t>
      </w:r>
      <w:r>
        <w:t>ầ</w:t>
      </w:r>
      <w:r>
        <w:t>u thuê ho</w:t>
      </w:r>
      <w:r>
        <w:t>ặ</w:t>
      </w:r>
      <w:r>
        <w:t>c c</w:t>
      </w:r>
      <w:r>
        <w:t>ầ</w:t>
      </w:r>
      <w:r>
        <w:t>n kh</w:t>
      </w:r>
      <w:r>
        <w:t>ả</w:t>
      </w:r>
      <w:r>
        <w:t>o sát th</w:t>
      </w:r>
      <w:bookmarkStart w:id="0" w:name="_GoBack"/>
      <w:bookmarkEnd w:id="0"/>
      <w:r>
        <w:t>ự</w:t>
      </w:r>
      <w:r>
        <w:t>c t</w:t>
      </w:r>
      <w:r>
        <w:t>ế</w:t>
      </w:r>
      <w:r>
        <w:t>, vui lòng liên h</w:t>
      </w:r>
      <w:r>
        <w:t>ệ</w:t>
      </w:r>
      <w:r>
        <w:t>:</w:t>
      </w:r>
    </w:p>
    <w:p w:rsidR="007B59B9" w:rsidRDefault="00BF27DB">
      <w:r>
        <w:t>- H</w:t>
      </w:r>
      <w:r>
        <w:t>ọ</w:t>
      </w:r>
      <w:r>
        <w:t xml:space="preserve"> tên ngư</w:t>
      </w:r>
      <w:r>
        <w:t>ờ</w:t>
      </w:r>
      <w:r>
        <w:t>i liên h</w:t>
      </w:r>
      <w:r>
        <w:t>ệ</w:t>
      </w:r>
      <w:r>
        <w:t>: [Tên ngư</w:t>
      </w:r>
      <w:r>
        <w:t>ờ</w:t>
      </w:r>
      <w:r>
        <w:t>i ph</w:t>
      </w:r>
      <w:r>
        <w:t>ụ</w:t>
      </w:r>
      <w:r>
        <w:t xml:space="preserve"> trách cho thuê]</w:t>
      </w:r>
    </w:p>
    <w:p w:rsidR="007B59B9" w:rsidRDefault="00BF27DB">
      <w:r>
        <w:t>- Đi</w:t>
      </w:r>
      <w:r>
        <w:t>ệ</w:t>
      </w:r>
      <w:r>
        <w:t>n tho</w:t>
      </w:r>
      <w:r>
        <w:t>ạ</w:t>
      </w:r>
      <w:r>
        <w:t>i: [S</w:t>
      </w:r>
      <w:r>
        <w:t>ố</w:t>
      </w:r>
      <w:r>
        <w:t xml:space="preserve"> đi</w:t>
      </w:r>
      <w:r>
        <w:t>ệ</w:t>
      </w:r>
      <w:r>
        <w:t>n tho</w:t>
      </w:r>
      <w:r>
        <w:t>ạ</w:t>
      </w:r>
      <w:r>
        <w:t>i]</w:t>
      </w:r>
    </w:p>
    <w:p w:rsidR="007B59B9" w:rsidRDefault="00BF27DB">
      <w:r>
        <w:t>- Email: [Đ</w:t>
      </w:r>
      <w:r>
        <w:t>ị</w:t>
      </w:r>
      <w:r>
        <w:t>a ch</w:t>
      </w:r>
      <w:r>
        <w:t>ỉ</w:t>
      </w:r>
      <w:r>
        <w:t xml:space="preserve"> email]</w:t>
      </w:r>
    </w:p>
    <w:p w:rsidR="007B59B9" w:rsidRDefault="00BF27DB">
      <w:r>
        <w:t>- Th</w:t>
      </w:r>
      <w:r>
        <w:t>ờ</w:t>
      </w:r>
      <w:r>
        <w:t>i gian làm vi</w:t>
      </w:r>
      <w:r>
        <w:t>ệ</w:t>
      </w:r>
      <w:r>
        <w:t>c: [Gi</w:t>
      </w:r>
      <w:r>
        <w:t>ờ</w:t>
      </w:r>
      <w:r>
        <w:t xml:space="preserve"> hành chính / c</w:t>
      </w:r>
      <w:r>
        <w:t>ả</w:t>
      </w:r>
      <w:r>
        <w:t xml:space="preserve"> tu</w:t>
      </w:r>
      <w:r>
        <w:t>ầ</w:t>
      </w:r>
      <w:r>
        <w:t>n,…]</w:t>
      </w:r>
    </w:p>
    <w:p w:rsidR="007B59B9" w:rsidRDefault="00BF27DB">
      <w:r>
        <w:t>Chúng tôi r</w:t>
      </w:r>
      <w:r>
        <w:t>ấ</w:t>
      </w:r>
      <w:r>
        <w:t>t mong đư</w:t>
      </w:r>
      <w:r>
        <w:t>ợ</w:t>
      </w:r>
      <w:r>
        <w:t>c h</w:t>
      </w:r>
      <w:r>
        <w:t>ợ</w:t>
      </w:r>
      <w:r>
        <w:t xml:space="preserve">p tác cùng Quý khách hàng, </w:t>
      </w:r>
      <w:r>
        <w:t>đ</w:t>
      </w:r>
      <w:r>
        <w:t>ố</w:t>
      </w:r>
      <w:r>
        <w:t>i tác có nhu c</w:t>
      </w:r>
      <w:r>
        <w:t>ầ</w:t>
      </w:r>
      <w:r>
        <w:t>u phù h</w:t>
      </w:r>
      <w:r>
        <w:t>ợ</w:t>
      </w:r>
      <w:r>
        <w:t>p.</w:t>
      </w:r>
    </w:p>
    <w:p w:rsidR="007B59B9" w:rsidRDefault="00BF27DB">
      <w:r>
        <w:t>Trân tr</w:t>
      </w:r>
      <w:r>
        <w:t>ọ</w:t>
      </w:r>
      <w:r>
        <w:t>ng kính báo!</w:t>
      </w:r>
    </w:p>
    <w:p w:rsidR="007B59B9" w:rsidRPr="00BF27DB" w:rsidRDefault="00BF27DB" w:rsidP="00BF27DB">
      <w:pPr>
        <w:jc w:val="right"/>
        <w:rPr>
          <w:i/>
        </w:rPr>
      </w:pPr>
      <w:r>
        <w:br/>
      </w:r>
      <w:r w:rsidRPr="00BF27DB">
        <w:rPr>
          <w:i/>
        </w:rPr>
        <w:t>…, ngày … tháng … năm 20…</w:t>
      </w:r>
    </w:p>
    <w:p w:rsidR="007B59B9" w:rsidRDefault="00BF27DB" w:rsidP="00BF27DB">
      <w:pPr>
        <w:jc w:val="right"/>
      </w:pPr>
      <w:r>
        <w:rPr>
          <w:b/>
        </w:rPr>
        <w:t>Đ</w:t>
      </w:r>
      <w:r>
        <w:rPr>
          <w:b/>
        </w:rPr>
        <w:t>Ạ</w:t>
      </w:r>
      <w:r>
        <w:rPr>
          <w:b/>
        </w:rPr>
        <w:t>I DI</w:t>
      </w:r>
      <w:r>
        <w:rPr>
          <w:b/>
        </w:rPr>
        <w:t>Ệ</w:t>
      </w:r>
      <w:r>
        <w:rPr>
          <w:b/>
        </w:rPr>
        <w:t>N BÊN CHO THUÊ</w:t>
      </w:r>
    </w:p>
    <w:p w:rsidR="007B59B9" w:rsidRDefault="00BF27DB" w:rsidP="00BF27DB">
      <w:pPr>
        <w:jc w:val="right"/>
      </w:pPr>
      <w:r>
        <w:t>(Ký, ghi rõ h</w:t>
      </w:r>
      <w:r>
        <w:t>ọ</w:t>
      </w:r>
      <w:r>
        <w:t xml:space="preserve"> tên)</w:t>
      </w:r>
    </w:p>
    <w:sectPr w:rsidR="007B59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59B9"/>
    <w:rsid w:val="00AA1D8D"/>
    <w:rsid w:val="00B47730"/>
    <w:rsid w:val="00BF27D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95DFAD4-3129-4702-85C3-BED4283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2AA479-9FBB-4744-ACC3-3D1191F22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2025-06-24T08:05:00Z</dcterms:created>
  <dcterms:modified xsi:type="dcterms:W3CDTF">2025-06-24T08:05:00Z</dcterms:modified>
  <cp:category/>
</cp:coreProperties>
</file>