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0"/>
        <w:gridCol w:w="6170"/>
      </w:tblGrid>
      <w:tr w:rsidR="008878BB" w:rsidRPr="008878BB" w:rsidTr="008878BB">
        <w:tc>
          <w:tcPr>
            <w:tcW w:w="2518" w:type="dxa"/>
          </w:tcPr>
          <w:p w:rsidR="008878BB" w:rsidRPr="008878BB" w:rsidRDefault="008878BB" w:rsidP="008878BB">
            <w:pPr>
              <w:spacing w:line="360" w:lineRule="auto"/>
              <w:rPr>
                <w:b/>
                <w:sz w:val="28"/>
                <w:szCs w:val="28"/>
              </w:rPr>
            </w:pPr>
            <w:r w:rsidRPr="008878BB">
              <w:rPr>
                <w:b/>
                <w:sz w:val="28"/>
                <w:szCs w:val="28"/>
              </w:rPr>
              <w:t>CÔNG TY…</w:t>
            </w:r>
            <w:r w:rsidRPr="008878BB">
              <w:rPr>
                <w:b/>
                <w:sz w:val="28"/>
                <w:szCs w:val="28"/>
              </w:rPr>
              <w:t xml:space="preserve"> [TÊN CÔNG TY]</w:t>
            </w:r>
          </w:p>
          <w:p w:rsidR="008878BB" w:rsidRPr="008878BB" w:rsidRDefault="008878BB" w:rsidP="008878BB">
            <w:pPr>
              <w:spacing w:line="360" w:lineRule="auto"/>
              <w:rPr>
                <w:b/>
                <w:sz w:val="28"/>
                <w:szCs w:val="28"/>
              </w:rPr>
            </w:pPr>
            <w:r w:rsidRPr="008878BB">
              <w:rPr>
                <w:b/>
                <w:sz w:val="28"/>
                <w:szCs w:val="28"/>
              </w:rPr>
              <w:t>Số: …/TB-[MÃ SỐ]</w:t>
            </w:r>
          </w:p>
        </w:tc>
        <w:tc>
          <w:tcPr>
            <w:tcW w:w="6338" w:type="dxa"/>
          </w:tcPr>
          <w:p w:rsidR="008878BB" w:rsidRPr="008878BB" w:rsidRDefault="008878BB" w:rsidP="008878B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8878BB">
              <w:rPr>
                <w:b/>
                <w:sz w:val="28"/>
                <w:szCs w:val="28"/>
              </w:rPr>
              <w:t>CỘNG HÒA XÃ HỘI CHỦ NGHĨA VIỆT NAM</w:t>
            </w:r>
          </w:p>
          <w:p w:rsidR="008878BB" w:rsidRPr="008878BB" w:rsidRDefault="008878BB" w:rsidP="008878B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8878BB">
              <w:rPr>
                <w:b/>
                <w:sz w:val="28"/>
                <w:szCs w:val="28"/>
              </w:rPr>
              <w:t>Độc lập-Tự do-Hạnh phúc</w:t>
            </w:r>
          </w:p>
        </w:tc>
      </w:tr>
    </w:tbl>
    <w:p w:rsidR="008878BB" w:rsidRPr="008878BB" w:rsidRDefault="008878BB" w:rsidP="008878BB">
      <w:pPr>
        <w:spacing w:after="0" w:line="360" w:lineRule="auto"/>
        <w:rPr>
          <w:b/>
          <w:sz w:val="28"/>
          <w:szCs w:val="28"/>
        </w:rPr>
      </w:pPr>
    </w:p>
    <w:p w:rsidR="009C33BB" w:rsidRPr="008878BB" w:rsidRDefault="008878BB" w:rsidP="008878BB">
      <w:pPr>
        <w:spacing w:after="0" w:line="360" w:lineRule="auto"/>
        <w:jc w:val="center"/>
        <w:rPr>
          <w:b/>
          <w:sz w:val="28"/>
          <w:szCs w:val="28"/>
        </w:rPr>
      </w:pPr>
      <w:r w:rsidRPr="008878BB">
        <w:rPr>
          <w:b/>
          <w:sz w:val="28"/>
          <w:szCs w:val="28"/>
        </w:rPr>
        <w:t>THÔNG BÁO</w:t>
      </w:r>
    </w:p>
    <w:p w:rsidR="008878BB" w:rsidRPr="008878BB" w:rsidRDefault="008878BB" w:rsidP="008878BB">
      <w:pPr>
        <w:spacing w:after="0" w:line="360" w:lineRule="auto"/>
        <w:jc w:val="center"/>
        <w:rPr>
          <w:b/>
          <w:sz w:val="28"/>
          <w:szCs w:val="28"/>
        </w:rPr>
      </w:pPr>
      <w:r w:rsidRPr="008878BB">
        <w:rPr>
          <w:b/>
          <w:sz w:val="28"/>
          <w:szCs w:val="28"/>
        </w:rPr>
        <w:t>Bố trí công việc sau thời gian nghỉ thai sản</w:t>
      </w:r>
    </w:p>
    <w:p w:rsidR="009C33BB" w:rsidRPr="008878BB" w:rsidRDefault="008878BB" w:rsidP="008878BB">
      <w:pPr>
        <w:spacing w:after="0" w:line="360" w:lineRule="auto"/>
        <w:rPr>
          <w:sz w:val="28"/>
          <w:szCs w:val="28"/>
        </w:rPr>
      </w:pPr>
      <w:r w:rsidRPr="008878BB">
        <w:rPr>
          <w:sz w:val="28"/>
          <w:szCs w:val="28"/>
        </w:rPr>
        <w:t>Kính g</w:t>
      </w:r>
      <w:r w:rsidRPr="008878BB">
        <w:rPr>
          <w:sz w:val="28"/>
          <w:szCs w:val="28"/>
        </w:rPr>
        <w:t>ửi:</w:t>
      </w:r>
      <w:r w:rsidRPr="008878BB">
        <w:rPr>
          <w:sz w:val="28"/>
          <w:szCs w:val="28"/>
        </w:rPr>
        <w:t xml:space="preserve"> [H</w:t>
      </w:r>
      <w:r w:rsidRPr="008878BB">
        <w:rPr>
          <w:sz w:val="28"/>
          <w:szCs w:val="28"/>
        </w:rPr>
        <w:t>ọ</w:t>
      </w:r>
      <w:r w:rsidRPr="008878BB">
        <w:rPr>
          <w:sz w:val="28"/>
          <w:szCs w:val="28"/>
        </w:rPr>
        <w:t xml:space="preserve"> và tên ngư</w:t>
      </w:r>
      <w:r w:rsidRPr="008878BB">
        <w:rPr>
          <w:sz w:val="28"/>
          <w:szCs w:val="28"/>
        </w:rPr>
        <w:t>ờ</w:t>
      </w:r>
      <w:r w:rsidRPr="008878BB">
        <w:rPr>
          <w:sz w:val="28"/>
          <w:szCs w:val="28"/>
        </w:rPr>
        <w:t>i lao đ</w:t>
      </w:r>
      <w:r w:rsidRPr="008878BB">
        <w:rPr>
          <w:sz w:val="28"/>
          <w:szCs w:val="28"/>
        </w:rPr>
        <w:t>ộ</w:t>
      </w:r>
      <w:r w:rsidRPr="008878BB">
        <w:rPr>
          <w:sz w:val="28"/>
          <w:szCs w:val="28"/>
        </w:rPr>
        <w:t>ng]</w:t>
      </w:r>
    </w:p>
    <w:p w:rsidR="009C33BB" w:rsidRPr="008878BB" w:rsidRDefault="008878BB" w:rsidP="008878BB">
      <w:pPr>
        <w:spacing w:after="0" w:line="360" w:lineRule="auto"/>
        <w:rPr>
          <w:sz w:val="28"/>
          <w:szCs w:val="28"/>
        </w:rPr>
      </w:pPr>
      <w:r w:rsidRPr="008878BB">
        <w:rPr>
          <w:sz w:val="28"/>
          <w:szCs w:val="28"/>
        </w:rPr>
        <w:t>Ch</w:t>
      </w:r>
      <w:r w:rsidRPr="008878BB">
        <w:rPr>
          <w:sz w:val="28"/>
          <w:szCs w:val="28"/>
        </w:rPr>
        <w:t>ứ</w:t>
      </w:r>
      <w:r w:rsidRPr="008878BB">
        <w:rPr>
          <w:sz w:val="28"/>
          <w:szCs w:val="28"/>
        </w:rPr>
        <w:t>c danh: [Ch</w:t>
      </w:r>
      <w:r w:rsidRPr="008878BB">
        <w:rPr>
          <w:sz w:val="28"/>
          <w:szCs w:val="28"/>
        </w:rPr>
        <w:t>ứ</w:t>
      </w:r>
      <w:r w:rsidRPr="008878BB">
        <w:rPr>
          <w:sz w:val="28"/>
          <w:szCs w:val="28"/>
        </w:rPr>
        <w:t>c danh trư</w:t>
      </w:r>
      <w:r w:rsidRPr="008878BB">
        <w:rPr>
          <w:sz w:val="28"/>
          <w:szCs w:val="28"/>
        </w:rPr>
        <w:t>ớ</w:t>
      </w:r>
      <w:r w:rsidRPr="008878BB">
        <w:rPr>
          <w:sz w:val="28"/>
          <w:szCs w:val="28"/>
        </w:rPr>
        <w:t>c khi ngh</w:t>
      </w:r>
      <w:r w:rsidRPr="008878BB">
        <w:rPr>
          <w:sz w:val="28"/>
          <w:szCs w:val="28"/>
        </w:rPr>
        <w:t>ỉ</w:t>
      </w:r>
      <w:r w:rsidRPr="008878BB">
        <w:rPr>
          <w:sz w:val="28"/>
          <w:szCs w:val="28"/>
        </w:rPr>
        <w:t xml:space="preserve"> thai s</w:t>
      </w:r>
      <w:r w:rsidRPr="008878BB">
        <w:rPr>
          <w:sz w:val="28"/>
          <w:szCs w:val="28"/>
        </w:rPr>
        <w:t>ả</w:t>
      </w:r>
      <w:r w:rsidRPr="008878BB">
        <w:rPr>
          <w:sz w:val="28"/>
          <w:szCs w:val="28"/>
        </w:rPr>
        <w:t>n]</w:t>
      </w:r>
    </w:p>
    <w:p w:rsidR="009C33BB" w:rsidRPr="008878BB" w:rsidRDefault="008878BB" w:rsidP="008878BB">
      <w:pPr>
        <w:spacing w:after="0" w:line="360" w:lineRule="auto"/>
        <w:rPr>
          <w:sz w:val="28"/>
          <w:szCs w:val="28"/>
        </w:rPr>
      </w:pPr>
      <w:r w:rsidRPr="008878BB">
        <w:rPr>
          <w:sz w:val="28"/>
          <w:szCs w:val="28"/>
        </w:rPr>
        <w:t>B</w:t>
      </w:r>
      <w:r w:rsidRPr="008878BB">
        <w:rPr>
          <w:sz w:val="28"/>
          <w:szCs w:val="28"/>
        </w:rPr>
        <w:t>ộ</w:t>
      </w:r>
      <w:r w:rsidRPr="008878BB">
        <w:rPr>
          <w:sz w:val="28"/>
          <w:szCs w:val="28"/>
        </w:rPr>
        <w:t xml:space="preserve"> ph</w:t>
      </w:r>
      <w:r w:rsidRPr="008878BB">
        <w:rPr>
          <w:sz w:val="28"/>
          <w:szCs w:val="28"/>
        </w:rPr>
        <w:t>ậ</w:t>
      </w:r>
      <w:r w:rsidRPr="008878BB">
        <w:rPr>
          <w:sz w:val="28"/>
          <w:szCs w:val="28"/>
        </w:rPr>
        <w:t>n: [Phòng/ban]</w:t>
      </w:r>
      <w:bookmarkStart w:id="0" w:name="_GoBack"/>
      <w:bookmarkEnd w:id="0"/>
    </w:p>
    <w:p w:rsidR="009C33BB" w:rsidRPr="008878BB" w:rsidRDefault="008878BB" w:rsidP="008878BB">
      <w:pPr>
        <w:spacing w:after="0" w:line="360" w:lineRule="auto"/>
        <w:rPr>
          <w:sz w:val="28"/>
          <w:szCs w:val="28"/>
        </w:rPr>
      </w:pPr>
      <w:r w:rsidRPr="008878BB">
        <w:rPr>
          <w:sz w:val="28"/>
          <w:szCs w:val="28"/>
        </w:rPr>
        <w:t>Căn c</w:t>
      </w:r>
      <w:r w:rsidRPr="008878BB">
        <w:rPr>
          <w:sz w:val="28"/>
          <w:szCs w:val="28"/>
        </w:rPr>
        <w:t>ứ</w:t>
      </w:r>
      <w:r w:rsidRPr="008878BB">
        <w:rPr>
          <w:sz w:val="28"/>
          <w:szCs w:val="28"/>
        </w:rPr>
        <w:t xml:space="preserve"> B</w:t>
      </w:r>
      <w:r w:rsidRPr="008878BB">
        <w:rPr>
          <w:sz w:val="28"/>
          <w:szCs w:val="28"/>
        </w:rPr>
        <w:t>ộ</w:t>
      </w:r>
      <w:r w:rsidRPr="008878BB">
        <w:rPr>
          <w:sz w:val="28"/>
          <w:szCs w:val="28"/>
        </w:rPr>
        <w:t xml:space="preserve"> lu</w:t>
      </w:r>
      <w:r w:rsidRPr="008878BB">
        <w:rPr>
          <w:sz w:val="28"/>
          <w:szCs w:val="28"/>
        </w:rPr>
        <w:t>ậ</w:t>
      </w:r>
      <w:r w:rsidRPr="008878BB">
        <w:rPr>
          <w:sz w:val="28"/>
          <w:szCs w:val="28"/>
        </w:rPr>
        <w:t>t Lao đ</w:t>
      </w:r>
      <w:r w:rsidRPr="008878BB">
        <w:rPr>
          <w:sz w:val="28"/>
          <w:szCs w:val="28"/>
        </w:rPr>
        <w:t>ộ</w:t>
      </w:r>
      <w:r w:rsidRPr="008878BB">
        <w:rPr>
          <w:sz w:val="28"/>
          <w:szCs w:val="28"/>
        </w:rPr>
        <w:t>ng năm 2019;</w:t>
      </w:r>
    </w:p>
    <w:p w:rsidR="009C33BB" w:rsidRPr="008878BB" w:rsidRDefault="008878BB" w:rsidP="008878BB">
      <w:pPr>
        <w:spacing w:after="0" w:line="360" w:lineRule="auto"/>
        <w:rPr>
          <w:sz w:val="28"/>
          <w:szCs w:val="28"/>
        </w:rPr>
      </w:pPr>
      <w:r w:rsidRPr="008878BB">
        <w:rPr>
          <w:sz w:val="28"/>
          <w:szCs w:val="28"/>
        </w:rPr>
        <w:t xml:space="preserve">Căn </w:t>
      </w:r>
      <w:r w:rsidRPr="008878BB">
        <w:rPr>
          <w:sz w:val="28"/>
          <w:szCs w:val="28"/>
        </w:rPr>
        <w:t>c</w:t>
      </w:r>
      <w:r w:rsidRPr="008878BB">
        <w:rPr>
          <w:sz w:val="28"/>
          <w:szCs w:val="28"/>
        </w:rPr>
        <w:t>ứ</w:t>
      </w:r>
      <w:r w:rsidRPr="008878BB">
        <w:rPr>
          <w:sz w:val="28"/>
          <w:szCs w:val="28"/>
        </w:rPr>
        <w:t xml:space="preserve"> h</w:t>
      </w:r>
      <w:r w:rsidRPr="008878BB">
        <w:rPr>
          <w:sz w:val="28"/>
          <w:szCs w:val="28"/>
        </w:rPr>
        <w:t>ồ</w:t>
      </w:r>
      <w:r w:rsidRPr="008878BB">
        <w:rPr>
          <w:sz w:val="28"/>
          <w:szCs w:val="28"/>
        </w:rPr>
        <w:t xml:space="preserve"> sơ ngh</w:t>
      </w:r>
      <w:r w:rsidRPr="008878BB">
        <w:rPr>
          <w:sz w:val="28"/>
          <w:szCs w:val="28"/>
        </w:rPr>
        <w:t>ỉ</w:t>
      </w:r>
      <w:r w:rsidRPr="008878BB">
        <w:rPr>
          <w:sz w:val="28"/>
          <w:szCs w:val="28"/>
        </w:rPr>
        <w:t xml:space="preserve"> thai s</w:t>
      </w:r>
      <w:r w:rsidRPr="008878BB">
        <w:rPr>
          <w:sz w:val="28"/>
          <w:szCs w:val="28"/>
        </w:rPr>
        <w:t>ả</w:t>
      </w:r>
      <w:r w:rsidRPr="008878BB">
        <w:rPr>
          <w:sz w:val="28"/>
          <w:szCs w:val="28"/>
        </w:rPr>
        <w:t>n và đơn xin đi làm l</w:t>
      </w:r>
      <w:r w:rsidRPr="008878BB">
        <w:rPr>
          <w:sz w:val="28"/>
          <w:szCs w:val="28"/>
        </w:rPr>
        <w:t>ạ</w:t>
      </w:r>
      <w:r w:rsidRPr="008878BB">
        <w:rPr>
          <w:sz w:val="28"/>
          <w:szCs w:val="28"/>
        </w:rPr>
        <w:t>i c</w:t>
      </w:r>
      <w:r w:rsidRPr="008878BB">
        <w:rPr>
          <w:sz w:val="28"/>
          <w:szCs w:val="28"/>
        </w:rPr>
        <w:t>ủ</w:t>
      </w:r>
      <w:r w:rsidRPr="008878BB">
        <w:rPr>
          <w:sz w:val="28"/>
          <w:szCs w:val="28"/>
        </w:rPr>
        <w:t>a ch</w:t>
      </w:r>
      <w:r w:rsidRPr="008878BB">
        <w:rPr>
          <w:sz w:val="28"/>
          <w:szCs w:val="28"/>
        </w:rPr>
        <w:t>ị</w:t>
      </w:r>
      <w:r w:rsidRPr="008878BB">
        <w:rPr>
          <w:sz w:val="28"/>
          <w:szCs w:val="28"/>
        </w:rPr>
        <w:t xml:space="preserve"> [H</w:t>
      </w:r>
      <w:r w:rsidRPr="008878BB">
        <w:rPr>
          <w:sz w:val="28"/>
          <w:szCs w:val="28"/>
        </w:rPr>
        <w:t>ọ</w:t>
      </w:r>
      <w:r w:rsidRPr="008878BB">
        <w:rPr>
          <w:sz w:val="28"/>
          <w:szCs w:val="28"/>
        </w:rPr>
        <w:t xml:space="preserve"> và tên];</w:t>
      </w:r>
    </w:p>
    <w:p w:rsidR="009C33BB" w:rsidRPr="008878BB" w:rsidRDefault="008878BB" w:rsidP="008878BB">
      <w:pPr>
        <w:spacing w:after="0" w:line="360" w:lineRule="auto"/>
        <w:rPr>
          <w:sz w:val="28"/>
          <w:szCs w:val="28"/>
        </w:rPr>
      </w:pPr>
      <w:r w:rsidRPr="008878BB">
        <w:rPr>
          <w:sz w:val="28"/>
          <w:szCs w:val="28"/>
        </w:rPr>
        <w:t>Căn c</w:t>
      </w:r>
      <w:r w:rsidRPr="008878BB">
        <w:rPr>
          <w:sz w:val="28"/>
          <w:szCs w:val="28"/>
        </w:rPr>
        <w:t>ứ</w:t>
      </w:r>
      <w:r w:rsidRPr="008878BB">
        <w:rPr>
          <w:sz w:val="28"/>
          <w:szCs w:val="28"/>
        </w:rPr>
        <w:t xml:space="preserve"> nhu c</w:t>
      </w:r>
      <w:r w:rsidRPr="008878BB">
        <w:rPr>
          <w:sz w:val="28"/>
          <w:szCs w:val="28"/>
        </w:rPr>
        <w:t>ầ</w:t>
      </w:r>
      <w:r w:rsidRPr="008878BB">
        <w:rPr>
          <w:sz w:val="28"/>
          <w:szCs w:val="28"/>
        </w:rPr>
        <w:t>u s</w:t>
      </w:r>
      <w:r w:rsidRPr="008878BB">
        <w:rPr>
          <w:sz w:val="28"/>
          <w:szCs w:val="28"/>
        </w:rPr>
        <w:t>ả</w:t>
      </w:r>
      <w:r w:rsidRPr="008878BB">
        <w:rPr>
          <w:sz w:val="28"/>
          <w:szCs w:val="28"/>
        </w:rPr>
        <w:t>n xu</w:t>
      </w:r>
      <w:r w:rsidRPr="008878BB">
        <w:rPr>
          <w:sz w:val="28"/>
          <w:szCs w:val="28"/>
        </w:rPr>
        <w:t>ấ</w:t>
      </w:r>
      <w:r w:rsidRPr="008878BB">
        <w:rPr>
          <w:sz w:val="28"/>
          <w:szCs w:val="28"/>
        </w:rPr>
        <w:t>t kinh doanh và tình hình nhân s</w:t>
      </w:r>
      <w:r w:rsidRPr="008878BB">
        <w:rPr>
          <w:sz w:val="28"/>
          <w:szCs w:val="28"/>
        </w:rPr>
        <w:t>ự</w:t>
      </w:r>
      <w:r w:rsidRPr="008878BB">
        <w:rPr>
          <w:sz w:val="28"/>
          <w:szCs w:val="28"/>
        </w:rPr>
        <w:t xml:space="preserve"> c</w:t>
      </w:r>
      <w:r w:rsidRPr="008878BB">
        <w:rPr>
          <w:sz w:val="28"/>
          <w:szCs w:val="28"/>
        </w:rPr>
        <w:t>ủ</w:t>
      </w:r>
      <w:r w:rsidRPr="008878BB">
        <w:rPr>
          <w:sz w:val="28"/>
          <w:szCs w:val="28"/>
        </w:rPr>
        <w:t>a công ty;</w:t>
      </w:r>
    </w:p>
    <w:p w:rsidR="009C33BB" w:rsidRPr="008878BB" w:rsidRDefault="008878BB" w:rsidP="008878BB">
      <w:pPr>
        <w:spacing w:after="0" w:line="360" w:lineRule="auto"/>
        <w:rPr>
          <w:sz w:val="28"/>
          <w:szCs w:val="28"/>
        </w:rPr>
      </w:pPr>
      <w:r w:rsidRPr="008878BB">
        <w:rPr>
          <w:sz w:val="28"/>
          <w:szCs w:val="28"/>
        </w:rPr>
        <w:t>Công ty thông báo v</w:t>
      </w:r>
      <w:r w:rsidRPr="008878BB">
        <w:rPr>
          <w:sz w:val="28"/>
          <w:szCs w:val="28"/>
        </w:rPr>
        <w:t>ề</w:t>
      </w:r>
      <w:r w:rsidRPr="008878BB">
        <w:rPr>
          <w:sz w:val="28"/>
          <w:szCs w:val="28"/>
        </w:rPr>
        <w:t xml:space="preserve"> vi</w:t>
      </w:r>
      <w:r w:rsidRPr="008878BB">
        <w:rPr>
          <w:sz w:val="28"/>
          <w:szCs w:val="28"/>
        </w:rPr>
        <w:t>ệ</w:t>
      </w:r>
      <w:r w:rsidRPr="008878BB">
        <w:rPr>
          <w:sz w:val="28"/>
          <w:szCs w:val="28"/>
        </w:rPr>
        <w:t>c b</w:t>
      </w:r>
      <w:r w:rsidRPr="008878BB">
        <w:rPr>
          <w:sz w:val="28"/>
          <w:szCs w:val="28"/>
        </w:rPr>
        <w:t>ố</w:t>
      </w:r>
      <w:r w:rsidRPr="008878BB">
        <w:rPr>
          <w:sz w:val="28"/>
          <w:szCs w:val="28"/>
        </w:rPr>
        <w:t xml:space="preserve"> trí công vi</w:t>
      </w:r>
      <w:r w:rsidRPr="008878BB">
        <w:rPr>
          <w:sz w:val="28"/>
          <w:szCs w:val="28"/>
        </w:rPr>
        <w:t>ệ</w:t>
      </w:r>
      <w:r w:rsidRPr="008878BB">
        <w:rPr>
          <w:sz w:val="28"/>
          <w:szCs w:val="28"/>
        </w:rPr>
        <w:t>c đ</w:t>
      </w:r>
      <w:r w:rsidRPr="008878BB">
        <w:rPr>
          <w:sz w:val="28"/>
          <w:szCs w:val="28"/>
        </w:rPr>
        <w:t>ố</w:t>
      </w:r>
      <w:r w:rsidRPr="008878BB">
        <w:rPr>
          <w:sz w:val="28"/>
          <w:szCs w:val="28"/>
        </w:rPr>
        <w:t>i v</w:t>
      </w:r>
      <w:r w:rsidRPr="008878BB">
        <w:rPr>
          <w:sz w:val="28"/>
          <w:szCs w:val="28"/>
        </w:rPr>
        <w:t>ớ</w:t>
      </w:r>
      <w:r w:rsidRPr="008878BB">
        <w:rPr>
          <w:sz w:val="28"/>
          <w:szCs w:val="28"/>
        </w:rPr>
        <w:t>i ch</w:t>
      </w:r>
      <w:r w:rsidRPr="008878BB">
        <w:rPr>
          <w:sz w:val="28"/>
          <w:szCs w:val="28"/>
        </w:rPr>
        <w:t>ị</w:t>
      </w:r>
      <w:r w:rsidRPr="008878BB">
        <w:rPr>
          <w:sz w:val="28"/>
          <w:szCs w:val="28"/>
        </w:rPr>
        <w:t xml:space="preserve"> như sau:</w:t>
      </w:r>
    </w:p>
    <w:p w:rsidR="009C33BB" w:rsidRPr="008878BB" w:rsidRDefault="008878BB" w:rsidP="008878BB">
      <w:pPr>
        <w:spacing w:after="0" w:line="360" w:lineRule="auto"/>
        <w:rPr>
          <w:sz w:val="28"/>
          <w:szCs w:val="28"/>
        </w:rPr>
      </w:pPr>
      <w:r w:rsidRPr="008878BB">
        <w:rPr>
          <w:sz w:val="28"/>
          <w:szCs w:val="28"/>
        </w:rPr>
        <w:t>1. Th</w:t>
      </w:r>
      <w:r w:rsidRPr="008878BB">
        <w:rPr>
          <w:sz w:val="28"/>
          <w:szCs w:val="28"/>
        </w:rPr>
        <w:t>ờ</w:t>
      </w:r>
      <w:r w:rsidRPr="008878BB">
        <w:rPr>
          <w:sz w:val="28"/>
          <w:szCs w:val="28"/>
        </w:rPr>
        <w:t>i gian đi làm l</w:t>
      </w:r>
      <w:r w:rsidRPr="008878BB">
        <w:rPr>
          <w:sz w:val="28"/>
          <w:szCs w:val="28"/>
        </w:rPr>
        <w:t>ạ</w:t>
      </w:r>
      <w:r w:rsidRPr="008878BB">
        <w:rPr>
          <w:sz w:val="28"/>
          <w:szCs w:val="28"/>
        </w:rPr>
        <w:t>i: T</w:t>
      </w:r>
      <w:r w:rsidRPr="008878BB">
        <w:rPr>
          <w:sz w:val="28"/>
          <w:szCs w:val="28"/>
        </w:rPr>
        <w:t>ừ</w:t>
      </w:r>
      <w:r w:rsidRPr="008878BB">
        <w:rPr>
          <w:sz w:val="28"/>
          <w:szCs w:val="28"/>
        </w:rPr>
        <w:t xml:space="preserve"> ngày [dd/mm/yyyy]</w:t>
      </w:r>
    </w:p>
    <w:p w:rsidR="009C33BB" w:rsidRPr="008878BB" w:rsidRDefault="008878BB" w:rsidP="008878BB">
      <w:pPr>
        <w:spacing w:after="0" w:line="360" w:lineRule="auto"/>
        <w:rPr>
          <w:sz w:val="28"/>
          <w:szCs w:val="28"/>
        </w:rPr>
      </w:pPr>
      <w:r w:rsidRPr="008878BB">
        <w:rPr>
          <w:sz w:val="28"/>
          <w:szCs w:val="28"/>
        </w:rPr>
        <w:t>2. V</w:t>
      </w:r>
      <w:r w:rsidRPr="008878BB">
        <w:rPr>
          <w:sz w:val="28"/>
          <w:szCs w:val="28"/>
        </w:rPr>
        <w:t>ị</w:t>
      </w:r>
      <w:r w:rsidRPr="008878BB">
        <w:rPr>
          <w:sz w:val="28"/>
          <w:szCs w:val="28"/>
        </w:rPr>
        <w:t xml:space="preserve"> trí c</w:t>
      </w:r>
      <w:r w:rsidRPr="008878BB">
        <w:rPr>
          <w:sz w:val="28"/>
          <w:szCs w:val="28"/>
        </w:rPr>
        <w:t>ông vi</w:t>
      </w:r>
      <w:r w:rsidRPr="008878BB">
        <w:rPr>
          <w:sz w:val="28"/>
          <w:szCs w:val="28"/>
        </w:rPr>
        <w:t>ệ</w:t>
      </w:r>
      <w:r w:rsidRPr="008878BB">
        <w:rPr>
          <w:sz w:val="28"/>
          <w:szCs w:val="28"/>
        </w:rPr>
        <w:t>c: [Tên v</w:t>
      </w:r>
      <w:r w:rsidRPr="008878BB">
        <w:rPr>
          <w:sz w:val="28"/>
          <w:szCs w:val="28"/>
        </w:rPr>
        <w:t>ị</w:t>
      </w:r>
      <w:r w:rsidRPr="008878BB">
        <w:rPr>
          <w:sz w:val="28"/>
          <w:szCs w:val="28"/>
        </w:rPr>
        <w:t xml:space="preserve"> trí làm vi</w:t>
      </w:r>
      <w:r w:rsidRPr="008878BB">
        <w:rPr>
          <w:sz w:val="28"/>
          <w:szCs w:val="28"/>
        </w:rPr>
        <w:t>ệ</w:t>
      </w:r>
      <w:r w:rsidRPr="008878BB">
        <w:rPr>
          <w:sz w:val="28"/>
          <w:szCs w:val="28"/>
        </w:rPr>
        <w:t>c]</w:t>
      </w:r>
    </w:p>
    <w:p w:rsidR="009C33BB" w:rsidRPr="008878BB" w:rsidRDefault="008878BB" w:rsidP="008878BB">
      <w:pPr>
        <w:spacing w:after="0" w:line="360" w:lineRule="auto"/>
        <w:rPr>
          <w:sz w:val="28"/>
          <w:szCs w:val="28"/>
        </w:rPr>
      </w:pPr>
      <w:r w:rsidRPr="008878BB">
        <w:rPr>
          <w:sz w:val="28"/>
          <w:szCs w:val="28"/>
        </w:rPr>
        <w:t>3. B</w:t>
      </w:r>
      <w:r w:rsidRPr="008878BB">
        <w:rPr>
          <w:sz w:val="28"/>
          <w:szCs w:val="28"/>
        </w:rPr>
        <w:t>ộ</w:t>
      </w:r>
      <w:r w:rsidRPr="008878BB">
        <w:rPr>
          <w:sz w:val="28"/>
          <w:szCs w:val="28"/>
        </w:rPr>
        <w:t xml:space="preserve"> ph</w:t>
      </w:r>
      <w:r w:rsidRPr="008878BB">
        <w:rPr>
          <w:sz w:val="28"/>
          <w:szCs w:val="28"/>
        </w:rPr>
        <w:t>ậ</w:t>
      </w:r>
      <w:r w:rsidRPr="008878BB">
        <w:rPr>
          <w:sz w:val="28"/>
          <w:szCs w:val="28"/>
        </w:rPr>
        <w:t>n công tác: [Tên phòng/ban ho</w:t>
      </w:r>
      <w:r w:rsidRPr="008878BB">
        <w:rPr>
          <w:sz w:val="28"/>
          <w:szCs w:val="28"/>
        </w:rPr>
        <w:t>ặ</w:t>
      </w:r>
      <w:r w:rsidRPr="008878BB">
        <w:rPr>
          <w:sz w:val="28"/>
          <w:szCs w:val="28"/>
        </w:rPr>
        <w:t>c đ</w:t>
      </w:r>
      <w:r w:rsidRPr="008878BB">
        <w:rPr>
          <w:sz w:val="28"/>
          <w:szCs w:val="28"/>
        </w:rPr>
        <w:t>ị</w:t>
      </w:r>
      <w:r w:rsidRPr="008878BB">
        <w:rPr>
          <w:sz w:val="28"/>
          <w:szCs w:val="28"/>
        </w:rPr>
        <w:t>a đi</w:t>
      </w:r>
      <w:r w:rsidRPr="008878BB">
        <w:rPr>
          <w:sz w:val="28"/>
          <w:szCs w:val="28"/>
        </w:rPr>
        <w:t>ể</w:t>
      </w:r>
      <w:r w:rsidRPr="008878BB">
        <w:rPr>
          <w:sz w:val="28"/>
          <w:szCs w:val="28"/>
        </w:rPr>
        <w:t>m làm vi</w:t>
      </w:r>
      <w:r w:rsidRPr="008878BB">
        <w:rPr>
          <w:sz w:val="28"/>
          <w:szCs w:val="28"/>
        </w:rPr>
        <w:t>ệ</w:t>
      </w:r>
      <w:r w:rsidRPr="008878BB">
        <w:rPr>
          <w:sz w:val="28"/>
          <w:szCs w:val="28"/>
        </w:rPr>
        <w:t>c]</w:t>
      </w:r>
    </w:p>
    <w:p w:rsidR="009C33BB" w:rsidRPr="008878BB" w:rsidRDefault="008878BB" w:rsidP="008878BB">
      <w:pPr>
        <w:spacing w:after="0" w:line="360" w:lineRule="auto"/>
        <w:rPr>
          <w:sz w:val="28"/>
          <w:szCs w:val="28"/>
        </w:rPr>
      </w:pPr>
      <w:r w:rsidRPr="008878BB">
        <w:rPr>
          <w:sz w:val="28"/>
          <w:szCs w:val="28"/>
        </w:rPr>
        <w:t>4. Mô t</w:t>
      </w:r>
      <w:r w:rsidRPr="008878BB">
        <w:rPr>
          <w:sz w:val="28"/>
          <w:szCs w:val="28"/>
        </w:rPr>
        <w:t>ả</w:t>
      </w:r>
      <w:r w:rsidRPr="008878BB">
        <w:rPr>
          <w:sz w:val="28"/>
          <w:szCs w:val="28"/>
        </w:rPr>
        <w:t xml:space="preserve"> công vi</w:t>
      </w:r>
      <w:r w:rsidRPr="008878BB">
        <w:rPr>
          <w:sz w:val="28"/>
          <w:szCs w:val="28"/>
        </w:rPr>
        <w:t>ệ</w:t>
      </w:r>
      <w:r w:rsidRPr="008878BB">
        <w:rPr>
          <w:sz w:val="28"/>
          <w:szCs w:val="28"/>
        </w:rPr>
        <w:t>c: [Nêu ng</w:t>
      </w:r>
      <w:r w:rsidRPr="008878BB">
        <w:rPr>
          <w:sz w:val="28"/>
          <w:szCs w:val="28"/>
        </w:rPr>
        <w:t>ắ</w:t>
      </w:r>
      <w:r w:rsidRPr="008878BB">
        <w:rPr>
          <w:sz w:val="28"/>
          <w:szCs w:val="28"/>
        </w:rPr>
        <w:t>n g</w:t>
      </w:r>
      <w:r w:rsidRPr="008878BB">
        <w:rPr>
          <w:sz w:val="28"/>
          <w:szCs w:val="28"/>
        </w:rPr>
        <w:t>ọ</w:t>
      </w:r>
      <w:r w:rsidRPr="008878BB">
        <w:rPr>
          <w:sz w:val="28"/>
          <w:szCs w:val="28"/>
        </w:rPr>
        <w:t>n nhi</w:t>
      </w:r>
      <w:r w:rsidRPr="008878BB">
        <w:rPr>
          <w:sz w:val="28"/>
          <w:szCs w:val="28"/>
        </w:rPr>
        <w:t>ệ</w:t>
      </w:r>
      <w:r w:rsidRPr="008878BB">
        <w:rPr>
          <w:sz w:val="28"/>
          <w:szCs w:val="28"/>
        </w:rPr>
        <w:t>m v</w:t>
      </w:r>
      <w:r w:rsidRPr="008878BB">
        <w:rPr>
          <w:sz w:val="28"/>
          <w:szCs w:val="28"/>
        </w:rPr>
        <w:t>ụ</w:t>
      </w:r>
      <w:r w:rsidRPr="008878BB">
        <w:rPr>
          <w:sz w:val="28"/>
          <w:szCs w:val="28"/>
        </w:rPr>
        <w:t xml:space="preserve"> chính]</w:t>
      </w:r>
    </w:p>
    <w:p w:rsidR="009C33BB" w:rsidRPr="008878BB" w:rsidRDefault="008878BB" w:rsidP="008878BB">
      <w:pPr>
        <w:spacing w:after="0" w:line="360" w:lineRule="auto"/>
        <w:rPr>
          <w:sz w:val="28"/>
          <w:szCs w:val="28"/>
        </w:rPr>
      </w:pPr>
      <w:r w:rsidRPr="008878BB">
        <w:rPr>
          <w:sz w:val="28"/>
          <w:szCs w:val="28"/>
        </w:rPr>
        <w:t>5. Ch</w:t>
      </w:r>
      <w:r w:rsidRPr="008878BB">
        <w:rPr>
          <w:sz w:val="28"/>
          <w:szCs w:val="28"/>
        </w:rPr>
        <w:t>ế</w:t>
      </w:r>
      <w:r w:rsidRPr="008878BB">
        <w:rPr>
          <w:sz w:val="28"/>
          <w:szCs w:val="28"/>
        </w:rPr>
        <w:t xml:space="preserve"> đ</w:t>
      </w:r>
      <w:r w:rsidRPr="008878BB">
        <w:rPr>
          <w:sz w:val="28"/>
          <w:szCs w:val="28"/>
        </w:rPr>
        <w:t>ộ</w:t>
      </w:r>
      <w:r w:rsidRPr="008878BB">
        <w:rPr>
          <w:sz w:val="28"/>
          <w:szCs w:val="28"/>
        </w:rPr>
        <w:t xml:space="preserve"> làm vi</w:t>
      </w:r>
      <w:r w:rsidRPr="008878BB">
        <w:rPr>
          <w:sz w:val="28"/>
          <w:szCs w:val="28"/>
        </w:rPr>
        <w:t>ệ</w:t>
      </w:r>
      <w:r w:rsidRPr="008878BB">
        <w:rPr>
          <w:sz w:val="28"/>
          <w:szCs w:val="28"/>
        </w:rPr>
        <w:t>c và quy</w:t>
      </w:r>
      <w:r w:rsidRPr="008878BB">
        <w:rPr>
          <w:sz w:val="28"/>
          <w:szCs w:val="28"/>
        </w:rPr>
        <w:t>ề</w:t>
      </w:r>
      <w:r w:rsidRPr="008878BB">
        <w:rPr>
          <w:sz w:val="28"/>
          <w:szCs w:val="28"/>
        </w:rPr>
        <w:t>n l</w:t>
      </w:r>
      <w:r w:rsidRPr="008878BB">
        <w:rPr>
          <w:sz w:val="28"/>
          <w:szCs w:val="28"/>
        </w:rPr>
        <w:t>ợ</w:t>
      </w:r>
      <w:r w:rsidRPr="008878BB">
        <w:rPr>
          <w:sz w:val="28"/>
          <w:szCs w:val="28"/>
        </w:rPr>
        <w:t>i:</w:t>
      </w:r>
    </w:p>
    <w:p w:rsidR="009C33BB" w:rsidRPr="008878BB" w:rsidRDefault="008878BB" w:rsidP="008878BB">
      <w:pPr>
        <w:spacing w:after="0" w:line="360" w:lineRule="auto"/>
        <w:rPr>
          <w:sz w:val="28"/>
          <w:szCs w:val="28"/>
        </w:rPr>
      </w:pPr>
      <w:r w:rsidRPr="008878BB">
        <w:rPr>
          <w:sz w:val="28"/>
          <w:szCs w:val="28"/>
        </w:rPr>
        <w:t>– Th</w:t>
      </w:r>
      <w:r w:rsidRPr="008878BB">
        <w:rPr>
          <w:sz w:val="28"/>
          <w:szCs w:val="28"/>
        </w:rPr>
        <w:t>ờ</w:t>
      </w:r>
      <w:r w:rsidRPr="008878BB">
        <w:rPr>
          <w:sz w:val="28"/>
          <w:szCs w:val="28"/>
        </w:rPr>
        <w:t>i gian làm vi</w:t>
      </w:r>
      <w:r w:rsidRPr="008878BB">
        <w:rPr>
          <w:sz w:val="28"/>
          <w:szCs w:val="28"/>
        </w:rPr>
        <w:t>ệ</w:t>
      </w:r>
      <w:r w:rsidRPr="008878BB">
        <w:rPr>
          <w:sz w:val="28"/>
          <w:szCs w:val="28"/>
        </w:rPr>
        <w:t>c: [Th</w:t>
      </w:r>
      <w:r w:rsidRPr="008878BB">
        <w:rPr>
          <w:sz w:val="28"/>
          <w:szCs w:val="28"/>
        </w:rPr>
        <w:t>ờ</w:t>
      </w:r>
      <w:r w:rsidRPr="008878BB">
        <w:rPr>
          <w:sz w:val="28"/>
          <w:szCs w:val="28"/>
        </w:rPr>
        <w:t>i gian c</w:t>
      </w:r>
      <w:r w:rsidRPr="008878BB">
        <w:rPr>
          <w:sz w:val="28"/>
          <w:szCs w:val="28"/>
        </w:rPr>
        <w:t>ụ</w:t>
      </w:r>
      <w:r w:rsidRPr="008878BB">
        <w:rPr>
          <w:sz w:val="28"/>
          <w:szCs w:val="28"/>
        </w:rPr>
        <w:t xml:space="preserve"> th</w:t>
      </w:r>
      <w:r w:rsidRPr="008878BB">
        <w:rPr>
          <w:sz w:val="28"/>
          <w:szCs w:val="28"/>
        </w:rPr>
        <w:t>ể</w:t>
      </w:r>
      <w:r w:rsidRPr="008878BB">
        <w:rPr>
          <w:sz w:val="28"/>
          <w:szCs w:val="28"/>
        </w:rPr>
        <w:t>]</w:t>
      </w:r>
    </w:p>
    <w:p w:rsidR="009C33BB" w:rsidRPr="008878BB" w:rsidRDefault="008878BB" w:rsidP="008878BB">
      <w:pPr>
        <w:spacing w:after="0" w:line="360" w:lineRule="auto"/>
        <w:rPr>
          <w:sz w:val="28"/>
          <w:szCs w:val="28"/>
        </w:rPr>
      </w:pPr>
      <w:r w:rsidRPr="008878BB">
        <w:rPr>
          <w:sz w:val="28"/>
          <w:szCs w:val="28"/>
        </w:rPr>
        <w:t>– M</w:t>
      </w:r>
      <w:r w:rsidRPr="008878BB">
        <w:rPr>
          <w:sz w:val="28"/>
          <w:szCs w:val="28"/>
        </w:rPr>
        <w:t>ứ</w:t>
      </w:r>
      <w:r w:rsidRPr="008878BB">
        <w:rPr>
          <w:sz w:val="28"/>
          <w:szCs w:val="28"/>
        </w:rPr>
        <w:t>c lương: [M</w:t>
      </w:r>
      <w:r w:rsidRPr="008878BB">
        <w:rPr>
          <w:sz w:val="28"/>
          <w:szCs w:val="28"/>
        </w:rPr>
        <w:t>ứ</w:t>
      </w:r>
      <w:r w:rsidRPr="008878BB">
        <w:rPr>
          <w:sz w:val="28"/>
          <w:szCs w:val="28"/>
        </w:rPr>
        <w:t>c lương hi</w:t>
      </w:r>
      <w:r w:rsidRPr="008878BB">
        <w:rPr>
          <w:sz w:val="28"/>
          <w:szCs w:val="28"/>
        </w:rPr>
        <w:t>ệ</w:t>
      </w:r>
      <w:r w:rsidRPr="008878BB">
        <w:rPr>
          <w:sz w:val="28"/>
          <w:szCs w:val="28"/>
        </w:rPr>
        <w:t>n t</w:t>
      </w:r>
      <w:r w:rsidRPr="008878BB">
        <w:rPr>
          <w:sz w:val="28"/>
          <w:szCs w:val="28"/>
        </w:rPr>
        <w:t>ạ</w:t>
      </w:r>
      <w:r w:rsidRPr="008878BB">
        <w:rPr>
          <w:sz w:val="28"/>
          <w:szCs w:val="28"/>
        </w:rPr>
        <w:t>i ho</w:t>
      </w:r>
      <w:r w:rsidRPr="008878BB">
        <w:rPr>
          <w:sz w:val="28"/>
          <w:szCs w:val="28"/>
        </w:rPr>
        <w:t>ặ</w:t>
      </w:r>
      <w:r w:rsidRPr="008878BB">
        <w:rPr>
          <w:sz w:val="28"/>
          <w:szCs w:val="28"/>
        </w:rPr>
        <w:t>c th</w:t>
      </w:r>
      <w:r w:rsidRPr="008878BB">
        <w:rPr>
          <w:sz w:val="28"/>
          <w:szCs w:val="28"/>
        </w:rPr>
        <w:t>eo th</w:t>
      </w:r>
      <w:r w:rsidRPr="008878BB">
        <w:rPr>
          <w:sz w:val="28"/>
          <w:szCs w:val="28"/>
        </w:rPr>
        <w:t>ỏ</w:t>
      </w:r>
      <w:r w:rsidRPr="008878BB">
        <w:rPr>
          <w:sz w:val="28"/>
          <w:szCs w:val="28"/>
        </w:rPr>
        <w:t>a thu</w:t>
      </w:r>
      <w:r w:rsidRPr="008878BB">
        <w:rPr>
          <w:sz w:val="28"/>
          <w:szCs w:val="28"/>
        </w:rPr>
        <w:t>ậ</w:t>
      </w:r>
      <w:r w:rsidRPr="008878BB">
        <w:rPr>
          <w:sz w:val="28"/>
          <w:szCs w:val="28"/>
        </w:rPr>
        <w:t>n m</w:t>
      </w:r>
      <w:r w:rsidRPr="008878BB">
        <w:rPr>
          <w:sz w:val="28"/>
          <w:szCs w:val="28"/>
        </w:rPr>
        <w:t>ớ</w:t>
      </w:r>
      <w:r w:rsidRPr="008878BB">
        <w:rPr>
          <w:sz w:val="28"/>
          <w:szCs w:val="28"/>
        </w:rPr>
        <w:t>i]</w:t>
      </w:r>
    </w:p>
    <w:p w:rsidR="009C33BB" w:rsidRPr="008878BB" w:rsidRDefault="008878BB" w:rsidP="008878BB">
      <w:pPr>
        <w:spacing w:after="0" w:line="360" w:lineRule="auto"/>
        <w:rPr>
          <w:sz w:val="28"/>
          <w:szCs w:val="28"/>
        </w:rPr>
      </w:pPr>
      <w:r w:rsidRPr="008878BB">
        <w:rPr>
          <w:sz w:val="28"/>
          <w:szCs w:val="28"/>
        </w:rPr>
        <w:t>– Các quy</w:t>
      </w:r>
      <w:r w:rsidRPr="008878BB">
        <w:rPr>
          <w:sz w:val="28"/>
          <w:szCs w:val="28"/>
        </w:rPr>
        <w:t>ề</w:t>
      </w:r>
      <w:r w:rsidRPr="008878BB">
        <w:rPr>
          <w:sz w:val="28"/>
          <w:szCs w:val="28"/>
        </w:rPr>
        <w:t>n l</w:t>
      </w:r>
      <w:r w:rsidRPr="008878BB">
        <w:rPr>
          <w:sz w:val="28"/>
          <w:szCs w:val="28"/>
        </w:rPr>
        <w:t>ợ</w:t>
      </w:r>
      <w:r w:rsidRPr="008878BB">
        <w:rPr>
          <w:sz w:val="28"/>
          <w:szCs w:val="28"/>
        </w:rPr>
        <w:t>i khác: Theo quy đ</w:t>
      </w:r>
      <w:r w:rsidRPr="008878BB">
        <w:rPr>
          <w:sz w:val="28"/>
          <w:szCs w:val="28"/>
        </w:rPr>
        <w:t>ị</w:t>
      </w:r>
      <w:r w:rsidRPr="008878BB">
        <w:rPr>
          <w:sz w:val="28"/>
          <w:szCs w:val="28"/>
        </w:rPr>
        <w:t>nh hi</w:t>
      </w:r>
      <w:r w:rsidRPr="008878BB">
        <w:rPr>
          <w:sz w:val="28"/>
          <w:szCs w:val="28"/>
        </w:rPr>
        <w:t>ệ</w:t>
      </w:r>
      <w:r w:rsidRPr="008878BB">
        <w:rPr>
          <w:sz w:val="28"/>
          <w:szCs w:val="28"/>
        </w:rPr>
        <w:t>n hành c</w:t>
      </w:r>
      <w:r w:rsidRPr="008878BB">
        <w:rPr>
          <w:sz w:val="28"/>
          <w:szCs w:val="28"/>
        </w:rPr>
        <w:t>ủ</w:t>
      </w:r>
      <w:r w:rsidRPr="008878BB">
        <w:rPr>
          <w:sz w:val="28"/>
          <w:szCs w:val="28"/>
        </w:rPr>
        <w:t>a pháp lu</w:t>
      </w:r>
      <w:r w:rsidRPr="008878BB">
        <w:rPr>
          <w:sz w:val="28"/>
          <w:szCs w:val="28"/>
        </w:rPr>
        <w:t>ậ</w:t>
      </w:r>
      <w:r w:rsidRPr="008878BB">
        <w:rPr>
          <w:sz w:val="28"/>
          <w:szCs w:val="28"/>
        </w:rPr>
        <w:t>t và n</w:t>
      </w:r>
      <w:r w:rsidRPr="008878BB">
        <w:rPr>
          <w:sz w:val="28"/>
          <w:szCs w:val="28"/>
        </w:rPr>
        <w:t>ộ</w:t>
      </w:r>
      <w:r w:rsidRPr="008878BB">
        <w:rPr>
          <w:sz w:val="28"/>
          <w:szCs w:val="28"/>
        </w:rPr>
        <w:t>i quy công ty</w:t>
      </w:r>
    </w:p>
    <w:p w:rsidR="009C33BB" w:rsidRPr="008878BB" w:rsidRDefault="008878BB" w:rsidP="008878BB">
      <w:pPr>
        <w:spacing w:after="0" w:line="360" w:lineRule="auto"/>
        <w:rPr>
          <w:sz w:val="28"/>
          <w:szCs w:val="28"/>
        </w:rPr>
      </w:pPr>
      <w:r w:rsidRPr="008878BB">
        <w:rPr>
          <w:sz w:val="28"/>
          <w:szCs w:val="28"/>
        </w:rPr>
        <w:t>Đ</w:t>
      </w:r>
      <w:r w:rsidRPr="008878BB">
        <w:rPr>
          <w:sz w:val="28"/>
          <w:szCs w:val="28"/>
        </w:rPr>
        <w:t>ề</w:t>
      </w:r>
      <w:r w:rsidRPr="008878BB">
        <w:rPr>
          <w:sz w:val="28"/>
          <w:szCs w:val="28"/>
        </w:rPr>
        <w:t xml:space="preserve"> ngh</w:t>
      </w:r>
      <w:r w:rsidRPr="008878BB">
        <w:rPr>
          <w:sz w:val="28"/>
          <w:szCs w:val="28"/>
        </w:rPr>
        <w:t>ị</w:t>
      </w:r>
      <w:r w:rsidRPr="008878BB">
        <w:rPr>
          <w:sz w:val="28"/>
          <w:szCs w:val="28"/>
        </w:rPr>
        <w:t xml:space="preserve"> ch</w:t>
      </w:r>
      <w:r w:rsidRPr="008878BB">
        <w:rPr>
          <w:sz w:val="28"/>
          <w:szCs w:val="28"/>
        </w:rPr>
        <w:t>ị</w:t>
      </w:r>
      <w:r w:rsidRPr="008878BB">
        <w:rPr>
          <w:sz w:val="28"/>
          <w:szCs w:val="28"/>
        </w:rPr>
        <w:t xml:space="preserve"> có m</w:t>
      </w:r>
      <w:r w:rsidRPr="008878BB">
        <w:rPr>
          <w:sz w:val="28"/>
          <w:szCs w:val="28"/>
        </w:rPr>
        <w:t>ặ</w:t>
      </w:r>
      <w:r w:rsidRPr="008878BB">
        <w:rPr>
          <w:sz w:val="28"/>
          <w:szCs w:val="28"/>
        </w:rPr>
        <w:t>t đúng th</w:t>
      </w:r>
      <w:r w:rsidRPr="008878BB">
        <w:rPr>
          <w:sz w:val="28"/>
          <w:szCs w:val="28"/>
        </w:rPr>
        <w:t>ờ</w:t>
      </w:r>
      <w:r w:rsidRPr="008878BB">
        <w:rPr>
          <w:sz w:val="28"/>
          <w:szCs w:val="28"/>
        </w:rPr>
        <w:t>i gian quy đ</w:t>
      </w:r>
      <w:r w:rsidRPr="008878BB">
        <w:rPr>
          <w:sz w:val="28"/>
          <w:szCs w:val="28"/>
        </w:rPr>
        <w:t>ị</w:t>
      </w:r>
      <w:r w:rsidRPr="008878BB">
        <w:rPr>
          <w:sz w:val="28"/>
          <w:szCs w:val="28"/>
        </w:rPr>
        <w:t>nh đ</w:t>
      </w:r>
      <w:r w:rsidRPr="008878BB">
        <w:rPr>
          <w:sz w:val="28"/>
          <w:szCs w:val="28"/>
        </w:rPr>
        <w:t>ể</w:t>
      </w:r>
      <w:r w:rsidRPr="008878BB">
        <w:rPr>
          <w:sz w:val="28"/>
          <w:szCs w:val="28"/>
        </w:rPr>
        <w:t xml:space="preserve"> nh</w:t>
      </w:r>
      <w:r w:rsidRPr="008878BB">
        <w:rPr>
          <w:sz w:val="28"/>
          <w:szCs w:val="28"/>
        </w:rPr>
        <w:t>ậ</w:t>
      </w:r>
      <w:r w:rsidRPr="008878BB">
        <w:rPr>
          <w:sz w:val="28"/>
          <w:szCs w:val="28"/>
        </w:rPr>
        <w:t>n bàn giao công vi</w:t>
      </w:r>
      <w:r w:rsidRPr="008878BB">
        <w:rPr>
          <w:sz w:val="28"/>
          <w:szCs w:val="28"/>
        </w:rPr>
        <w:t>ệ</w:t>
      </w:r>
      <w:r w:rsidRPr="008878BB">
        <w:rPr>
          <w:sz w:val="28"/>
          <w:szCs w:val="28"/>
        </w:rPr>
        <w:t>c và ti</w:t>
      </w:r>
      <w:r w:rsidRPr="008878BB">
        <w:rPr>
          <w:sz w:val="28"/>
          <w:szCs w:val="28"/>
        </w:rPr>
        <w:t>ế</w:t>
      </w:r>
      <w:r w:rsidRPr="008878BB">
        <w:rPr>
          <w:sz w:val="28"/>
          <w:szCs w:val="28"/>
        </w:rPr>
        <w:t>p t</w:t>
      </w:r>
      <w:r w:rsidRPr="008878BB">
        <w:rPr>
          <w:sz w:val="28"/>
          <w:szCs w:val="28"/>
        </w:rPr>
        <w:t>ụ</w:t>
      </w:r>
      <w:r w:rsidRPr="008878BB">
        <w:rPr>
          <w:sz w:val="28"/>
          <w:szCs w:val="28"/>
        </w:rPr>
        <w:t>c th</w:t>
      </w:r>
      <w:r w:rsidRPr="008878BB">
        <w:rPr>
          <w:sz w:val="28"/>
          <w:szCs w:val="28"/>
        </w:rPr>
        <w:t>ự</w:t>
      </w:r>
      <w:r w:rsidRPr="008878BB">
        <w:rPr>
          <w:sz w:val="28"/>
          <w:szCs w:val="28"/>
        </w:rPr>
        <w:t>c hi</w:t>
      </w:r>
      <w:r w:rsidRPr="008878BB">
        <w:rPr>
          <w:sz w:val="28"/>
          <w:szCs w:val="28"/>
        </w:rPr>
        <w:t>ệ</w:t>
      </w:r>
      <w:r w:rsidRPr="008878BB">
        <w:rPr>
          <w:sz w:val="28"/>
          <w:szCs w:val="28"/>
        </w:rPr>
        <w:t>n nhi</w:t>
      </w:r>
      <w:r w:rsidRPr="008878BB">
        <w:rPr>
          <w:sz w:val="28"/>
          <w:szCs w:val="28"/>
        </w:rPr>
        <w:t>ệ</w:t>
      </w:r>
      <w:r w:rsidRPr="008878BB">
        <w:rPr>
          <w:sz w:val="28"/>
          <w:szCs w:val="28"/>
        </w:rPr>
        <w:t>m v</w:t>
      </w:r>
      <w:r w:rsidRPr="008878BB">
        <w:rPr>
          <w:sz w:val="28"/>
          <w:szCs w:val="28"/>
        </w:rPr>
        <w:t>ụ</w:t>
      </w:r>
      <w:r w:rsidRPr="008878BB">
        <w:rPr>
          <w:sz w:val="28"/>
          <w:szCs w:val="28"/>
        </w:rPr>
        <w:t xml:space="preserve"> theo s</w:t>
      </w:r>
      <w:r w:rsidRPr="008878BB">
        <w:rPr>
          <w:sz w:val="28"/>
          <w:szCs w:val="28"/>
        </w:rPr>
        <w:t>ự</w:t>
      </w:r>
      <w:r w:rsidRPr="008878BB">
        <w:rPr>
          <w:sz w:val="28"/>
          <w:szCs w:val="28"/>
        </w:rPr>
        <w:t xml:space="preserve"> phân công c</w:t>
      </w:r>
      <w:r w:rsidRPr="008878BB">
        <w:rPr>
          <w:sz w:val="28"/>
          <w:szCs w:val="28"/>
        </w:rPr>
        <w:t>ủ</w:t>
      </w:r>
      <w:r w:rsidRPr="008878BB">
        <w:rPr>
          <w:sz w:val="28"/>
          <w:szCs w:val="28"/>
        </w:rPr>
        <w:t>a công ty.</w:t>
      </w:r>
    </w:p>
    <w:p w:rsidR="009C33BB" w:rsidRPr="008878BB" w:rsidRDefault="008878BB" w:rsidP="008878BB">
      <w:pPr>
        <w:spacing w:after="0" w:line="360" w:lineRule="auto"/>
        <w:rPr>
          <w:sz w:val="28"/>
          <w:szCs w:val="28"/>
        </w:rPr>
      </w:pPr>
      <w:r w:rsidRPr="008878BB">
        <w:rPr>
          <w:sz w:val="28"/>
          <w:szCs w:val="28"/>
        </w:rPr>
        <w:t>N</w:t>
      </w:r>
      <w:r w:rsidRPr="008878BB">
        <w:rPr>
          <w:sz w:val="28"/>
          <w:szCs w:val="28"/>
        </w:rPr>
        <w:t>ế</w:t>
      </w:r>
      <w:r w:rsidRPr="008878BB">
        <w:rPr>
          <w:sz w:val="28"/>
          <w:szCs w:val="28"/>
        </w:rPr>
        <w:t>u có th</w:t>
      </w:r>
      <w:r w:rsidRPr="008878BB">
        <w:rPr>
          <w:sz w:val="28"/>
          <w:szCs w:val="28"/>
        </w:rPr>
        <w:t>ắ</w:t>
      </w:r>
      <w:r w:rsidRPr="008878BB">
        <w:rPr>
          <w:sz w:val="28"/>
          <w:szCs w:val="28"/>
        </w:rPr>
        <w:t>c m</w:t>
      </w:r>
      <w:r w:rsidRPr="008878BB">
        <w:rPr>
          <w:sz w:val="28"/>
          <w:szCs w:val="28"/>
        </w:rPr>
        <w:t>ắ</w:t>
      </w:r>
      <w:r w:rsidRPr="008878BB">
        <w:rPr>
          <w:sz w:val="28"/>
          <w:szCs w:val="28"/>
        </w:rPr>
        <w:t>c ho</w:t>
      </w:r>
      <w:r w:rsidRPr="008878BB">
        <w:rPr>
          <w:sz w:val="28"/>
          <w:szCs w:val="28"/>
        </w:rPr>
        <w:t>ặ</w:t>
      </w:r>
      <w:r w:rsidRPr="008878BB">
        <w:rPr>
          <w:sz w:val="28"/>
          <w:szCs w:val="28"/>
        </w:rPr>
        <w:t>c c</w:t>
      </w:r>
      <w:r w:rsidRPr="008878BB">
        <w:rPr>
          <w:sz w:val="28"/>
          <w:szCs w:val="28"/>
        </w:rPr>
        <w:t>ầ</w:t>
      </w:r>
      <w:r w:rsidRPr="008878BB">
        <w:rPr>
          <w:sz w:val="28"/>
          <w:szCs w:val="28"/>
        </w:rPr>
        <w:t>n h</w:t>
      </w:r>
      <w:r w:rsidRPr="008878BB">
        <w:rPr>
          <w:sz w:val="28"/>
          <w:szCs w:val="28"/>
        </w:rPr>
        <w:t>ỗ</w:t>
      </w:r>
      <w:r w:rsidRPr="008878BB">
        <w:rPr>
          <w:sz w:val="28"/>
          <w:szCs w:val="28"/>
        </w:rPr>
        <w:t xml:space="preserve"> tr</w:t>
      </w:r>
      <w:r w:rsidRPr="008878BB">
        <w:rPr>
          <w:sz w:val="28"/>
          <w:szCs w:val="28"/>
        </w:rPr>
        <w:t>ợ</w:t>
      </w:r>
      <w:r w:rsidRPr="008878BB">
        <w:rPr>
          <w:sz w:val="28"/>
          <w:szCs w:val="28"/>
        </w:rPr>
        <w:t>, ch</w:t>
      </w:r>
      <w:r w:rsidRPr="008878BB">
        <w:rPr>
          <w:sz w:val="28"/>
          <w:szCs w:val="28"/>
        </w:rPr>
        <w:t>ị</w:t>
      </w:r>
      <w:r w:rsidRPr="008878BB">
        <w:rPr>
          <w:sz w:val="28"/>
          <w:szCs w:val="28"/>
        </w:rPr>
        <w:t xml:space="preserve"> vui lòng liên h</w:t>
      </w:r>
      <w:r w:rsidRPr="008878BB">
        <w:rPr>
          <w:sz w:val="28"/>
          <w:szCs w:val="28"/>
        </w:rPr>
        <w:t>ệ</w:t>
      </w:r>
      <w:r w:rsidRPr="008878BB">
        <w:rPr>
          <w:sz w:val="28"/>
          <w:szCs w:val="28"/>
        </w:rPr>
        <w:t xml:space="preserve"> phòng Nhân s</w:t>
      </w:r>
      <w:r w:rsidRPr="008878BB">
        <w:rPr>
          <w:sz w:val="28"/>
          <w:szCs w:val="28"/>
        </w:rPr>
        <w:t>ự</w:t>
      </w:r>
      <w:r w:rsidRPr="008878BB">
        <w:rPr>
          <w:sz w:val="28"/>
          <w:szCs w:val="28"/>
        </w:rPr>
        <w:t>.</w:t>
      </w:r>
    </w:p>
    <w:p w:rsidR="009C33BB" w:rsidRPr="008878BB" w:rsidRDefault="008878BB" w:rsidP="008878BB">
      <w:pPr>
        <w:spacing w:after="0" w:line="360" w:lineRule="auto"/>
        <w:rPr>
          <w:sz w:val="28"/>
          <w:szCs w:val="28"/>
        </w:rPr>
      </w:pPr>
      <w:r w:rsidRPr="008878BB">
        <w:rPr>
          <w:sz w:val="28"/>
          <w:szCs w:val="28"/>
        </w:rPr>
        <w:t>Trân tr</w:t>
      </w:r>
      <w:r w:rsidRPr="008878BB">
        <w:rPr>
          <w:sz w:val="28"/>
          <w:szCs w:val="28"/>
        </w:rPr>
        <w:t>ọ</w:t>
      </w:r>
      <w:r w:rsidRPr="008878BB">
        <w:rPr>
          <w:sz w:val="28"/>
          <w:szCs w:val="28"/>
        </w:rPr>
        <w:t>ng./.</w:t>
      </w:r>
    </w:p>
    <w:p w:rsidR="009C33BB" w:rsidRPr="008878BB" w:rsidRDefault="008878BB" w:rsidP="008878BB">
      <w:pPr>
        <w:spacing w:after="0" w:line="360" w:lineRule="auto"/>
        <w:jc w:val="right"/>
        <w:rPr>
          <w:i/>
          <w:sz w:val="28"/>
          <w:szCs w:val="28"/>
        </w:rPr>
      </w:pPr>
      <w:r w:rsidRPr="008878BB">
        <w:rPr>
          <w:i/>
          <w:sz w:val="28"/>
          <w:szCs w:val="28"/>
        </w:rPr>
        <w:lastRenderedPageBreak/>
        <w:t>[Đ</w:t>
      </w:r>
      <w:r w:rsidRPr="008878BB">
        <w:rPr>
          <w:i/>
          <w:sz w:val="28"/>
          <w:szCs w:val="28"/>
        </w:rPr>
        <w:t>ị</w:t>
      </w:r>
      <w:r w:rsidRPr="008878BB">
        <w:rPr>
          <w:i/>
          <w:sz w:val="28"/>
          <w:szCs w:val="28"/>
        </w:rPr>
        <w:t>a đi</w:t>
      </w:r>
      <w:r w:rsidRPr="008878BB">
        <w:rPr>
          <w:i/>
          <w:sz w:val="28"/>
          <w:szCs w:val="28"/>
        </w:rPr>
        <w:t>ể</w:t>
      </w:r>
      <w:r w:rsidRPr="008878BB">
        <w:rPr>
          <w:i/>
          <w:sz w:val="28"/>
          <w:szCs w:val="28"/>
        </w:rPr>
        <w:t>m], ngày … tháng … năm 20…</w:t>
      </w:r>
    </w:p>
    <w:p w:rsidR="009C33BB" w:rsidRPr="008878BB" w:rsidRDefault="008878BB" w:rsidP="008878BB">
      <w:pPr>
        <w:spacing w:after="0" w:line="360" w:lineRule="auto"/>
        <w:jc w:val="right"/>
        <w:rPr>
          <w:b/>
          <w:sz w:val="28"/>
          <w:szCs w:val="28"/>
        </w:rPr>
      </w:pPr>
      <w:r w:rsidRPr="008878BB">
        <w:rPr>
          <w:b/>
          <w:sz w:val="28"/>
          <w:szCs w:val="28"/>
        </w:rPr>
        <w:t>GIÁM Đ</w:t>
      </w:r>
      <w:r w:rsidRPr="008878BB">
        <w:rPr>
          <w:b/>
          <w:sz w:val="28"/>
          <w:szCs w:val="28"/>
        </w:rPr>
        <w:t>Ố</w:t>
      </w:r>
      <w:r w:rsidRPr="008878BB">
        <w:rPr>
          <w:b/>
          <w:sz w:val="28"/>
          <w:szCs w:val="28"/>
        </w:rPr>
        <w:t>C</w:t>
      </w:r>
    </w:p>
    <w:p w:rsidR="009C33BB" w:rsidRPr="008878BB" w:rsidRDefault="008878BB" w:rsidP="008878BB">
      <w:pPr>
        <w:spacing w:after="0" w:line="360" w:lineRule="auto"/>
        <w:jc w:val="right"/>
        <w:rPr>
          <w:b/>
          <w:sz w:val="28"/>
          <w:szCs w:val="28"/>
        </w:rPr>
      </w:pPr>
      <w:r w:rsidRPr="008878BB">
        <w:rPr>
          <w:b/>
          <w:sz w:val="28"/>
          <w:szCs w:val="28"/>
        </w:rPr>
        <w:t>(Ký, ghi rõ h</w:t>
      </w:r>
      <w:r w:rsidRPr="008878BB">
        <w:rPr>
          <w:b/>
          <w:sz w:val="28"/>
          <w:szCs w:val="28"/>
        </w:rPr>
        <w:t>ọ</w:t>
      </w:r>
      <w:r w:rsidRPr="008878BB">
        <w:rPr>
          <w:b/>
          <w:sz w:val="28"/>
          <w:szCs w:val="28"/>
        </w:rPr>
        <w:t xml:space="preserve"> tên, đóng d</w:t>
      </w:r>
      <w:r w:rsidRPr="008878BB">
        <w:rPr>
          <w:b/>
          <w:sz w:val="28"/>
          <w:szCs w:val="28"/>
        </w:rPr>
        <w:t>ấ</w:t>
      </w:r>
      <w:r w:rsidRPr="008878BB">
        <w:rPr>
          <w:b/>
          <w:sz w:val="28"/>
          <w:szCs w:val="28"/>
        </w:rPr>
        <w:t>u n</w:t>
      </w:r>
      <w:r w:rsidRPr="008878BB">
        <w:rPr>
          <w:b/>
          <w:sz w:val="28"/>
          <w:szCs w:val="28"/>
        </w:rPr>
        <w:t>ế</w:t>
      </w:r>
      <w:r w:rsidRPr="008878BB">
        <w:rPr>
          <w:b/>
          <w:sz w:val="28"/>
          <w:szCs w:val="28"/>
        </w:rPr>
        <w:t>u có)</w:t>
      </w:r>
    </w:p>
    <w:sectPr w:rsidR="009C33BB" w:rsidRPr="008878B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878BB"/>
    <w:rsid w:val="009C33B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FF805E4B-EFC3-4D1A-8E7E-4D198C248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B92BFB5-F39A-4262-B624-0AD46C640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2025-05-28T09:37:00Z</dcterms:created>
  <dcterms:modified xsi:type="dcterms:W3CDTF">2025-05-28T09:37:00Z</dcterms:modified>
  <cp:category/>
</cp:coreProperties>
</file>