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137" w:rsidRPr="00A84A14" w:rsidRDefault="00A84A14" w:rsidP="00A84A14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A84A14">
        <w:rPr>
          <w:rFonts w:ascii="Times New Roman" w:hAnsi="Times New Roman" w:cs="Times New Roman"/>
          <w:color w:val="auto"/>
        </w:rPr>
        <w:t>CÔNG TY [Tên công ty]</w:t>
      </w:r>
    </w:p>
    <w:p w:rsidR="00842137" w:rsidRPr="00A84A14" w:rsidRDefault="00A84A14" w:rsidP="00A84A14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84A14">
        <w:rPr>
          <w:rFonts w:ascii="Times New Roman" w:hAnsi="Times New Roman" w:cs="Times New Roman"/>
          <w:color w:val="auto"/>
          <w:sz w:val="28"/>
          <w:szCs w:val="28"/>
        </w:rPr>
        <w:t>DANH SÁCH PHÁT QUÀ CHO CON C</w:t>
      </w:r>
      <w:r w:rsidRPr="00A84A14">
        <w:rPr>
          <w:rFonts w:ascii="Times New Roman" w:hAnsi="Times New Roman" w:cs="Times New Roman"/>
          <w:color w:val="auto"/>
          <w:sz w:val="28"/>
          <w:szCs w:val="28"/>
        </w:rPr>
        <w:t>Ủ</w:t>
      </w:r>
      <w:r w:rsidRPr="00A84A14">
        <w:rPr>
          <w:rFonts w:ascii="Times New Roman" w:hAnsi="Times New Roman" w:cs="Times New Roman"/>
          <w:color w:val="auto"/>
          <w:sz w:val="28"/>
          <w:szCs w:val="28"/>
        </w:rPr>
        <w:t>A NHÂN VIÊN NHÂN D</w:t>
      </w:r>
      <w:r w:rsidRPr="00A84A14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A84A14">
        <w:rPr>
          <w:rFonts w:ascii="Times New Roman" w:hAnsi="Times New Roman" w:cs="Times New Roman"/>
          <w:color w:val="auto"/>
          <w:sz w:val="28"/>
          <w:szCs w:val="28"/>
        </w:rPr>
        <w:t>P 1/6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9"/>
        <w:gridCol w:w="1103"/>
        <w:gridCol w:w="1073"/>
        <w:gridCol w:w="1103"/>
        <w:gridCol w:w="1071"/>
        <w:gridCol w:w="1070"/>
        <w:gridCol w:w="1071"/>
        <w:gridCol w:w="1070"/>
      </w:tblGrid>
      <w:tr w:rsidR="00A84A14" w:rsidRPr="00A84A14"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ọ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tên nhân viên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ph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ọ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tên con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Năm sinh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Gi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ớ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i tính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ầ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 quà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Ký nh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</w:tr>
      <w:tr w:rsidR="00A84A14" w:rsidRPr="00A84A14"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ễ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 Văn A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toán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ễ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 Th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ữ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Balo + Sách</w:t>
            </w:r>
          </w:p>
        </w:tc>
        <w:tc>
          <w:tcPr>
            <w:tcW w:w="1080" w:type="dxa"/>
          </w:tcPr>
          <w:p w:rsidR="00842137" w:rsidRPr="00A84A14" w:rsidRDefault="008421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A14" w:rsidRPr="00A84A14"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Tr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ầ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 Th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C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Hành chính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Tr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ầ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 Văn D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Nam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ồ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chơi Lego</w:t>
            </w:r>
          </w:p>
        </w:tc>
        <w:tc>
          <w:tcPr>
            <w:tcW w:w="1080" w:type="dxa"/>
          </w:tcPr>
          <w:p w:rsidR="00842137" w:rsidRPr="00A84A14" w:rsidRDefault="008421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A14" w:rsidRPr="00A84A14"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Lê Văn E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Lê Th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 xml:space="preserve"> F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ữ</w:t>
            </w:r>
          </w:p>
        </w:tc>
        <w:tc>
          <w:tcPr>
            <w:tcW w:w="1080" w:type="dxa"/>
          </w:tcPr>
          <w:p w:rsidR="00842137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A84A14">
              <w:rPr>
                <w:rFonts w:ascii="Times New Roman" w:hAnsi="Times New Roman" w:cs="Times New Roman"/>
                <w:sz w:val="28"/>
                <w:szCs w:val="28"/>
              </w:rPr>
              <w:t>u bông</w:t>
            </w:r>
          </w:p>
        </w:tc>
        <w:tc>
          <w:tcPr>
            <w:tcW w:w="1080" w:type="dxa"/>
          </w:tcPr>
          <w:p w:rsidR="00842137" w:rsidRPr="00A84A14" w:rsidRDefault="008421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A14" w:rsidRPr="00A84A14"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A84A14" w:rsidRPr="00A84A14" w:rsidRDefault="00A84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2137" w:rsidRPr="00A84A14" w:rsidRDefault="00A84A14">
      <w:pPr>
        <w:rPr>
          <w:rFonts w:ascii="Times New Roman" w:hAnsi="Times New Roman" w:cs="Times New Roman"/>
          <w:sz w:val="28"/>
          <w:szCs w:val="28"/>
        </w:rPr>
      </w:pPr>
      <w:r w:rsidRPr="00A84A14">
        <w:rPr>
          <w:rFonts w:ascii="Times New Roman" w:hAnsi="Times New Roman" w:cs="Times New Roman"/>
          <w:sz w:val="28"/>
          <w:szCs w:val="28"/>
        </w:rPr>
        <w:br/>
        <w:t>Ghi chú:</w:t>
      </w:r>
      <w:bookmarkStart w:id="0" w:name="_GoBack"/>
      <w:bookmarkEnd w:id="0"/>
    </w:p>
    <w:p w:rsidR="00842137" w:rsidRPr="00A84A14" w:rsidRDefault="00A84A14">
      <w:pPr>
        <w:rPr>
          <w:rFonts w:ascii="Times New Roman" w:hAnsi="Times New Roman" w:cs="Times New Roman"/>
          <w:sz w:val="28"/>
          <w:szCs w:val="28"/>
        </w:rPr>
      </w:pPr>
      <w:r w:rsidRPr="00A84A14">
        <w:rPr>
          <w:rFonts w:ascii="Times New Roman" w:hAnsi="Times New Roman" w:cs="Times New Roman"/>
          <w:sz w:val="28"/>
          <w:szCs w:val="28"/>
        </w:rPr>
        <w:t>- Danh sách l</w:t>
      </w:r>
      <w:r w:rsidRPr="00A84A14">
        <w:rPr>
          <w:rFonts w:ascii="Times New Roman" w:hAnsi="Times New Roman" w:cs="Times New Roman"/>
          <w:sz w:val="28"/>
          <w:szCs w:val="28"/>
        </w:rPr>
        <w:t>ậ</w:t>
      </w:r>
      <w:r w:rsidRPr="00A84A14">
        <w:rPr>
          <w:rFonts w:ascii="Times New Roman" w:hAnsi="Times New Roman" w:cs="Times New Roman"/>
          <w:sz w:val="28"/>
          <w:szCs w:val="28"/>
        </w:rPr>
        <w:t>p theo thông tin do nhân viên cung c</w:t>
      </w:r>
      <w:r w:rsidRPr="00A84A14">
        <w:rPr>
          <w:rFonts w:ascii="Times New Roman" w:hAnsi="Times New Roman" w:cs="Times New Roman"/>
          <w:sz w:val="28"/>
          <w:szCs w:val="28"/>
        </w:rPr>
        <w:t>ấ</w:t>
      </w:r>
      <w:r w:rsidRPr="00A84A14">
        <w:rPr>
          <w:rFonts w:ascii="Times New Roman" w:hAnsi="Times New Roman" w:cs="Times New Roman"/>
          <w:sz w:val="28"/>
          <w:szCs w:val="28"/>
        </w:rPr>
        <w:t>p.</w:t>
      </w:r>
    </w:p>
    <w:p w:rsidR="00842137" w:rsidRPr="00A84A14" w:rsidRDefault="00A84A14">
      <w:pPr>
        <w:rPr>
          <w:rFonts w:ascii="Times New Roman" w:hAnsi="Times New Roman" w:cs="Times New Roman"/>
          <w:sz w:val="28"/>
          <w:szCs w:val="28"/>
        </w:rPr>
      </w:pPr>
      <w:r w:rsidRPr="00A84A14">
        <w:rPr>
          <w:rFonts w:ascii="Times New Roman" w:hAnsi="Times New Roman" w:cs="Times New Roman"/>
          <w:sz w:val="28"/>
          <w:szCs w:val="28"/>
        </w:rPr>
        <w:t>- Quà t</w:t>
      </w:r>
      <w:r w:rsidRPr="00A84A14">
        <w:rPr>
          <w:rFonts w:ascii="Times New Roman" w:hAnsi="Times New Roman" w:cs="Times New Roman"/>
          <w:sz w:val="28"/>
          <w:szCs w:val="28"/>
        </w:rPr>
        <w:t>ặ</w:t>
      </w:r>
      <w:r w:rsidRPr="00A84A14">
        <w:rPr>
          <w:rFonts w:ascii="Times New Roman" w:hAnsi="Times New Roman" w:cs="Times New Roman"/>
          <w:sz w:val="28"/>
          <w:szCs w:val="28"/>
        </w:rPr>
        <w:t>ng đư</w:t>
      </w:r>
      <w:r w:rsidRPr="00A84A14">
        <w:rPr>
          <w:rFonts w:ascii="Times New Roman" w:hAnsi="Times New Roman" w:cs="Times New Roman"/>
          <w:sz w:val="28"/>
          <w:szCs w:val="28"/>
        </w:rPr>
        <w:t>ợ</w:t>
      </w:r>
      <w:r w:rsidRPr="00A84A14">
        <w:rPr>
          <w:rFonts w:ascii="Times New Roman" w:hAnsi="Times New Roman" w:cs="Times New Roman"/>
          <w:sz w:val="28"/>
          <w:szCs w:val="28"/>
        </w:rPr>
        <w:t>c l</w:t>
      </w:r>
      <w:r w:rsidRPr="00A84A14">
        <w:rPr>
          <w:rFonts w:ascii="Times New Roman" w:hAnsi="Times New Roman" w:cs="Times New Roman"/>
          <w:sz w:val="28"/>
          <w:szCs w:val="28"/>
        </w:rPr>
        <w:t>ự</w:t>
      </w:r>
      <w:r w:rsidRPr="00A84A14">
        <w:rPr>
          <w:rFonts w:ascii="Times New Roman" w:hAnsi="Times New Roman" w:cs="Times New Roman"/>
          <w:sz w:val="28"/>
          <w:szCs w:val="28"/>
        </w:rPr>
        <w:t>a ch</w:t>
      </w:r>
      <w:r w:rsidRPr="00A84A14">
        <w:rPr>
          <w:rFonts w:ascii="Times New Roman" w:hAnsi="Times New Roman" w:cs="Times New Roman"/>
          <w:sz w:val="28"/>
          <w:szCs w:val="28"/>
        </w:rPr>
        <w:t>ọ</w:t>
      </w:r>
      <w:r w:rsidRPr="00A84A14">
        <w:rPr>
          <w:rFonts w:ascii="Times New Roman" w:hAnsi="Times New Roman" w:cs="Times New Roman"/>
          <w:sz w:val="28"/>
          <w:szCs w:val="28"/>
        </w:rPr>
        <w:t>n phù h</w:t>
      </w:r>
      <w:r w:rsidRPr="00A84A14">
        <w:rPr>
          <w:rFonts w:ascii="Times New Roman" w:hAnsi="Times New Roman" w:cs="Times New Roman"/>
          <w:sz w:val="28"/>
          <w:szCs w:val="28"/>
        </w:rPr>
        <w:t>ợ</w:t>
      </w:r>
      <w:r w:rsidRPr="00A84A14">
        <w:rPr>
          <w:rFonts w:ascii="Times New Roman" w:hAnsi="Times New Roman" w:cs="Times New Roman"/>
          <w:sz w:val="28"/>
          <w:szCs w:val="28"/>
        </w:rPr>
        <w:t>p theo đ</w:t>
      </w:r>
      <w:r w:rsidRPr="00A84A14">
        <w:rPr>
          <w:rFonts w:ascii="Times New Roman" w:hAnsi="Times New Roman" w:cs="Times New Roman"/>
          <w:sz w:val="28"/>
          <w:szCs w:val="28"/>
        </w:rPr>
        <w:t>ộ</w:t>
      </w:r>
      <w:r w:rsidRPr="00A84A14">
        <w:rPr>
          <w:rFonts w:ascii="Times New Roman" w:hAnsi="Times New Roman" w:cs="Times New Roman"/>
          <w:sz w:val="28"/>
          <w:szCs w:val="28"/>
        </w:rPr>
        <w:t xml:space="preserve"> tu</w:t>
      </w:r>
      <w:r w:rsidRPr="00A84A14">
        <w:rPr>
          <w:rFonts w:ascii="Times New Roman" w:hAnsi="Times New Roman" w:cs="Times New Roman"/>
          <w:sz w:val="28"/>
          <w:szCs w:val="28"/>
        </w:rPr>
        <w:t>ổ</w:t>
      </w:r>
      <w:r w:rsidRPr="00A84A14">
        <w:rPr>
          <w:rFonts w:ascii="Times New Roman" w:hAnsi="Times New Roman" w:cs="Times New Roman"/>
          <w:sz w:val="28"/>
          <w:szCs w:val="28"/>
        </w:rPr>
        <w:t>i và gi</w:t>
      </w:r>
      <w:r w:rsidRPr="00A84A14">
        <w:rPr>
          <w:rFonts w:ascii="Times New Roman" w:hAnsi="Times New Roman" w:cs="Times New Roman"/>
          <w:sz w:val="28"/>
          <w:szCs w:val="28"/>
        </w:rPr>
        <w:t>ớ</w:t>
      </w:r>
      <w:r w:rsidRPr="00A84A14">
        <w:rPr>
          <w:rFonts w:ascii="Times New Roman" w:hAnsi="Times New Roman" w:cs="Times New Roman"/>
          <w:sz w:val="28"/>
          <w:szCs w:val="28"/>
        </w:rPr>
        <w:t>i tính c</w:t>
      </w:r>
      <w:r w:rsidRPr="00A84A14">
        <w:rPr>
          <w:rFonts w:ascii="Times New Roman" w:hAnsi="Times New Roman" w:cs="Times New Roman"/>
          <w:sz w:val="28"/>
          <w:szCs w:val="28"/>
        </w:rPr>
        <w:t>ủ</w:t>
      </w:r>
      <w:r w:rsidRPr="00A84A14">
        <w:rPr>
          <w:rFonts w:ascii="Times New Roman" w:hAnsi="Times New Roman" w:cs="Times New Roman"/>
          <w:sz w:val="28"/>
          <w:szCs w:val="28"/>
        </w:rPr>
        <w:t>a các bé.</w:t>
      </w:r>
    </w:p>
    <w:p w:rsidR="00842137" w:rsidRPr="00A84A14" w:rsidRDefault="00A84A14">
      <w:pPr>
        <w:rPr>
          <w:rFonts w:ascii="Times New Roman" w:hAnsi="Times New Roman" w:cs="Times New Roman"/>
          <w:sz w:val="28"/>
          <w:szCs w:val="28"/>
        </w:rPr>
      </w:pPr>
      <w:r w:rsidRPr="00A84A14">
        <w:rPr>
          <w:rFonts w:ascii="Times New Roman" w:hAnsi="Times New Roman" w:cs="Times New Roman"/>
          <w:sz w:val="28"/>
          <w:szCs w:val="28"/>
        </w:rPr>
        <w:br/>
        <w:t>Ngày l</w:t>
      </w:r>
      <w:r w:rsidRPr="00A84A14">
        <w:rPr>
          <w:rFonts w:ascii="Times New Roman" w:hAnsi="Times New Roman" w:cs="Times New Roman"/>
          <w:sz w:val="28"/>
          <w:szCs w:val="28"/>
        </w:rPr>
        <w:t>ậ</w:t>
      </w:r>
      <w:r w:rsidRPr="00A84A14">
        <w:rPr>
          <w:rFonts w:ascii="Times New Roman" w:hAnsi="Times New Roman" w:cs="Times New Roman"/>
          <w:sz w:val="28"/>
          <w:szCs w:val="28"/>
        </w:rPr>
        <w:t>p danh sách: [••/••/2025]</w:t>
      </w:r>
    </w:p>
    <w:p w:rsidR="00A84A14" w:rsidRPr="00A84A14" w:rsidRDefault="00A84A14" w:rsidP="00A84A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Pr="00A84A14">
        <w:rPr>
          <w:rFonts w:ascii="Times New Roman" w:hAnsi="Times New Roman" w:cs="Times New Roman"/>
          <w:b/>
          <w:sz w:val="28"/>
          <w:szCs w:val="28"/>
        </w:rPr>
        <w:t>Ngư</w:t>
      </w:r>
      <w:r w:rsidRPr="00A84A14">
        <w:rPr>
          <w:rFonts w:ascii="Times New Roman" w:hAnsi="Times New Roman" w:cs="Times New Roman"/>
          <w:b/>
          <w:sz w:val="28"/>
          <w:szCs w:val="28"/>
        </w:rPr>
        <w:t>ờ</w:t>
      </w:r>
      <w:r w:rsidRPr="00A84A14">
        <w:rPr>
          <w:rFonts w:ascii="Times New Roman" w:hAnsi="Times New Roman" w:cs="Times New Roman"/>
          <w:b/>
          <w:sz w:val="28"/>
          <w:szCs w:val="28"/>
        </w:rPr>
        <w:t>i l</w:t>
      </w:r>
      <w:r w:rsidRPr="00A84A14">
        <w:rPr>
          <w:rFonts w:ascii="Times New Roman" w:hAnsi="Times New Roman" w:cs="Times New Roman"/>
          <w:b/>
          <w:sz w:val="28"/>
          <w:szCs w:val="28"/>
        </w:rPr>
        <w:t>ậ</w:t>
      </w:r>
      <w:r w:rsidRPr="00A84A14">
        <w:rPr>
          <w:rFonts w:ascii="Times New Roman" w:hAnsi="Times New Roman" w:cs="Times New Roman"/>
          <w:b/>
          <w:sz w:val="28"/>
          <w:szCs w:val="28"/>
        </w:rPr>
        <w:t>p bi</w:t>
      </w:r>
      <w:r w:rsidRPr="00A84A14">
        <w:rPr>
          <w:rFonts w:ascii="Times New Roman" w:hAnsi="Times New Roman" w:cs="Times New Roman"/>
          <w:b/>
          <w:sz w:val="28"/>
          <w:szCs w:val="28"/>
        </w:rPr>
        <w:t>ểu</w:t>
      </w:r>
    </w:p>
    <w:p w:rsidR="00842137" w:rsidRPr="00A84A14" w:rsidRDefault="00A84A14" w:rsidP="00A84A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4A14">
        <w:rPr>
          <w:rFonts w:ascii="Times New Roman" w:hAnsi="Times New Roman" w:cs="Times New Roman"/>
          <w:b/>
          <w:sz w:val="28"/>
          <w:szCs w:val="28"/>
        </w:rPr>
        <w:t xml:space="preserve"> [Tên ngư</w:t>
      </w:r>
      <w:r w:rsidRPr="00A84A14">
        <w:rPr>
          <w:rFonts w:ascii="Times New Roman" w:hAnsi="Times New Roman" w:cs="Times New Roman"/>
          <w:b/>
          <w:sz w:val="28"/>
          <w:szCs w:val="28"/>
        </w:rPr>
        <w:t>ờ</w:t>
      </w:r>
      <w:r w:rsidRPr="00A84A14">
        <w:rPr>
          <w:rFonts w:ascii="Times New Roman" w:hAnsi="Times New Roman" w:cs="Times New Roman"/>
          <w:b/>
          <w:sz w:val="28"/>
          <w:szCs w:val="28"/>
        </w:rPr>
        <w:t>i l</w:t>
      </w:r>
      <w:r w:rsidRPr="00A84A14">
        <w:rPr>
          <w:rFonts w:ascii="Times New Roman" w:hAnsi="Times New Roman" w:cs="Times New Roman"/>
          <w:b/>
          <w:sz w:val="28"/>
          <w:szCs w:val="28"/>
        </w:rPr>
        <w:t>ậ</w:t>
      </w:r>
      <w:r w:rsidRPr="00A84A14">
        <w:rPr>
          <w:rFonts w:ascii="Times New Roman" w:hAnsi="Times New Roman" w:cs="Times New Roman"/>
          <w:b/>
          <w:sz w:val="28"/>
          <w:szCs w:val="28"/>
        </w:rPr>
        <w:t>p]</w:t>
      </w:r>
    </w:p>
    <w:p w:rsidR="00A84A14" w:rsidRPr="00A84A14" w:rsidRDefault="00A84A14" w:rsidP="00A84A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4A14">
        <w:rPr>
          <w:rFonts w:ascii="Times New Roman" w:hAnsi="Times New Roman" w:cs="Times New Roman"/>
          <w:b/>
          <w:sz w:val="28"/>
          <w:szCs w:val="28"/>
        </w:rPr>
        <w:t>Xác nh</w:t>
      </w:r>
      <w:r w:rsidRPr="00A84A14">
        <w:rPr>
          <w:rFonts w:ascii="Times New Roman" w:hAnsi="Times New Roman" w:cs="Times New Roman"/>
          <w:b/>
          <w:sz w:val="28"/>
          <w:szCs w:val="28"/>
        </w:rPr>
        <w:t>ậ</w:t>
      </w:r>
      <w:r w:rsidRPr="00A84A14">
        <w:rPr>
          <w:rFonts w:ascii="Times New Roman" w:hAnsi="Times New Roman" w:cs="Times New Roman"/>
          <w:b/>
          <w:sz w:val="28"/>
          <w:szCs w:val="28"/>
        </w:rPr>
        <w:t>n c</w:t>
      </w:r>
      <w:r w:rsidRPr="00A84A14">
        <w:rPr>
          <w:rFonts w:ascii="Times New Roman" w:hAnsi="Times New Roman" w:cs="Times New Roman"/>
          <w:b/>
          <w:sz w:val="28"/>
          <w:szCs w:val="28"/>
        </w:rPr>
        <w:t>ủ</w:t>
      </w:r>
      <w:r w:rsidRPr="00A84A14">
        <w:rPr>
          <w:rFonts w:ascii="Times New Roman" w:hAnsi="Times New Roman" w:cs="Times New Roman"/>
          <w:b/>
          <w:sz w:val="28"/>
          <w:szCs w:val="28"/>
        </w:rPr>
        <w:t>a lãnh đ</w:t>
      </w:r>
      <w:r w:rsidRPr="00A84A14">
        <w:rPr>
          <w:rFonts w:ascii="Times New Roman" w:hAnsi="Times New Roman" w:cs="Times New Roman"/>
          <w:b/>
          <w:sz w:val="28"/>
          <w:szCs w:val="28"/>
        </w:rPr>
        <w:t>ạ</w:t>
      </w:r>
      <w:r>
        <w:rPr>
          <w:rFonts w:ascii="Times New Roman" w:hAnsi="Times New Roman" w:cs="Times New Roman"/>
          <w:b/>
          <w:sz w:val="28"/>
          <w:szCs w:val="28"/>
        </w:rPr>
        <w:t>o</w:t>
      </w:r>
    </w:p>
    <w:p w:rsidR="00842137" w:rsidRPr="00A84A14" w:rsidRDefault="00A84A14" w:rsidP="00A84A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4A14">
        <w:rPr>
          <w:rFonts w:ascii="Times New Roman" w:hAnsi="Times New Roman" w:cs="Times New Roman"/>
          <w:b/>
          <w:sz w:val="28"/>
          <w:szCs w:val="28"/>
        </w:rPr>
        <w:t>[Ch</w:t>
      </w:r>
      <w:r w:rsidRPr="00A84A14">
        <w:rPr>
          <w:rFonts w:ascii="Times New Roman" w:hAnsi="Times New Roman" w:cs="Times New Roman"/>
          <w:b/>
          <w:sz w:val="28"/>
          <w:szCs w:val="28"/>
        </w:rPr>
        <w:t>ữ</w:t>
      </w:r>
      <w:r w:rsidRPr="00A84A14">
        <w:rPr>
          <w:rFonts w:ascii="Times New Roman" w:hAnsi="Times New Roman" w:cs="Times New Roman"/>
          <w:b/>
          <w:sz w:val="28"/>
          <w:szCs w:val="28"/>
        </w:rPr>
        <w:t xml:space="preserve"> ký + đóng d</w:t>
      </w:r>
      <w:r w:rsidRPr="00A84A14">
        <w:rPr>
          <w:rFonts w:ascii="Times New Roman" w:hAnsi="Times New Roman" w:cs="Times New Roman"/>
          <w:b/>
          <w:sz w:val="28"/>
          <w:szCs w:val="28"/>
        </w:rPr>
        <w:t>ấ</w:t>
      </w:r>
      <w:r w:rsidRPr="00A84A14">
        <w:rPr>
          <w:rFonts w:ascii="Times New Roman" w:hAnsi="Times New Roman" w:cs="Times New Roman"/>
          <w:b/>
          <w:sz w:val="28"/>
          <w:szCs w:val="28"/>
        </w:rPr>
        <w:t>u n</w:t>
      </w:r>
      <w:r w:rsidRPr="00A84A14">
        <w:rPr>
          <w:rFonts w:ascii="Times New Roman" w:hAnsi="Times New Roman" w:cs="Times New Roman"/>
          <w:b/>
          <w:sz w:val="28"/>
          <w:szCs w:val="28"/>
        </w:rPr>
        <w:t>ế</w:t>
      </w:r>
      <w:r w:rsidRPr="00A84A14">
        <w:rPr>
          <w:rFonts w:ascii="Times New Roman" w:hAnsi="Times New Roman" w:cs="Times New Roman"/>
          <w:b/>
          <w:sz w:val="28"/>
          <w:szCs w:val="28"/>
        </w:rPr>
        <w:t>u c</w:t>
      </w:r>
      <w:r w:rsidRPr="00A84A14">
        <w:rPr>
          <w:rFonts w:ascii="Times New Roman" w:hAnsi="Times New Roman" w:cs="Times New Roman"/>
          <w:b/>
          <w:sz w:val="28"/>
          <w:szCs w:val="28"/>
        </w:rPr>
        <w:t>ầ</w:t>
      </w:r>
      <w:r w:rsidRPr="00A84A14">
        <w:rPr>
          <w:rFonts w:ascii="Times New Roman" w:hAnsi="Times New Roman" w:cs="Times New Roman"/>
          <w:b/>
          <w:sz w:val="28"/>
          <w:szCs w:val="28"/>
        </w:rPr>
        <w:t>n]</w:t>
      </w:r>
    </w:p>
    <w:sectPr w:rsidR="00842137" w:rsidRPr="00A84A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2137"/>
    <w:rsid w:val="00A84A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FF20270-DC49-4554-A27D-9A5F4457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A42689-F996-4FAD-BFC7-4A7A21CD5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CÔNG TY [Tên công ty]</vt:lpstr>
      <vt:lpstr>    DANH SÁCH PHÁT QUÀ CHO CON CỦA NHÂN VIÊN NHÂN DỊP 1/6</vt:lpstr>
    </vt:vector>
  </TitlesOfParts>
  <Manager/>
  <Company/>
  <LinksUpToDate>false</LinksUpToDate>
  <CharactersWithSpaces>676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2025-05-27T01:47:00Z</dcterms:created>
  <dcterms:modified xsi:type="dcterms:W3CDTF">2025-05-27T01:47:00Z</dcterms:modified>
  <cp:category/>
</cp:coreProperties>
</file>