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D1A" w:rsidRPr="00D4334B" w:rsidRDefault="00D4334B" w:rsidP="00D4334B">
      <w:pPr>
        <w:jc w:val="center"/>
        <w:rPr>
          <w:b/>
          <w:sz w:val="28"/>
          <w:szCs w:val="28"/>
        </w:rPr>
      </w:pPr>
      <w:r w:rsidRPr="00D4334B">
        <w:rPr>
          <w:b/>
          <w:sz w:val="28"/>
          <w:szCs w:val="28"/>
        </w:rPr>
        <w:t>C</w:t>
      </w:r>
      <w:r w:rsidRPr="00D4334B">
        <w:rPr>
          <w:b/>
          <w:sz w:val="28"/>
          <w:szCs w:val="28"/>
        </w:rPr>
        <w:t>Ộ</w:t>
      </w:r>
      <w:r w:rsidRPr="00D4334B">
        <w:rPr>
          <w:b/>
          <w:sz w:val="28"/>
          <w:szCs w:val="28"/>
        </w:rPr>
        <w:t>NG HÒA XÃ H</w:t>
      </w:r>
      <w:r w:rsidRPr="00D4334B">
        <w:rPr>
          <w:b/>
          <w:sz w:val="28"/>
          <w:szCs w:val="28"/>
        </w:rPr>
        <w:t>Ộ</w:t>
      </w:r>
      <w:r w:rsidRPr="00D4334B">
        <w:rPr>
          <w:b/>
          <w:sz w:val="28"/>
          <w:szCs w:val="28"/>
        </w:rPr>
        <w:t>I CH</w:t>
      </w:r>
      <w:r w:rsidRPr="00D4334B">
        <w:rPr>
          <w:b/>
          <w:sz w:val="28"/>
          <w:szCs w:val="28"/>
        </w:rPr>
        <w:t>Ủ</w:t>
      </w:r>
      <w:r w:rsidRPr="00D4334B">
        <w:rPr>
          <w:b/>
          <w:sz w:val="28"/>
          <w:szCs w:val="28"/>
        </w:rPr>
        <w:t xml:space="preserve"> NGHĨA VI</w:t>
      </w:r>
      <w:r w:rsidRPr="00D4334B">
        <w:rPr>
          <w:b/>
          <w:sz w:val="28"/>
          <w:szCs w:val="28"/>
        </w:rPr>
        <w:t>Ệ</w:t>
      </w:r>
      <w:r w:rsidRPr="00D4334B">
        <w:rPr>
          <w:b/>
          <w:sz w:val="28"/>
          <w:szCs w:val="28"/>
        </w:rPr>
        <w:t>T NAM</w:t>
      </w:r>
      <w:r w:rsidRPr="00D4334B">
        <w:rPr>
          <w:b/>
          <w:sz w:val="28"/>
          <w:szCs w:val="28"/>
        </w:rPr>
        <w:br/>
        <w:t>Đ</w:t>
      </w:r>
      <w:r w:rsidRPr="00D4334B">
        <w:rPr>
          <w:b/>
          <w:sz w:val="28"/>
          <w:szCs w:val="28"/>
        </w:rPr>
        <w:t>ộ</w:t>
      </w:r>
      <w:r w:rsidRPr="00D4334B">
        <w:rPr>
          <w:b/>
          <w:sz w:val="28"/>
          <w:szCs w:val="28"/>
        </w:rPr>
        <w:t>c l</w:t>
      </w:r>
      <w:r w:rsidRPr="00D4334B">
        <w:rPr>
          <w:b/>
          <w:sz w:val="28"/>
          <w:szCs w:val="28"/>
        </w:rPr>
        <w:t>ậ</w:t>
      </w:r>
      <w:r w:rsidRPr="00D4334B">
        <w:rPr>
          <w:b/>
          <w:sz w:val="28"/>
          <w:szCs w:val="28"/>
        </w:rPr>
        <w:t>p – T</w:t>
      </w:r>
      <w:r w:rsidRPr="00D4334B">
        <w:rPr>
          <w:b/>
          <w:sz w:val="28"/>
          <w:szCs w:val="28"/>
        </w:rPr>
        <w:t>ự</w:t>
      </w:r>
      <w:r w:rsidRPr="00D4334B">
        <w:rPr>
          <w:b/>
          <w:sz w:val="28"/>
          <w:szCs w:val="28"/>
        </w:rPr>
        <w:t xml:space="preserve"> do – H</w:t>
      </w:r>
      <w:r w:rsidRPr="00D4334B">
        <w:rPr>
          <w:b/>
          <w:sz w:val="28"/>
          <w:szCs w:val="28"/>
        </w:rPr>
        <w:t>ạ</w:t>
      </w:r>
      <w:r w:rsidRPr="00D4334B">
        <w:rPr>
          <w:b/>
          <w:sz w:val="28"/>
          <w:szCs w:val="28"/>
        </w:rPr>
        <w:t>nh phúc</w:t>
      </w:r>
      <w:r w:rsidRPr="00D4334B">
        <w:rPr>
          <w:b/>
          <w:sz w:val="28"/>
          <w:szCs w:val="28"/>
        </w:rPr>
        <w:br/>
      </w:r>
    </w:p>
    <w:p w:rsidR="009F0D1A" w:rsidRPr="00D4334B" w:rsidRDefault="00D4334B">
      <w:pPr>
        <w:jc w:val="center"/>
        <w:rPr>
          <w:b/>
          <w:sz w:val="28"/>
          <w:szCs w:val="28"/>
        </w:rPr>
      </w:pPr>
      <w:r w:rsidRPr="00D4334B">
        <w:rPr>
          <w:b/>
          <w:sz w:val="28"/>
          <w:szCs w:val="28"/>
        </w:rPr>
        <w:t>H</w:t>
      </w:r>
      <w:r w:rsidRPr="00D4334B">
        <w:rPr>
          <w:b/>
          <w:sz w:val="28"/>
          <w:szCs w:val="28"/>
        </w:rPr>
        <w:t>Ợ</w:t>
      </w:r>
      <w:r w:rsidRPr="00D4334B">
        <w:rPr>
          <w:b/>
          <w:sz w:val="28"/>
          <w:szCs w:val="28"/>
        </w:rPr>
        <w:t>P Đ</w:t>
      </w:r>
      <w:r w:rsidRPr="00D4334B">
        <w:rPr>
          <w:b/>
          <w:sz w:val="28"/>
          <w:szCs w:val="28"/>
        </w:rPr>
        <w:t>Ồ</w:t>
      </w:r>
      <w:r w:rsidRPr="00D4334B">
        <w:rPr>
          <w:b/>
          <w:sz w:val="28"/>
          <w:szCs w:val="28"/>
        </w:rPr>
        <w:t>NG T</w:t>
      </w:r>
      <w:r w:rsidRPr="00D4334B">
        <w:rPr>
          <w:b/>
          <w:sz w:val="28"/>
          <w:szCs w:val="28"/>
        </w:rPr>
        <w:t>Ặ</w:t>
      </w:r>
      <w:r w:rsidRPr="00D4334B">
        <w:rPr>
          <w:b/>
          <w:sz w:val="28"/>
          <w:szCs w:val="28"/>
        </w:rPr>
        <w:t>NG CHO QUY</w:t>
      </w:r>
      <w:r w:rsidRPr="00D4334B">
        <w:rPr>
          <w:b/>
          <w:sz w:val="28"/>
          <w:szCs w:val="28"/>
        </w:rPr>
        <w:t>Ề</w:t>
      </w:r>
      <w:r w:rsidRPr="00D4334B">
        <w:rPr>
          <w:b/>
          <w:sz w:val="28"/>
          <w:szCs w:val="28"/>
        </w:rPr>
        <w:t>N S</w:t>
      </w:r>
      <w:r w:rsidRPr="00D4334B">
        <w:rPr>
          <w:b/>
          <w:sz w:val="28"/>
          <w:szCs w:val="28"/>
        </w:rPr>
        <w:t>Ử</w:t>
      </w:r>
      <w:r w:rsidRPr="00D4334B">
        <w:rPr>
          <w:b/>
          <w:sz w:val="28"/>
          <w:szCs w:val="28"/>
        </w:rPr>
        <w:t xml:space="preserve"> D</w:t>
      </w:r>
      <w:r w:rsidRPr="00D4334B">
        <w:rPr>
          <w:b/>
          <w:sz w:val="28"/>
          <w:szCs w:val="28"/>
        </w:rPr>
        <w:t>Ụ</w:t>
      </w:r>
      <w:r w:rsidRPr="00D4334B">
        <w:rPr>
          <w:b/>
          <w:sz w:val="28"/>
          <w:szCs w:val="28"/>
        </w:rPr>
        <w:t>NG Đ</w:t>
      </w:r>
      <w:r w:rsidRPr="00D4334B">
        <w:rPr>
          <w:b/>
          <w:sz w:val="28"/>
          <w:szCs w:val="28"/>
        </w:rPr>
        <w:t>Ấ</w:t>
      </w:r>
      <w:r w:rsidRPr="00D4334B">
        <w:rPr>
          <w:b/>
          <w:sz w:val="28"/>
          <w:szCs w:val="28"/>
        </w:rPr>
        <w:t>T</w:t>
      </w:r>
    </w:p>
    <w:p w:rsidR="009F0D1A" w:rsidRPr="00D4334B" w:rsidRDefault="00D4334B">
      <w:pPr>
        <w:jc w:val="center"/>
        <w:rPr>
          <w:b/>
          <w:sz w:val="28"/>
          <w:szCs w:val="28"/>
        </w:rPr>
      </w:pPr>
      <w:r w:rsidRPr="00D4334B">
        <w:rPr>
          <w:b/>
          <w:sz w:val="28"/>
          <w:szCs w:val="28"/>
        </w:rPr>
        <w:t>(Dùng trong trư</w:t>
      </w:r>
      <w:r w:rsidRPr="00D4334B">
        <w:rPr>
          <w:b/>
          <w:sz w:val="28"/>
          <w:szCs w:val="28"/>
        </w:rPr>
        <w:t>ờ</w:t>
      </w:r>
      <w:r w:rsidRPr="00D4334B">
        <w:rPr>
          <w:b/>
          <w:sz w:val="28"/>
          <w:szCs w:val="28"/>
        </w:rPr>
        <w:t>ng h</w:t>
      </w:r>
      <w:r w:rsidRPr="00D4334B">
        <w:rPr>
          <w:b/>
          <w:sz w:val="28"/>
          <w:szCs w:val="28"/>
        </w:rPr>
        <w:t>ợ</w:t>
      </w:r>
      <w:r w:rsidRPr="00D4334B">
        <w:rPr>
          <w:b/>
          <w:sz w:val="28"/>
          <w:szCs w:val="28"/>
        </w:rPr>
        <w:t>p cha m</w:t>
      </w:r>
      <w:r w:rsidRPr="00D4334B">
        <w:rPr>
          <w:b/>
          <w:sz w:val="28"/>
          <w:szCs w:val="28"/>
        </w:rPr>
        <w:t>ẹ</w:t>
      </w:r>
      <w:r w:rsidRPr="00D4334B">
        <w:rPr>
          <w:b/>
          <w:sz w:val="28"/>
          <w:szCs w:val="28"/>
        </w:rPr>
        <w:t xml:space="preserve"> t</w:t>
      </w:r>
      <w:r w:rsidRPr="00D4334B">
        <w:rPr>
          <w:b/>
          <w:sz w:val="28"/>
          <w:szCs w:val="28"/>
        </w:rPr>
        <w:t>ặ</w:t>
      </w:r>
      <w:r w:rsidRPr="00D4334B">
        <w:rPr>
          <w:b/>
          <w:sz w:val="28"/>
          <w:szCs w:val="28"/>
        </w:rPr>
        <w:t>ng cho con khi k</w:t>
      </w:r>
      <w:r w:rsidRPr="00D4334B">
        <w:rPr>
          <w:b/>
          <w:sz w:val="28"/>
          <w:szCs w:val="28"/>
        </w:rPr>
        <w:t>ế</w:t>
      </w:r>
      <w:r w:rsidRPr="00D4334B">
        <w:rPr>
          <w:b/>
          <w:sz w:val="28"/>
          <w:szCs w:val="28"/>
        </w:rPr>
        <w:t>t hôn)</w:t>
      </w:r>
    </w:p>
    <w:p w:rsidR="009F0D1A" w:rsidRPr="00D4334B" w:rsidRDefault="009F0D1A">
      <w:pPr>
        <w:rPr>
          <w:sz w:val="28"/>
          <w:szCs w:val="28"/>
        </w:rPr>
      </w:pPr>
    </w:p>
    <w:p w:rsidR="009F0D1A" w:rsidRPr="00D4334B" w:rsidRDefault="00D4334B">
      <w:pPr>
        <w:rPr>
          <w:sz w:val="28"/>
          <w:szCs w:val="28"/>
        </w:rPr>
      </w:pPr>
      <w:r w:rsidRPr="00D4334B">
        <w:rPr>
          <w:sz w:val="28"/>
          <w:szCs w:val="28"/>
        </w:rPr>
        <w:t>Hôm nay, ngày ... tháng ... năm ..., t</w:t>
      </w:r>
      <w:r w:rsidRPr="00D4334B">
        <w:rPr>
          <w:sz w:val="28"/>
          <w:szCs w:val="28"/>
        </w:rPr>
        <w:t>ạ</w:t>
      </w:r>
      <w:r w:rsidRPr="00D4334B">
        <w:rPr>
          <w:sz w:val="28"/>
          <w:szCs w:val="28"/>
        </w:rPr>
        <w:t>i ..., chúng tôi g</w:t>
      </w:r>
      <w:r w:rsidRPr="00D4334B">
        <w:rPr>
          <w:sz w:val="28"/>
          <w:szCs w:val="28"/>
        </w:rPr>
        <w:t>ồ</w:t>
      </w:r>
      <w:r w:rsidRPr="00D4334B">
        <w:rPr>
          <w:sz w:val="28"/>
          <w:szCs w:val="28"/>
        </w:rPr>
        <w:t>m:</w:t>
      </w:r>
      <w:r w:rsidRPr="00D4334B">
        <w:rPr>
          <w:sz w:val="28"/>
          <w:szCs w:val="28"/>
        </w:rPr>
        <w:br/>
      </w:r>
      <w:r w:rsidRPr="00D4334B">
        <w:rPr>
          <w:sz w:val="28"/>
          <w:szCs w:val="28"/>
        </w:rPr>
        <w:br/>
        <w:t>BÊN T</w:t>
      </w:r>
      <w:r w:rsidRPr="00D4334B">
        <w:rPr>
          <w:sz w:val="28"/>
          <w:szCs w:val="28"/>
        </w:rPr>
        <w:t>Ặ</w:t>
      </w:r>
      <w:r w:rsidRPr="00D4334B">
        <w:rPr>
          <w:sz w:val="28"/>
          <w:szCs w:val="28"/>
        </w:rPr>
        <w:t>NG CHO (sau đây g</w:t>
      </w:r>
      <w:r w:rsidRPr="00D4334B">
        <w:rPr>
          <w:sz w:val="28"/>
          <w:szCs w:val="28"/>
        </w:rPr>
        <w:t>ọ</w:t>
      </w:r>
      <w:r w:rsidRPr="00D4334B">
        <w:rPr>
          <w:sz w:val="28"/>
          <w:szCs w:val="28"/>
        </w:rPr>
        <w:t xml:space="preserve">i là Bên </w:t>
      </w:r>
      <w:r w:rsidRPr="00D4334B">
        <w:rPr>
          <w:sz w:val="28"/>
          <w:szCs w:val="28"/>
        </w:rPr>
        <w:t>A):</w:t>
      </w:r>
      <w:r w:rsidRPr="00D4334B">
        <w:rPr>
          <w:sz w:val="28"/>
          <w:szCs w:val="28"/>
        </w:rPr>
        <w:br/>
        <w:t>H</w:t>
      </w:r>
      <w:r w:rsidRPr="00D4334B">
        <w:rPr>
          <w:sz w:val="28"/>
          <w:szCs w:val="28"/>
        </w:rPr>
        <w:t>ọ</w:t>
      </w:r>
      <w:r w:rsidRPr="00D4334B">
        <w:rPr>
          <w:sz w:val="28"/>
          <w:szCs w:val="28"/>
        </w:rPr>
        <w:t xml:space="preserve"> và tên: ..................................................</w:t>
      </w:r>
      <w:r w:rsidRPr="00D4334B">
        <w:rPr>
          <w:sz w:val="28"/>
          <w:szCs w:val="28"/>
        </w:rPr>
        <w:br/>
        <w:t>Năm sinh: ..................  CMND/CCCD s</w:t>
      </w:r>
      <w:r w:rsidRPr="00D4334B">
        <w:rPr>
          <w:sz w:val="28"/>
          <w:szCs w:val="28"/>
        </w:rPr>
        <w:t>ố</w:t>
      </w:r>
      <w:r w:rsidRPr="00D4334B">
        <w:rPr>
          <w:sz w:val="28"/>
          <w:szCs w:val="28"/>
        </w:rPr>
        <w:t>: ..................</w:t>
      </w:r>
      <w:r w:rsidRPr="00D4334B">
        <w:rPr>
          <w:sz w:val="28"/>
          <w:szCs w:val="28"/>
        </w:rPr>
        <w:br/>
        <w:t>H</w:t>
      </w:r>
      <w:r w:rsidRPr="00D4334B">
        <w:rPr>
          <w:sz w:val="28"/>
          <w:szCs w:val="28"/>
        </w:rPr>
        <w:t>ộ</w:t>
      </w:r>
      <w:r w:rsidRPr="00D4334B">
        <w:rPr>
          <w:sz w:val="28"/>
          <w:szCs w:val="28"/>
        </w:rPr>
        <w:t xml:space="preserve"> kh</w:t>
      </w:r>
      <w:r w:rsidRPr="00D4334B">
        <w:rPr>
          <w:sz w:val="28"/>
          <w:szCs w:val="28"/>
        </w:rPr>
        <w:t>ẩ</w:t>
      </w:r>
      <w:r w:rsidRPr="00D4334B">
        <w:rPr>
          <w:sz w:val="28"/>
          <w:szCs w:val="28"/>
        </w:rPr>
        <w:t>u thư</w:t>
      </w:r>
      <w:r w:rsidRPr="00D4334B">
        <w:rPr>
          <w:sz w:val="28"/>
          <w:szCs w:val="28"/>
        </w:rPr>
        <w:t>ờ</w:t>
      </w:r>
      <w:r w:rsidRPr="00D4334B">
        <w:rPr>
          <w:sz w:val="28"/>
          <w:szCs w:val="28"/>
        </w:rPr>
        <w:t>ng trú: ...........................................</w:t>
      </w:r>
      <w:r w:rsidRPr="00D4334B">
        <w:rPr>
          <w:sz w:val="28"/>
          <w:szCs w:val="28"/>
        </w:rPr>
        <w:br/>
      </w:r>
      <w:r w:rsidRPr="00D4334B">
        <w:rPr>
          <w:sz w:val="28"/>
          <w:szCs w:val="28"/>
        </w:rPr>
        <w:br/>
        <w:t>BÊN ĐƯ</w:t>
      </w:r>
      <w:r w:rsidRPr="00D4334B">
        <w:rPr>
          <w:sz w:val="28"/>
          <w:szCs w:val="28"/>
        </w:rPr>
        <w:t>Ợ</w:t>
      </w:r>
      <w:r w:rsidRPr="00D4334B">
        <w:rPr>
          <w:sz w:val="28"/>
          <w:szCs w:val="28"/>
        </w:rPr>
        <w:t>C T</w:t>
      </w:r>
      <w:r w:rsidRPr="00D4334B">
        <w:rPr>
          <w:sz w:val="28"/>
          <w:szCs w:val="28"/>
        </w:rPr>
        <w:t>Ặ</w:t>
      </w:r>
      <w:r w:rsidRPr="00D4334B">
        <w:rPr>
          <w:sz w:val="28"/>
          <w:szCs w:val="28"/>
        </w:rPr>
        <w:t>NG CHO (sau đây g</w:t>
      </w:r>
      <w:r w:rsidRPr="00D4334B">
        <w:rPr>
          <w:sz w:val="28"/>
          <w:szCs w:val="28"/>
        </w:rPr>
        <w:t>ọ</w:t>
      </w:r>
      <w:r w:rsidRPr="00D4334B">
        <w:rPr>
          <w:sz w:val="28"/>
          <w:szCs w:val="28"/>
        </w:rPr>
        <w:t>i là Bên B):</w:t>
      </w:r>
      <w:r w:rsidRPr="00D4334B">
        <w:rPr>
          <w:sz w:val="28"/>
          <w:szCs w:val="28"/>
        </w:rPr>
        <w:br/>
        <w:t>H</w:t>
      </w:r>
      <w:r w:rsidRPr="00D4334B">
        <w:rPr>
          <w:sz w:val="28"/>
          <w:szCs w:val="28"/>
        </w:rPr>
        <w:t>ọ</w:t>
      </w:r>
      <w:r w:rsidRPr="00D4334B">
        <w:rPr>
          <w:sz w:val="28"/>
          <w:szCs w:val="28"/>
        </w:rPr>
        <w:t xml:space="preserve"> và tên: .........</w:t>
      </w:r>
      <w:r w:rsidRPr="00D4334B">
        <w:rPr>
          <w:sz w:val="28"/>
          <w:szCs w:val="28"/>
        </w:rPr>
        <w:t>.........................................</w:t>
      </w:r>
      <w:r w:rsidRPr="00D4334B">
        <w:rPr>
          <w:sz w:val="28"/>
          <w:szCs w:val="28"/>
        </w:rPr>
        <w:br/>
        <w:t>Năm sinh: ..................  CMND/CCCD s</w:t>
      </w:r>
      <w:r w:rsidRPr="00D4334B">
        <w:rPr>
          <w:sz w:val="28"/>
          <w:szCs w:val="28"/>
        </w:rPr>
        <w:t>ố</w:t>
      </w:r>
      <w:r w:rsidRPr="00D4334B">
        <w:rPr>
          <w:sz w:val="28"/>
          <w:szCs w:val="28"/>
        </w:rPr>
        <w:t>: ..................</w:t>
      </w:r>
      <w:r w:rsidRPr="00D4334B">
        <w:rPr>
          <w:sz w:val="28"/>
          <w:szCs w:val="28"/>
        </w:rPr>
        <w:br/>
        <w:t>H</w:t>
      </w:r>
      <w:r w:rsidRPr="00D4334B">
        <w:rPr>
          <w:sz w:val="28"/>
          <w:szCs w:val="28"/>
        </w:rPr>
        <w:t>ộ</w:t>
      </w:r>
      <w:r w:rsidRPr="00D4334B">
        <w:rPr>
          <w:sz w:val="28"/>
          <w:szCs w:val="28"/>
        </w:rPr>
        <w:t xml:space="preserve"> kh</w:t>
      </w:r>
      <w:r w:rsidRPr="00D4334B">
        <w:rPr>
          <w:sz w:val="28"/>
          <w:szCs w:val="28"/>
        </w:rPr>
        <w:t>ẩ</w:t>
      </w:r>
      <w:r w:rsidRPr="00D4334B">
        <w:rPr>
          <w:sz w:val="28"/>
          <w:szCs w:val="28"/>
        </w:rPr>
        <w:t>u thư</w:t>
      </w:r>
      <w:r w:rsidRPr="00D4334B">
        <w:rPr>
          <w:sz w:val="28"/>
          <w:szCs w:val="28"/>
        </w:rPr>
        <w:t>ờ</w:t>
      </w:r>
      <w:r w:rsidRPr="00D4334B">
        <w:rPr>
          <w:sz w:val="28"/>
          <w:szCs w:val="28"/>
        </w:rPr>
        <w:t>ng trú: ...........................................</w:t>
      </w:r>
      <w:r w:rsidRPr="00D4334B">
        <w:rPr>
          <w:sz w:val="28"/>
          <w:szCs w:val="28"/>
        </w:rPr>
        <w:br/>
        <w:t>Quan h</w:t>
      </w:r>
      <w:r w:rsidRPr="00D4334B">
        <w:rPr>
          <w:sz w:val="28"/>
          <w:szCs w:val="28"/>
        </w:rPr>
        <w:t>ệ</w:t>
      </w:r>
      <w:r w:rsidRPr="00D4334B">
        <w:rPr>
          <w:sz w:val="28"/>
          <w:szCs w:val="28"/>
        </w:rPr>
        <w:t xml:space="preserve"> v</w:t>
      </w:r>
      <w:r w:rsidRPr="00D4334B">
        <w:rPr>
          <w:sz w:val="28"/>
          <w:szCs w:val="28"/>
        </w:rPr>
        <w:t>ớ</w:t>
      </w:r>
      <w:r w:rsidRPr="00D4334B">
        <w:rPr>
          <w:sz w:val="28"/>
          <w:szCs w:val="28"/>
        </w:rPr>
        <w:t>i Bên A: Con ru</w:t>
      </w:r>
      <w:r w:rsidRPr="00D4334B">
        <w:rPr>
          <w:sz w:val="28"/>
          <w:szCs w:val="28"/>
        </w:rPr>
        <w:t>ộ</w:t>
      </w:r>
      <w:r w:rsidRPr="00D4334B">
        <w:rPr>
          <w:sz w:val="28"/>
          <w:szCs w:val="28"/>
        </w:rPr>
        <w:t>t</w:t>
      </w:r>
      <w:r w:rsidRPr="00D4334B">
        <w:rPr>
          <w:sz w:val="28"/>
          <w:szCs w:val="28"/>
        </w:rPr>
        <w:br/>
      </w:r>
      <w:r w:rsidRPr="00D4334B">
        <w:rPr>
          <w:sz w:val="28"/>
          <w:szCs w:val="28"/>
        </w:rPr>
        <w:br/>
        <w:t>Hai bên cùng t</w:t>
      </w:r>
      <w:r w:rsidRPr="00D4334B">
        <w:rPr>
          <w:sz w:val="28"/>
          <w:szCs w:val="28"/>
        </w:rPr>
        <w:t>ự</w:t>
      </w:r>
      <w:r w:rsidRPr="00D4334B">
        <w:rPr>
          <w:sz w:val="28"/>
          <w:szCs w:val="28"/>
        </w:rPr>
        <w:t xml:space="preserve"> nguy</w:t>
      </w:r>
      <w:r w:rsidRPr="00D4334B">
        <w:rPr>
          <w:sz w:val="28"/>
          <w:szCs w:val="28"/>
        </w:rPr>
        <w:t>ệ</w:t>
      </w:r>
      <w:r w:rsidRPr="00D4334B">
        <w:rPr>
          <w:sz w:val="28"/>
          <w:szCs w:val="28"/>
        </w:rPr>
        <w:t>n th</w:t>
      </w:r>
      <w:r w:rsidRPr="00D4334B">
        <w:rPr>
          <w:sz w:val="28"/>
          <w:szCs w:val="28"/>
        </w:rPr>
        <w:t>ỏ</w:t>
      </w:r>
      <w:r w:rsidRPr="00D4334B">
        <w:rPr>
          <w:sz w:val="28"/>
          <w:szCs w:val="28"/>
        </w:rPr>
        <w:t>a thu</w:t>
      </w:r>
      <w:r w:rsidRPr="00D4334B">
        <w:rPr>
          <w:sz w:val="28"/>
          <w:szCs w:val="28"/>
        </w:rPr>
        <w:t>ậ</w:t>
      </w:r>
      <w:r w:rsidRPr="00D4334B">
        <w:rPr>
          <w:sz w:val="28"/>
          <w:szCs w:val="28"/>
        </w:rPr>
        <w:t>n ký k</w:t>
      </w:r>
      <w:r w:rsidRPr="00D4334B">
        <w:rPr>
          <w:sz w:val="28"/>
          <w:szCs w:val="28"/>
        </w:rPr>
        <w:t>ế</w:t>
      </w:r>
      <w:r w:rsidRPr="00D4334B">
        <w:rPr>
          <w:sz w:val="28"/>
          <w:szCs w:val="28"/>
        </w:rPr>
        <w:t>t h</w:t>
      </w:r>
      <w:r w:rsidRPr="00D4334B">
        <w:rPr>
          <w:sz w:val="28"/>
          <w:szCs w:val="28"/>
        </w:rPr>
        <w:t>ợ</w:t>
      </w:r>
      <w:r w:rsidRPr="00D4334B">
        <w:rPr>
          <w:sz w:val="28"/>
          <w:szCs w:val="28"/>
        </w:rPr>
        <w:t>p đ</w:t>
      </w:r>
      <w:r w:rsidRPr="00D4334B">
        <w:rPr>
          <w:sz w:val="28"/>
          <w:szCs w:val="28"/>
        </w:rPr>
        <w:t>ồ</w:t>
      </w:r>
      <w:r w:rsidRPr="00D4334B">
        <w:rPr>
          <w:sz w:val="28"/>
          <w:szCs w:val="28"/>
        </w:rPr>
        <w:t>ng v</w:t>
      </w:r>
      <w:r w:rsidRPr="00D4334B">
        <w:rPr>
          <w:sz w:val="28"/>
          <w:szCs w:val="28"/>
        </w:rPr>
        <w:t>ớ</w:t>
      </w:r>
      <w:r w:rsidRPr="00D4334B">
        <w:rPr>
          <w:sz w:val="28"/>
          <w:szCs w:val="28"/>
        </w:rPr>
        <w:t xml:space="preserve">i các </w:t>
      </w:r>
      <w:r w:rsidRPr="00D4334B">
        <w:rPr>
          <w:sz w:val="28"/>
          <w:szCs w:val="28"/>
        </w:rPr>
        <w:t>đi</w:t>
      </w:r>
      <w:r w:rsidRPr="00D4334B">
        <w:rPr>
          <w:sz w:val="28"/>
          <w:szCs w:val="28"/>
        </w:rPr>
        <w:t>ề</w:t>
      </w:r>
      <w:r w:rsidRPr="00D4334B">
        <w:rPr>
          <w:sz w:val="28"/>
          <w:szCs w:val="28"/>
        </w:rPr>
        <w:t>u kho</w:t>
      </w:r>
      <w:r w:rsidRPr="00D4334B">
        <w:rPr>
          <w:sz w:val="28"/>
          <w:szCs w:val="28"/>
        </w:rPr>
        <w:t>ả</w:t>
      </w:r>
      <w:r w:rsidRPr="00D4334B">
        <w:rPr>
          <w:sz w:val="28"/>
          <w:szCs w:val="28"/>
        </w:rPr>
        <w:t>n sau:</w:t>
      </w:r>
      <w:r w:rsidRPr="00D4334B">
        <w:rPr>
          <w:sz w:val="28"/>
          <w:szCs w:val="28"/>
        </w:rPr>
        <w:br/>
      </w:r>
      <w:r w:rsidRPr="00D4334B">
        <w:rPr>
          <w:sz w:val="28"/>
          <w:szCs w:val="28"/>
        </w:rPr>
        <w:br/>
        <w:t>Đi</w:t>
      </w:r>
      <w:r w:rsidRPr="00D4334B">
        <w:rPr>
          <w:sz w:val="28"/>
          <w:szCs w:val="28"/>
        </w:rPr>
        <w:t>ề</w:t>
      </w:r>
      <w:r w:rsidRPr="00D4334B">
        <w:rPr>
          <w:sz w:val="28"/>
          <w:szCs w:val="28"/>
        </w:rPr>
        <w:t>u 1. Tài s</w:t>
      </w:r>
      <w:r w:rsidRPr="00D4334B">
        <w:rPr>
          <w:sz w:val="28"/>
          <w:szCs w:val="28"/>
        </w:rPr>
        <w:t>ả</w:t>
      </w:r>
      <w:r w:rsidRPr="00D4334B">
        <w:rPr>
          <w:sz w:val="28"/>
          <w:szCs w:val="28"/>
        </w:rPr>
        <w:t>n t</w:t>
      </w:r>
      <w:r w:rsidRPr="00D4334B">
        <w:rPr>
          <w:sz w:val="28"/>
          <w:szCs w:val="28"/>
        </w:rPr>
        <w:t>ặ</w:t>
      </w:r>
      <w:r w:rsidRPr="00D4334B">
        <w:rPr>
          <w:sz w:val="28"/>
          <w:szCs w:val="28"/>
        </w:rPr>
        <w:t>ng cho</w:t>
      </w:r>
      <w:r w:rsidRPr="00D4334B">
        <w:rPr>
          <w:sz w:val="28"/>
          <w:szCs w:val="28"/>
        </w:rPr>
        <w:br/>
        <w:t>Bên A đ</w:t>
      </w:r>
      <w:r w:rsidRPr="00D4334B">
        <w:rPr>
          <w:sz w:val="28"/>
          <w:szCs w:val="28"/>
        </w:rPr>
        <w:t>ồ</w:t>
      </w:r>
      <w:r w:rsidRPr="00D4334B">
        <w:rPr>
          <w:sz w:val="28"/>
          <w:szCs w:val="28"/>
        </w:rPr>
        <w:t>ng ý t</w:t>
      </w:r>
      <w:r w:rsidRPr="00D4334B">
        <w:rPr>
          <w:sz w:val="28"/>
          <w:szCs w:val="28"/>
        </w:rPr>
        <w:t>ặ</w:t>
      </w:r>
      <w:r w:rsidRPr="00D4334B">
        <w:rPr>
          <w:sz w:val="28"/>
          <w:szCs w:val="28"/>
        </w:rPr>
        <w:t>ng cho Bên B toàn b</w:t>
      </w:r>
      <w:r w:rsidRPr="00D4334B">
        <w:rPr>
          <w:sz w:val="28"/>
          <w:szCs w:val="28"/>
        </w:rPr>
        <w:t>ộ</w:t>
      </w:r>
      <w:r w:rsidRPr="00D4334B">
        <w:rPr>
          <w:sz w:val="28"/>
          <w:szCs w:val="28"/>
        </w:rPr>
        <w:t xml:space="preserve"> quy</w:t>
      </w:r>
      <w:r w:rsidRPr="00D4334B">
        <w:rPr>
          <w:sz w:val="28"/>
          <w:szCs w:val="28"/>
        </w:rPr>
        <w:t>ề</w:t>
      </w:r>
      <w:r w:rsidRPr="00D4334B">
        <w:rPr>
          <w:sz w:val="28"/>
          <w:szCs w:val="28"/>
        </w:rPr>
        <w:t>n s</w:t>
      </w:r>
      <w:r w:rsidRPr="00D4334B">
        <w:rPr>
          <w:sz w:val="28"/>
          <w:szCs w:val="28"/>
        </w:rPr>
        <w:t>ử</w:t>
      </w:r>
      <w:r w:rsidRPr="00D4334B">
        <w:rPr>
          <w:sz w:val="28"/>
          <w:szCs w:val="28"/>
        </w:rPr>
        <w:t xml:space="preserve"> d</w:t>
      </w:r>
      <w:r w:rsidRPr="00D4334B">
        <w:rPr>
          <w:sz w:val="28"/>
          <w:szCs w:val="28"/>
        </w:rPr>
        <w:t>ụ</w:t>
      </w:r>
      <w:r w:rsidRPr="00D4334B">
        <w:rPr>
          <w:sz w:val="28"/>
          <w:szCs w:val="28"/>
        </w:rPr>
        <w:t>ng đ</w:t>
      </w:r>
      <w:r w:rsidRPr="00D4334B">
        <w:rPr>
          <w:sz w:val="28"/>
          <w:szCs w:val="28"/>
        </w:rPr>
        <w:t>ố</w:t>
      </w:r>
      <w:r w:rsidRPr="00D4334B">
        <w:rPr>
          <w:sz w:val="28"/>
          <w:szCs w:val="28"/>
        </w:rPr>
        <w:t>i v</w:t>
      </w:r>
      <w:r w:rsidRPr="00D4334B">
        <w:rPr>
          <w:sz w:val="28"/>
          <w:szCs w:val="28"/>
        </w:rPr>
        <w:t>ớ</w:t>
      </w:r>
      <w:r w:rsidRPr="00D4334B">
        <w:rPr>
          <w:sz w:val="28"/>
          <w:szCs w:val="28"/>
        </w:rPr>
        <w:t>i th</w:t>
      </w:r>
      <w:r w:rsidRPr="00D4334B">
        <w:rPr>
          <w:sz w:val="28"/>
          <w:szCs w:val="28"/>
        </w:rPr>
        <w:t>ử</w:t>
      </w:r>
      <w:r w:rsidRPr="00D4334B">
        <w:rPr>
          <w:sz w:val="28"/>
          <w:szCs w:val="28"/>
        </w:rPr>
        <w:t>a đ</w:t>
      </w:r>
      <w:r w:rsidRPr="00D4334B">
        <w:rPr>
          <w:sz w:val="28"/>
          <w:szCs w:val="28"/>
        </w:rPr>
        <w:t>ấ</w:t>
      </w:r>
      <w:r w:rsidRPr="00D4334B">
        <w:rPr>
          <w:sz w:val="28"/>
          <w:szCs w:val="28"/>
        </w:rPr>
        <w:t>t sau:</w:t>
      </w:r>
      <w:r w:rsidRPr="00D4334B">
        <w:rPr>
          <w:sz w:val="28"/>
          <w:szCs w:val="28"/>
        </w:rPr>
        <w:br/>
        <w:t>- Th</w:t>
      </w:r>
      <w:r w:rsidRPr="00D4334B">
        <w:rPr>
          <w:sz w:val="28"/>
          <w:szCs w:val="28"/>
        </w:rPr>
        <w:t>ử</w:t>
      </w:r>
      <w:r w:rsidRPr="00D4334B">
        <w:rPr>
          <w:sz w:val="28"/>
          <w:szCs w:val="28"/>
        </w:rPr>
        <w:t>a đ</w:t>
      </w:r>
      <w:r w:rsidRPr="00D4334B">
        <w:rPr>
          <w:sz w:val="28"/>
          <w:szCs w:val="28"/>
        </w:rPr>
        <w:t>ấ</w:t>
      </w:r>
      <w:r w:rsidRPr="00D4334B">
        <w:rPr>
          <w:sz w:val="28"/>
          <w:szCs w:val="28"/>
        </w:rPr>
        <w:t>t s</w:t>
      </w:r>
      <w:r w:rsidRPr="00D4334B">
        <w:rPr>
          <w:sz w:val="28"/>
          <w:szCs w:val="28"/>
        </w:rPr>
        <w:t>ố</w:t>
      </w:r>
      <w:r w:rsidRPr="00D4334B">
        <w:rPr>
          <w:sz w:val="28"/>
          <w:szCs w:val="28"/>
        </w:rPr>
        <w:t>: ..................</w:t>
      </w:r>
      <w:r w:rsidRPr="00D4334B">
        <w:rPr>
          <w:sz w:val="28"/>
          <w:szCs w:val="28"/>
        </w:rPr>
        <w:br/>
        <w:t>- T</w:t>
      </w:r>
      <w:r w:rsidRPr="00D4334B">
        <w:rPr>
          <w:sz w:val="28"/>
          <w:szCs w:val="28"/>
        </w:rPr>
        <w:t>ờ</w:t>
      </w:r>
      <w:r w:rsidRPr="00D4334B">
        <w:rPr>
          <w:sz w:val="28"/>
          <w:szCs w:val="28"/>
        </w:rPr>
        <w:t xml:space="preserve"> b</w:t>
      </w:r>
      <w:r w:rsidRPr="00D4334B">
        <w:rPr>
          <w:sz w:val="28"/>
          <w:szCs w:val="28"/>
        </w:rPr>
        <w:t>ả</w:t>
      </w:r>
      <w:r w:rsidRPr="00D4334B">
        <w:rPr>
          <w:sz w:val="28"/>
          <w:szCs w:val="28"/>
        </w:rPr>
        <w:t>n đ</w:t>
      </w:r>
      <w:r w:rsidRPr="00D4334B">
        <w:rPr>
          <w:sz w:val="28"/>
          <w:szCs w:val="28"/>
        </w:rPr>
        <w:t>ồ</w:t>
      </w:r>
      <w:r w:rsidRPr="00D4334B">
        <w:rPr>
          <w:sz w:val="28"/>
          <w:szCs w:val="28"/>
        </w:rPr>
        <w:t xml:space="preserve"> s</w:t>
      </w:r>
      <w:r w:rsidRPr="00D4334B">
        <w:rPr>
          <w:sz w:val="28"/>
          <w:szCs w:val="28"/>
        </w:rPr>
        <w:t>ố</w:t>
      </w:r>
      <w:r w:rsidRPr="00D4334B">
        <w:rPr>
          <w:sz w:val="28"/>
          <w:szCs w:val="28"/>
        </w:rPr>
        <w:t>: ..................</w:t>
      </w:r>
      <w:r w:rsidRPr="00D4334B">
        <w:rPr>
          <w:sz w:val="28"/>
          <w:szCs w:val="28"/>
        </w:rPr>
        <w:br/>
        <w:t>- Đ</w:t>
      </w:r>
      <w:r w:rsidRPr="00D4334B">
        <w:rPr>
          <w:sz w:val="28"/>
          <w:szCs w:val="28"/>
        </w:rPr>
        <w:t>ị</w:t>
      </w:r>
      <w:r w:rsidRPr="00D4334B">
        <w:rPr>
          <w:sz w:val="28"/>
          <w:szCs w:val="28"/>
        </w:rPr>
        <w:t>a ch</w:t>
      </w:r>
      <w:r w:rsidRPr="00D4334B">
        <w:rPr>
          <w:sz w:val="28"/>
          <w:szCs w:val="28"/>
        </w:rPr>
        <w:t>ỉ</w:t>
      </w:r>
      <w:r w:rsidRPr="00D4334B">
        <w:rPr>
          <w:sz w:val="28"/>
          <w:szCs w:val="28"/>
        </w:rPr>
        <w:t>: .......................................................</w:t>
      </w:r>
      <w:r w:rsidRPr="00D4334B">
        <w:rPr>
          <w:sz w:val="28"/>
          <w:szCs w:val="28"/>
        </w:rPr>
        <w:br/>
        <w:t>- Di</w:t>
      </w:r>
      <w:r w:rsidRPr="00D4334B">
        <w:rPr>
          <w:sz w:val="28"/>
          <w:szCs w:val="28"/>
        </w:rPr>
        <w:t>ệ</w:t>
      </w:r>
      <w:r w:rsidRPr="00D4334B">
        <w:rPr>
          <w:sz w:val="28"/>
          <w:szCs w:val="28"/>
        </w:rPr>
        <w:t>n</w:t>
      </w:r>
      <w:r w:rsidRPr="00D4334B">
        <w:rPr>
          <w:sz w:val="28"/>
          <w:szCs w:val="28"/>
        </w:rPr>
        <w:t xml:space="preserve"> tích: .................. m² (b</w:t>
      </w:r>
      <w:r w:rsidRPr="00D4334B">
        <w:rPr>
          <w:sz w:val="28"/>
          <w:szCs w:val="28"/>
        </w:rPr>
        <w:t>ằ</w:t>
      </w:r>
      <w:r w:rsidRPr="00D4334B">
        <w:rPr>
          <w:sz w:val="28"/>
          <w:szCs w:val="28"/>
        </w:rPr>
        <w:t>ng ch</w:t>
      </w:r>
      <w:r w:rsidRPr="00D4334B">
        <w:rPr>
          <w:sz w:val="28"/>
          <w:szCs w:val="28"/>
        </w:rPr>
        <w:t>ữ</w:t>
      </w:r>
      <w:r w:rsidRPr="00D4334B">
        <w:rPr>
          <w:sz w:val="28"/>
          <w:szCs w:val="28"/>
        </w:rPr>
        <w:t>: .................. mét vuông)</w:t>
      </w:r>
      <w:r w:rsidRPr="00D4334B">
        <w:rPr>
          <w:sz w:val="28"/>
          <w:szCs w:val="28"/>
        </w:rPr>
        <w:br/>
        <w:t>- M</w:t>
      </w:r>
      <w:r w:rsidRPr="00D4334B">
        <w:rPr>
          <w:sz w:val="28"/>
          <w:szCs w:val="28"/>
        </w:rPr>
        <w:t>ụ</w:t>
      </w:r>
      <w:r w:rsidRPr="00D4334B">
        <w:rPr>
          <w:sz w:val="28"/>
          <w:szCs w:val="28"/>
        </w:rPr>
        <w:t>c đích s</w:t>
      </w:r>
      <w:r w:rsidRPr="00D4334B">
        <w:rPr>
          <w:sz w:val="28"/>
          <w:szCs w:val="28"/>
        </w:rPr>
        <w:t>ử</w:t>
      </w:r>
      <w:r w:rsidRPr="00D4334B">
        <w:rPr>
          <w:sz w:val="28"/>
          <w:szCs w:val="28"/>
        </w:rPr>
        <w:t xml:space="preserve"> d</w:t>
      </w:r>
      <w:r w:rsidRPr="00D4334B">
        <w:rPr>
          <w:sz w:val="28"/>
          <w:szCs w:val="28"/>
        </w:rPr>
        <w:t>ụ</w:t>
      </w:r>
      <w:r w:rsidRPr="00D4334B">
        <w:rPr>
          <w:sz w:val="28"/>
          <w:szCs w:val="28"/>
        </w:rPr>
        <w:t>ng: ..........................................</w:t>
      </w:r>
      <w:r w:rsidRPr="00D4334B">
        <w:rPr>
          <w:sz w:val="28"/>
          <w:szCs w:val="28"/>
        </w:rPr>
        <w:br/>
        <w:t>- Gi</w:t>
      </w:r>
      <w:r w:rsidRPr="00D4334B">
        <w:rPr>
          <w:sz w:val="28"/>
          <w:szCs w:val="28"/>
        </w:rPr>
        <w:t>ấ</w:t>
      </w:r>
      <w:r w:rsidRPr="00D4334B">
        <w:rPr>
          <w:sz w:val="28"/>
          <w:szCs w:val="28"/>
        </w:rPr>
        <w:t>y ch</w:t>
      </w:r>
      <w:r w:rsidRPr="00D4334B">
        <w:rPr>
          <w:sz w:val="28"/>
          <w:szCs w:val="28"/>
        </w:rPr>
        <w:t>ứ</w:t>
      </w:r>
      <w:r w:rsidRPr="00D4334B">
        <w:rPr>
          <w:sz w:val="28"/>
          <w:szCs w:val="28"/>
        </w:rPr>
        <w:t>ng nh</w:t>
      </w:r>
      <w:r w:rsidRPr="00D4334B">
        <w:rPr>
          <w:sz w:val="28"/>
          <w:szCs w:val="28"/>
        </w:rPr>
        <w:t>ậ</w:t>
      </w:r>
      <w:r w:rsidRPr="00D4334B">
        <w:rPr>
          <w:sz w:val="28"/>
          <w:szCs w:val="28"/>
        </w:rPr>
        <w:t>n quy</w:t>
      </w:r>
      <w:r w:rsidRPr="00D4334B">
        <w:rPr>
          <w:sz w:val="28"/>
          <w:szCs w:val="28"/>
        </w:rPr>
        <w:t>ề</w:t>
      </w:r>
      <w:r w:rsidRPr="00D4334B">
        <w:rPr>
          <w:sz w:val="28"/>
          <w:szCs w:val="28"/>
        </w:rPr>
        <w:t>n s</w:t>
      </w:r>
      <w:r w:rsidRPr="00D4334B">
        <w:rPr>
          <w:sz w:val="28"/>
          <w:szCs w:val="28"/>
        </w:rPr>
        <w:t>ử</w:t>
      </w:r>
      <w:r w:rsidRPr="00D4334B">
        <w:rPr>
          <w:sz w:val="28"/>
          <w:szCs w:val="28"/>
        </w:rPr>
        <w:t xml:space="preserve"> d</w:t>
      </w:r>
      <w:r w:rsidRPr="00D4334B">
        <w:rPr>
          <w:sz w:val="28"/>
          <w:szCs w:val="28"/>
        </w:rPr>
        <w:t>ụ</w:t>
      </w:r>
      <w:r w:rsidRPr="00D4334B">
        <w:rPr>
          <w:sz w:val="28"/>
          <w:szCs w:val="28"/>
        </w:rPr>
        <w:t>ng đ</w:t>
      </w:r>
      <w:r w:rsidRPr="00D4334B">
        <w:rPr>
          <w:sz w:val="28"/>
          <w:szCs w:val="28"/>
        </w:rPr>
        <w:t>ấ</w:t>
      </w:r>
      <w:r w:rsidRPr="00D4334B">
        <w:rPr>
          <w:sz w:val="28"/>
          <w:szCs w:val="28"/>
        </w:rPr>
        <w:t>t s</w:t>
      </w:r>
      <w:r w:rsidRPr="00D4334B">
        <w:rPr>
          <w:sz w:val="28"/>
          <w:szCs w:val="28"/>
        </w:rPr>
        <w:t>ố</w:t>
      </w:r>
      <w:r w:rsidRPr="00D4334B">
        <w:rPr>
          <w:sz w:val="28"/>
          <w:szCs w:val="28"/>
        </w:rPr>
        <w:t>: .................. do .................. c</w:t>
      </w:r>
      <w:r w:rsidRPr="00D4334B">
        <w:rPr>
          <w:sz w:val="28"/>
          <w:szCs w:val="28"/>
        </w:rPr>
        <w:t>ấ</w:t>
      </w:r>
      <w:r w:rsidRPr="00D4334B">
        <w:rPr>
          <w:sz w:val="28"/>
          <w:szCs w:val="28"/>
        </w:rPr>
        <w:t>p ngày ..................</w:t>
      </w:r>
      <w:r w:rsidRPr="00D4334B">
        <w:rPr>
          <w:sz w:val="28"/>
          <w:szCs w:val="28"/>
        </w:rPr>
        <w:br/>
      </w:r>
      <w:r w:rsidRPr="00D4334B">
        <w:rPr>
          <w:sz w:val="28"/>
          <w:szCs w:val="28"/>
        </w:rPr>
        <w:br/>
        <w:t>Đi</w:t>
      </w:r>
      <w:r w:rsidRPr="00D4334B">
        <w:rPr>
          <w:sz w:val="28"/>
          <w:szCs w:val="28"/>
        </w:rPr>
        <w:t>ề</w:t>
      </w:r>
      <w:r w:rsidRPr="00D4334B">
        <w:rPr>
          <w:sz w:val="28"/>
          <w:szCs w:val="28"/>
        </w:rPr>
        <w:t>u 2. Th</w:t>
      </w:r>
      <w:r w:rsidRPr="00D4334B">
        <w:rPr>
          <w:sz w:val="28"/>
          <w:szCs w:val="28"/>
        </w:rPr>
        <w:t>ờ</w:t>
      </w:r>
      <w:r w:rsidRPr="00D4334B">
        <w:rPr>
          <w:sz w:val="28"/>
          <w:szCs w:val="28"/>
        </w:rPr>
        <w:t xml:space="preserve">i </w:t>
      </w:r>
      <w:r w:rsidRPr="00D4334B">
        <w:rPr>
          <w:sz w:val="28"/>
          <w:szCs w:val="28"/>
        </w:rPr>
        <w:t>đi</w:t>
      </w:r>
      <w:r w:rsidRPr="00D4334B">
        <w:rPr>
          <w:sz w:val="28"/>
          <w:szCs w:val="28"/>
        </w:rPr>
        <w:t>ể</w:t>
      </w:r>
      <w:r w:rsidRPr="00D4334B">
        <w:rPr>
          <w:sz w:val="28"/>
          <w:szCs w:val="28"/>
        </w:rPr>
        <w:t>m t</w:t>
      </w:r>
      <w:r w:rsidRPr="00D4334B">
        <w:rPr>
          <w:sz w:val="28"/>
          <w:szCs w:val="28"/>
        </w:rPr>
        <w:t>ặ</w:t>
      </w:r>
      <w:r w:rsidRPr="00D4334B">
        <w:rPr>
          <w:sz w:val="28"/>
          <w:szCs w:val="28"/>
        </w:rPr>
        <w:t>ng cho</w:t>
      </w:r>
      <w:r w:rsidRPr="00D4334B">
        <w:rPr>
          <w:sz w:val="28"/>
          <w:szCs w:val="28"/>
        </w:rPr>
        <w:br/>
      </w:r>
      <w:r w:rsidRPr="00D4334B">
        <w:rPr>
          <w:sz w:val="28"/>
          <w:szCs w:val="28"/>
        </w:rPr>
        <w:lastRenderedPageBreak/>
        <w:t>Vi</w:t>
      </w:r>
      <w:r w:rsidRPr="00D4334B">
        <w:rPr>
          <w:sz w:val="28"/>
          <w:szCs w:val="28"/>
        </w:rPr>
        <w:t>ệ</w:t>
      </w:r>
      <w:r w:rsidRPr="00D4334B">
        <w:rPr>
          <w:sz w:val="28"/>
          <w:szCs w:val="28"/>
        </w:rPr>
        <w:t>c t</w:t>
      </w:r>
      <w:r w:rsidRPr="00D4334B">
        <w:rPr>
          <w:sz w:val="28"/>
          <w:szCs w:val="28"/>
        </w:rPr>
        <w:t>ặ</w:t>
      </w:r>
      <w:r w:rsidRPr="00D4334B">
        <w:rPr>
          <w:sz w:val="28"/>
          <w:szCs w:val="28"/>
        </w:rPr>
        <w:t>ng cho có hi</w:t>
      </w:r>
      <w:r w:rsidRPr="00D4334B">
        <w:rPr>
          <w:sz w:val="28"/>
          <w:szCs w:val="28"/>
        </w:rPr>
        <w:t>ệ</w:t>
      </w:r>
      <w:r w:rsidRPr="00D4334B">
        <w:rPr>
          <w:sz w:val="28"/>
          <w:szCs w:val="28"/>
        </w:rPr>
        <w:t>u l</w:t>
      </w:r>
      <w:r w:rsidRPr="00D4334B">
        <w:rPr>
          <w:sz w:val="28"/>
          <w:szCs w:val="28"/>
        </w:rPr>
        <w:t>ự</w:t>
      </w:r>
      <w:r w:rsidRPr="00D4334B">
        <w:rPr>
          <w:sz w:val="28"/>
          <w:szCs w:val="28"/>
        </w:rPr>
        <w:t>c k</w:t>
      </w:r>
      <w:r w:rsidRPr="00D4334B">
        <w:rPr>
          <w:sz w:val="28"/>
          <w:szCs w:val="28"/>
        </w:rPr>
        <w:t>ể</w:t>
      </w:r>
      <w:r w:rsidRPr="00D4334B">
        <w:rPr>
          <w:sz w:val="28"/>
          <w:szCs w:val="28"/>
        </w:rPr>
        <w:t xml:space="preserve"> t</w:t>
      </w:r>
      <w:r w:rsidRPr="00D4334B">
        <w:rPr>
          <w:sz w:val="28"/>
          <w:szCs w:val="28"/>
        </w:rPr>
        <w:t>ừ</w:t>
      </w:r>
      <w:r w:rsidRPr="00D4334B">
        <w:rPr>
          <w:sz w:val="28"/>
          <w:szCs w:val="28"/>
        </w:rPr>
        <w:t xml:space="preserve"> ngày h</w:t>
      </w:r>
      <w:r w:rsidRPr="00D4334B">
        <w:rPr>
          <w:sz w:val="28"/>
          <w:szCs w:val="28"/>
        </w:rPr>
        <w:t>ợ</w:t>
      </w:r>
      <w:r w:rsidRPr="00D4334B">
        <w:rPr>
          <w:sz w:val="28"/>
          <w:szCs w:val="28"/>
        </w:rPr>
        <w:t>p đ</w:t>
      </w:r>
      <w:r w:rsidRPr="00D4334B">
        <w:rPr>
          <w:sz w:val="28"/>
          <w:szCs w:val="28"/>
        </w:rPr>
        <w:t>ồ</w:t>
      </w:r>
      <w:r w:rsidRPr="00D4334B">
        <w:rPr>
          <w:sz w:val="28"/>
          <w:szCs w:val="28"/>
        </w:rPr>
        <w:t>ng này đư</w:t>
      </w:r>
      <w:r w:rsidRPr="00D4334B">
        <w:rPr>
          <w:sz w:val="28"/>
          <w:szCs w:val="28"/>
        </w:rPr>
        <w:t>ợ</w:t>
      </w:r>
      <w:r w:rsidRPr="00D4334B">
        <w:rPr>
          <w:sz w:val="28"/>
          <w:szCs w:val="28"/>
        </w:rPr>
        <w:t>c công ch</w:t>
      </w:r>
      <w:r w:rsidRPr="00D4334B">
        <w:rPr>
          <w:sz w:val="28"/>
          <w:szCs w:val="28"/>
        </w:rPr>
        <w:t>ứ</w:t>
      </w:r>
      <w:r w:rsidRPr="00D4334B">
        <w:rPr>
          <w:sz w:val="28"/>
          <w:szCs w:val="28"/>
        </w:rPr>
        <w:t>ng và các th</w:t>
      </w:r>
      <w:r w:rsidRPr="00D4334B">
        <w:rPr>
          <w:sz w:val="28"/>
          <w:szCs w:val="28"/>
        </w:rPr>
        <w:t>ủ</w:t>
      </w:r>
      <w:r w:rsidRPr="00D4334B">
        <w:rPr>
          <w:sz w:val="28"/>
          <w:szCs w:val="28"/>
        </w:rPr>
        <w:t xml:space="preserve"> t</w:t>
      </w:r>
      <w:r w:rsidRPr="00D4334B">
        <w:rPr>
          <w:sz w:val="28"/>
          <w:szCs w:val="28"/>
        </w:rPr>
        <w:t>ụ</w:t>
      </w:r>
      <w:r w:rsidRPr="00D4334B">
        <w:rPr>
          <w:sz w:val="28"/>
          <w:szCs w:val="28"/>
        </w:rPr>
        <w:t>c đăng ký sang tên hoàn t</w:t>
      </w:r>
      <w:r w:rsidRPr="00D4334B">
        <w:rPr>
          <w:sz w:val="28"/>
          <w:szCs w:val="28"/>
        </w:rPr>
        <w:t>ấ</w:t>
      </w:r>
      <w:r w:rsidRPr="00D4334B">
        <w:rPr>
          <w:sz w:val="28"/>
          <w:szCs w:val="28"/>
        </w:rPr>
        <w:t>t.</w:t>
      </w:r>
      <w:r w:rsidRPr="00D4334B">
        <w:rPr>
          <w:sz w:val="28"/>
          <w:szCs w:val="28"/>
        </w:rPr>
        <w:br/>
      </w:r>
      <w:r w:rsidRPr="00D4334B">
        <w:rPr>
          <w:sz w:val="28"/>
          <w:szCs w:val="28"/>
        </w:rPr>
        <w:br/>
        <w:t>Đi</w:t>
      </w:r>
      <w:r w:rsidRPr="00D4334B">
        <w:rPr>
          <w:sz w:val="28"/>
          <w:szCs w:val="28"/>
        </w:rPr>
        <w:t>ề</w:t>
      </w:r>
      <w:r w:rsidRPr="00D4334B">
        <w:rPr>
          <w:sz w:val="28"/>
          <w:szCs w:val="28"/>
        </w:rPr>
        <w:t>u 3. Trách nhi</w:t>
      </w:r>
      <w:r w:rsidRPr="00D4334B">
        <w:rPr>
          <w:sz w:val="28"/>
          <w:szCs w:val="28"/>
        </w:rPr>
        <w:t>ệ</w:t>
      </w:r>
      <w:r w:rsidRPr="00D4334B">
        <w:rPr>
          <w:sz w:val="28"/>
          <w:szCs w:val="28"/>
        </w:rPr>
        <w:t>m n</w:t>
      </w:r>
      <w:r w:rsidRPr="00D4334B">
        <w:rPr>
          <w:sz w:val="28"/>
          <w:szCs w:val="28"/>
        </w:rPr>
        <w:t>ộ</w:t>
      </w:r>
      <w:r w:rsidRPr="00D4334B">
        <w:rPr>
          <w:sz w:val="28"/>
          <w:szCs w:val="28"/>
        </w:rPr>
        <w:t>p l</w:t>
      </w:r>
      <w:r w:rsidRPr="00D4334B">
        <w:rPr>
          <w:sz w:val="28"/>
          <w:szCs w:val="28"/>
        </w:rPr>
        <w:t>ệ</w:t>
      </w:r>
      <w:r w:rsidRPr="00D4334B">
        <w:rPr>
          <w:sz w:val="28"/>
          <w:szCs w:val="28"/>
        </w:rPr>
        <w:t xml:space="preserve"> phí, thu</w:t>
      </w:r>
      <w:r w:rsidRPr="00D4334B">
        <w:rPr>
          <w:sz w:val="28"/>
          <w:szCs w:val="28"/>
        </w:rPr>
        <w:t>ế</w:t>
      </w:r>
      <w:r w:rsidRPr="00D4334B">
        <w:rPr>
          <w:sz w:val="28"/>
          <w:szCs w:val="28"/>
        </w:rPr>
        <w:br/>
        <w:t>Hai bên th</w:t>
      </w:r>
      <w:r w:rsidRPr="00D4334B">
        <w:rPr>
          <w:sz w:val="28"/>
          <w:szCs w:val="28"/>
        </w:rPr>
        <w:t>ố</w:t>
      </w:r>
      <w:r w:rsidRPr="00D4334B">
        <w:rPr>
          <w:sz w:val="28"/>
          <w:szCs w:val="28"/>
        </w:rPr>
        <w:t>ng nh</w:t>
      </w:r>
      <w:r w:rsidRPr="00D4334B">
        <w:rPr>
          <w:sz w:val="28"/>
          <w:szCs w:val="28"/>
        </w:rPr>
        <w:t>ấ</w:t>
      </w:r>
      <w:r w:rsidRPr="00D4334B">
        <w:rPr>
          <w:sz w:val="28"/>
          <w:szCs w:val="28"/>
        </w:rPr>
        <w:t>t: ................................................ (nêu rõ bên ch</w:t>
      </w:r>
      <w:r w:rsidRPr="00D4334B">
        <w:rPr>
          <w:sz w:val="28"/>
          <w:szCs w:val="28"/>
        </w:rPr>
        <w:t>ị</w:t>
      </w:r>
      <w:r w:rsidRPr="00D4334B">
        <w:rPr>
          <w:sz w:val="28"/>
          <w:szCs w:val="28"/>
        </w:rPr>
        <w:t>u thu</w:t>
      </w:r>
      <w:r w:rsidRPr="00D4334B">
        <w:rPr>
          <w:sz w:val="28"/>
          <w:szCs w:val="28"/>
        </w:rPr>
        <w:t>ế</w:t>
      </w:r>
      <w:r w:rsidRPr="00D4334B">
        <w:rPr>
          <w:sz w:val="28"/>
          <w:szCs w:val="28"/>
        </w:rPr>
        <w:t xml:space="preserve">, phí </w:t>
      </w:r>
      <w:r w:rsidRPr="00D4334B">
        <w:rPr>
          <w:sz w:val="28"/>
          <w:szCs w:val="28"/>
        </w:rPr>
        <w:t>n</w:t>
      </w:r>
      <w:r w:rsidRPr="00D4334B">
        <w:rPr>
          <w:sz w:val="28"/>
          <w:szCs w:val="28"/>
        </w:rPr>
        <w:t>ế</w:t>
      </w:r>
      <w:r w:rsidRPr="00D4334B">
        <w:rPr>
          <w:sz w:val="28"/>
          <w:szCs w:val="28"/>
        </w:rPr>
        <w:t>u có)</w:t>
      </w:r>
      <w:r w:rsidRPr="00D4334B">
        <w:rPr>
          <w:sz w:val="28"/>
          <w:szCs w:val="28"/>
        </w:rPr>
        <w:br/>
      </w:r>
      <w:r w:rsidRPr="00D4334B">
        <w:rPr>
          <w:sz w:val="28"/>
          <w:szCs w:val="28"/>
        </w:rPr>
        <w:br/>
        <w:t>Đi</w:t>
      </w:r>
      <w:r w:rsidRPr="00D4334B">
        <w:rPr>
          <w:sz w:val="28"/>
          <w:szCs w:val="28"/>
        </w:rPr>
        <w:t>ề</w:t>
      </w:r>
      <w:r w:rsidRPr="00D4334B">
        <w:rPr>
          <w:sz w:val="28"/>
          <w:szCs w:val="28"/>
        </w:rPr>
        <w:t>u 4. Cam k</w:t>
      </w:r>
      <w:r w:rsidRPr="00D4334B">
        <w:rPr>
          <w:sz w:val="28"/>
          <w:szCs w:val="28"/>
        </w:rPr>
        <w:t>ế</w:t>
      </w:r>
      <w:r w:rsidRPr="00D4334B">
        <w:rPr>
          <w:sz w:val="28"/>
          <w:szCs w:val="28"/>
        </w:rPr>
        <w:t>t c</w:t>
      </w:r>
      <w:r w:rsidRPr="00D4334B">
        <w:rPr>
          <w:sz w:val="28"/>
          <w:szCs w:val="28"/>
        </w:rPr>
        <w:t>ủ</w:t>
      </w:r>
      <w:r w:rsidRPr="00D4334B">
        <w:rPr>
          <w:sz w:val="28"/>
          <w:szCs w:val="28"/>
        </w:rPr>
        <w:t>a các bên</w:t>
      </w:r>
      <w:r w:rsidRPr="00D4334B">
        <w:rPr>
          <w:sz w:val="28"/>
          <w:szCs w:val="28"/>
        </w:rPr>
        <w:br/>
        <w:t>- Bên A cam k</w:t>
      </w:r>
      <w:r w:rsidRPr="00D4334B">
        <w:rPr>
          <w:sz w:val="28"/>
          <w:szCs w:val="28"/>
        </w:rPr>
        <w:t>ế</w:t>
      </w:r>
      <w:r w:rsidRPr="00D4334B">
        <w:rPr>
          <w:sz w:val="28"/>
          <w:szCs w:val="28"/>
        </w:rPr>
        <w:t>t quy</w:t>
      </w:r>
      <w:r w:rsidRPr="00D4334B">
        <w:rPr>
          <w:sz w:val="28"/>
          <w:szCs w:val="28"/>
        </w:rPr>
        <w:t>ề</w:t>
      </w:r>
      <w:r w:rsidRPr="00D4334B">
        <w:rPr>
          <w:sz w:val="28"/>
          <w:szCs w:val="28"/>
        </w:rPr>
        <w:t>n s</w:t>
      </w:r>
      <w:r w:rsidRPr="00D4334B">
        <w:rPr>
          <w:sz w:val="28"/>
          <w:szCs w:val="28"/>
        </w:rPr>
        <w:t>ử</w:t>
      </w:r>
      <w:r w:rsidRPr="00D4334B">
        <w:rPr>
          <w:sz w:val="28"/>
          <w:szCs w:val="28"/>
        </w:rPr>
        <w:t xml:space="preserve"> d</w:t>
      </w:r>
      <w:r w:rsidRPr="00D4334B">
        <w:rPr>
          <w:sz w:val="28"/>
          <w:szCs w:val="28"/>
        </w:rPr>
        <w:t>ụ</w:t>
      </w:r>
      <w:r w:rsidRPr="00D4334B">
        <w:rPr>
          <w:sz w:val="28"/>
          <w:szCs w:val="28"/>
        </w:rPr>
        <w:t>ng đ</w:t>
      </w:r>
      <w:r w:rsidRPr="00D4334B">
        <w:rPr>
          <w:sz w:val="28"/>
          <w:szCs w:val="28"/>
        </w:rPr>
        <w:t>ấ</w:t>
      </w:r>
      <w:r w:rsidRPr="00D4334B">
        <w:rPr>
          <w:sz w:val="28"/>
          <w:szCs w:val="28"/>
        </w:rPr>
        <w:t>t không tranh ch</w:t>
      </w:r>
      <w:r w:rsidRPr="00D4334B">
        <w:rPr>
          <w:sz w:val="28"/>
          <w:szCs w:val="28"/>
        </w:rPr>
        <w:t>ấ</w:t>
      </w:r>
      <w:r w:rsidRPr="00D4334B">
        <w:rPr>
          <w:sz w:val="28"/>
          <w:szCs w:val="28"/>
        </w:rPr>
        <w:t>p, không b</w:t>
      </w:r>
      <w:r w:rsidRPr="00D4334B">
        <w:rPr>
          <w:sz w:val="28"/>
          <w:szCs w:val="28"/>
        </w:rPr>
        <w:t>ị</w:t>
      </w:r>
      <w:r w:rsidRPr="00D4334B">
        <w:rPr>
          <w:sz w:val="28"/>
          <w:szCs w:val="28"/>
        </w:rPr>
        <w:t xml:space="preserve"> kê biên, đ</w:t>
      </w:r>
      <w:r w:rsidRPr="00D4334B">
        <w:rPr>
          <w:sz w:val="28"/>
          <w:szCs w:val="28"/>
        </w:rPr>
        <w:t>ả</w:t>
      </w:r>
      <w:r w:rsidRPr="00D4334B">
        <w:rPr>
          <w:sz w:val="28"/>
          <w:szCs w:val="28"/>
        </w:rPr>
        <w:t>m b</w:t>
      </w:r>
      <w:r w:rsidRPr="00D4334B">
        <w:rPr>
          <w:sz w:val="28"/>
          <w:szCs w:val="28"/>
        </w:rPr>
        <w:t>ả</w:t>
      </w:r>
      <w:r w:rsidRPr="00D4334B">
        <w:rPr>
          <w:sz w:val="28"/>
          <w:szCs w:val="28"/>
        </w:rPr>
        <w:t>o đ</w:t>
      </w:r>
      <w:r w:rsidRPr="00D4334B">
        <w:rPr>
          <w:sz w:val="28"/>
          <w:szCs w:val="28"/>
        </w:rPr>
        <w:t>ủ</w:t>
      </w:r>
      <w:r w:rsidRPr="00D4334B">
        <w:rPr>
          <w:sz w:val="28"/>
          <w:szCs w:val="28"/>
        </w:rPr>
        <w:t xml:space="preserve"> đi</w:t>
      </w:r>
      <w:r w:rsidRPr="00D4334B">
        <w:rPr>
          <w:sz w:val="28"/>
          <w:szCs w:val="28"/>
        </w:rPr>
        <w:t>ề</w:t>
      </w:r>
      <w:r w:rsidRPr="00D4334B">
        <w:rPr>
          <w:sz w:val="28"/>
          <w:szCs w:val="28"/>
        </w:rPr>
        <w:t>u ki</w:t>
      </w:r>
      <w:r w:rsidRPr="00D4334B">
        <w:rPr>
          <w:sz w:val="28"/>
          <w:szCs w:val="28"/>
        </w:rPr>
        <w:t>ệ</w:t>
      </w:r>
      <w:r w:rsidRPr="00D4334B">
        <w:rPr>
          <w:sz w:val="28"/>
          <w:szCs w:val="28"/>
        </w:rPr>
        <w:t>n t</w:t>
      </w:r>
      <w:r w:rsidRPr="00D4334B">
        <w:rPr>
          <w:sz w:val="28"/>
          <w:szCs w:val="28"/>
        </w:rPr>
        <w:t>ặ</w:t>
      </w:r>
      <w:r w:rsidRPr="00D4334B">
        <w:rPr>
          <w:sz w:val="28"/>
          <w:szCs w:val="28"/>
        </w:rPr>
        <w:t>ng cho theo quy đ</w:t>
      </w:r>
      <w:r w:rsidRPr="00D4334B">
        <w:rPr>
          <w:sz w:val="28"/>
          <w:szCs w:val="28"/>
        </w:rPr>
        <w:t>ị</w:t>
      </w:r>
      <w:r w:rsidRPr="00D4334B">
        <w:rPr>
          <w:sz w:val="28"/>
          <w:szCs w:val="28"/>
        </w:rPr>
        <w:t>nh pháp lu</w:t>
      </w:r>
      <w:r w:rsidRPr="00D4334B">
        <w:rPr>
          <w:sz w:val="28"/>
          <w:szCs w:val="28"/>
        </w:rPr>
        <w:t>ậ</w:t>
      </w:r>
      <w:r w:rsidRPr="00D4334B">
        <w:rPr>
          <w:sz w:val="28"/>
          <w:szCs w:val="28"/>
        </w:rPr>
        <w:t>t.</w:t>
      </w:r>
      <w:r w:rsidRPr="00D4334B">
        <w:rPr>
          <w:sz w:val="28"/>
          <w:szCs w:val="28"/>
        </w:rPr>
        <w:br/>
        <w:t>- Bên B đã tìm hi</w:t>
      </w:r>
      <w:r w:rsidRPr="00D4334B">
        <w:rPr>
          <w:sz w:val="28"/>
          <w:szCs w:val="28"/>
        </w:rPr>
        <w:t>ể</w:t>
      </w:r>
      <w:r w:rsidRPr="00D4334B">
        <w:rPr>
          <w:sz w:val="28"/>
          <w:szCs w:val="28"/>
        </w:rPr>
        <w:t>u rõ thông tin và t</w:t>
      </w:r>
      <w:r w:rsidRPr="00D4334B">
        <w:rPr>
          <w:sz w:val="28"/>
          <w:szCs w:val="28"/>
        </w:rPr>
        <w:t>ự</w:t>
      </w:r>
      <w:r w:rsidRPr="00D4334B">
        <w:rPr>
          <w:sz w:val="28"/>
          <w:szCs w:val="28"/>
        </w:rPr>
        <w:t xml:space="preserve"> nguy</w:t>
      </w:r>
      <w:r w:rsidRPr="00D4334B">
        <w:rPr>
          <w:sz w:val="28"/>
          <w:szCs w:val="28"/>
        </w:rPr>
        <w:t>ệ</w:t>
      </w:r>
      <w:r w:rsidRPr="00D4334B">
        <w:rPr>
          <w:sz w:val="28"/>
          <w:szCs w:val="28"/>
        </w:rPr>
        <w:t>n nh</w:t>
      </w:r>
      <w:r w:rsidRPr="00D4334B">
        <w:rPr>
          <w:sz w:val="28"/>
          <w:szCs w:val="28"/>
        </w:rPr>
        <w:t>ậ</w:t>
      </w:r>
      <w:r w:rsidRPr="00D4334B">
        <w:rPr>
          <w:sz w:val="28"/>
          <w:szCs w:val="28"/>
        </w:rPr>
        <w:t>n tài s</w:t>
      </w:r>
      <w:r w:rsidRPr="00D4334B">
        <w:rPr>
          <w:sz w:val="28"/>
          <w:szCs w:val="28"/>
        </w:rPr>
        <w:t>ả</w:t>
      </w:r>
      <w:r w:rsidRPr="00D4334B">
        <w:rPr>
          <w:sz w:val="28"/>
          <w:szCs w:val="28"/>
        </w:rPr>
        <w:t>n nêu trên.</w:t>
      </w:r>
      <w:r w:rsidRPr="00D4334B">
        <w:rPr>
          <w:sz w:val="28"/>
          <w:szCs w:val="28"/>
        </w:rPr>
        <w:br/>
      </w:r>
      <w:r w:rsidRPr="00D4334B">
        <w:rPr>
          <w:sz w:val="28"/>
          <w:szCs w:val="28"/>
        </w:rPr>
        <w:br/>
        <w:t>H</w:t>
      </w:r>
      <w:r w:rsidRPr="00D4334B">
        <w:rPr>
          <w:sz w:val="28"/>
          <w:szCs w:val="28"/>
        </w:rPr>
        <w:t>ợ</w:t>
      </w:r>
      <w:r w:rsidRPr="00D4334B">
        <w:rPr>
          <w:sz w:val="28"/>
          <w:szCs w:val="28"/>
        </w:rPr>
        <w:t>p đ</w:t>
      </w:r>
      <w:r w:rsidRPr="00D4334B">
        <w:rPr>
          <w:sz w:val="28"/>
          <w:szCs w:val="28"/>
        </w:rPr>
        <w:t>ồ</w:t>
      </w:r>
      <w:r w:rsidRPr="00D4334B">
        <w:rPr>
          <w:sz w:val="28"/>
          <w:szCs w:val="28"/>
        </w:rPr>
        <w:t>ng đư</w:t>
      </w:r>
      <w:r w:rsidRPr="00D4334B">
        <w:rPr>
          <w:sz w:val="28"/>
          <w:szCs w:val="28"/>
        </w:rPr>
        <w:t>ợ</w:t>
      </w:r>
      <w:r w:rsidRPr="00D4334B">
        <w:rPr>
          <w:sz w:val="28"/>
          <w:szCs w:val="28"/>
        </w:rPr>
        <w:t>c l</w:t>
      </w:r>
      <w:r w:rsidRPr="00D4334B">
        <w:rPr>
          <w:sz w:val="28"/>
          <w:szCs w:val="28"/>
        </w:rPr>
        <w:t>ậ</w:t>
      </w:r>
      <w:r w:rsidRPr="00D4334B">
        <w:rPr>
          <w:sz w:val="28"/>
          <w:szCs w:val="28"/>
        </w:rPr>
        <w:t xml:space="preserve">p thành </w:t>
      </w:r>
      <w:r w:rsidRPr="00D4334B">
        <w:rPr>
          <w:sz w:val="28"/>
          <w:szCs w:val="28"/>
        </w:rPr>
        <w:t>03 b</w:t>
      </w:r>
      <w:r w:rsidRPr="00D4334B">
        <w:rPr>
          <w:sz w:val="28"/>
          <w:szCs w:val="28"/>
        </w:rPr>
        <w:t>ả</w:t>
      </w:r>
      <w:r w:rsidRPr="00D4334B">
        <w:rPr>
          <w:sz w:val="28"/>
          <w:szCs w:val="28"/>
        </w:rPr>
        <w:t>n có giá tr</w:t>
      </w:r>
      <w:r w:rsidRPr="00D4334B">
        <w:rPr>
          <w:sz w:val="28"/>
          <w:szCs w:val="28"/>
        </w:rPr>
        <w:t>ị</w:t>
      </w:r>
      <w:r w:rsidRPr="00D4334B">
        <w:rPr>
          <w:sz w:val="28"/>
          <w:szCs w:val="28"/>
        </w:rPr>
        <w:t xml:space="preserve"> pháp lý như nhau, m</w:t>
      </w:r>
      <w:r w:rsidRPr="00D4334B">
        <w:rPr>
          <w:sz w:val="28"/>
          <w:szCs w:val="28"/>
        </w:rPr>
        <w:t>ỗ</w:t>
      </w:r>
      <w:r w:rsidRPr="00D4334B">
        <w:rPr>
          <w:sz w:val="28"/>
          <w:szCs w:val="28"/>
        </w:rPr>
        <w:t>i bên gi</w:t>
      </w:r>
      <w:r w:rsidRPr="00D4334B">
        <w:rPr>
          <w:sz w:val="28"/>
          <w:szCs w:val="28"/>
        </w:rPr>
        <w:t>ữ</w:t>
      </w:r>
      <w:r w:rsidRPr="00D4334B">
        <w:rPr>
          <w:sz w:val="28"/>
          <w:szCs w:val="28"/>
        </w:rPr>
        <w:t xml:space="preserve"> 01 b</w:t>
      </w:r>
      <w:r w:rsidRPr="00D4334B">
        <w:rPr>
          <w:sz w:val="28"/>
          <w:szCs w:val="28"/>
        </w:rPr>
        <w:t>ả</w:t>
      </w:r>
      <w:r w:rsidRPr="00D4334B">
        <w:rPr>
          <w:sz w:val="28"/>
          <w:szCs w:val="28"/>
        </w:rPr>
        <w:t>n, 01 b</w:t>
      </w:r>
      <w:r w:rsidRPr="00D4334B">
        <w:rPr>
          <w:sz w:val="28"/>
          <w:szCs w:val="28"/>
        </w:rPr>
        <w:t>ả</w:t>
      </w:r>
      <w:r w:rsidRPr="00D4334B">
        <w:rPr>
          <w:sz w:val="28"/>
          <w:szCs w:val="28"/>
        </w:rPr>
        <w:t>n lưu t</w:t>
      </w:r>
      <w:r w:rsidRPr="00D4334B">
        <w:rPr>
          <w:sz w:val="28"/>
          <w:szCs w:val="28"/>
        </w:rPr>
        <w:t>ạ</w:t>
      </w:r>
      <w:r w:rsidRPr="00D4334B">
        <w:rPr>
          <w:sz w:val="28"/>
          <w:szCs w:val="28"/>
        </w:rPr>
        <w:t>i t</w:t>
      </w:r>
      <w:r w:rsidRPr="00D4334B">
        <w:rPr>
          <w:sz w:val="28"/>
          <w:szCs w:val="28"/>
        </w:rPr>
        <w:t>ổ</w:t>
      </w:r>
      <w:r w:rsidRPr="00D4334B">
        <w:rPr>
          <w:sz w:val="28"/>
          <w:szCs w:val="28"/>
        </w:rPr>
        <w:t xml:space="preserve"> ch</w:t>
      </w:r>
      <w:r w:rsidRPr="00D4334B">
        <w:rPr>
          <w:sz w:val="28"/>
          <w:szCs w:val="28"/>
        </w:rPr>
        <w:t>ứ</w:t>
      </w:r>
      <w:r w:rsidRPr="00D4334B">
        <w:rPr>
          <w:sz w:val="28"/>
          <w:szCs w:val="28"/>
        </w:rPr>
        <w:t>c công ch</w:t>
      </w:r>
      <w:r w:rsidRPr="00D4334B">
        <w:rPr>
          <w:sz w:val="28"/>
          <w:szCs w:val="28"/>
        </w:rPr>
        <w:t>ứ</w:t>
      </w:r>
      <w:r w:rsidRPr="00D4334B">
        <w:rPr>
          <w:sz w:val="28"/>
          <w:szCs w:val="28"/>
        </w:rPr>
        <w:t>ng.</w:t>
      </w:r>
      <w:r w:rsidRPr="00D4334B">
        <w:rPr>
          <w:sz w:val="28"/>
          <w:szCs w:val="28"/>
        </w:rPr>
        <w:br/>
      </w:r>
      <w:r w:rsidRPr="00D4334B">
        <w:rPr>
          <w:sz w:val="28"/>
          <w:szCs w:val="28"/>
        </w:rPr>
        <w:br/>
      </w:r>
      <w:r w:rsidRPr="00D4334B">
        <w:rPr>
          <w:b/>
          <w:sz w:val="28"/>
          <w:szCs w:val="28"/>
        </w:rPr>
        <w:t xml:space="preserve">                            BÊN A (T</w:t>
      </w:r>
      <w:r w:rsidRPr="00D4334B">
        <w:rPr>
          <w:b/>
          <w:sz w:val="28"/>
          <w:szCs w:val="28"/>
        </w:rPr>
        <w:t>ặ</w:t>
      </w:r>
      <w:r w:rsidRPr="00D4334B">
        <w:rPr>
          <w:b/>
          <w:sz w:val="28"/>
          <w:szCs w:val="28"/>
        </w:rPr>
        <w:t>ng cho)                  BÊN B (Đư</w:t>
      </w:r>
      <w:r w:rsidRPr="00D4334B">
        <w:rPr>
          <w:b/>
          <w:sz w:val="28"/>
          <w:szCs w:val="28"/>
        </w:rPr>
        <w:t>ợ</w:t>
      </w:r>
      <w:r w:rsidRPr="00D4334B">
        <w:rPr>
          <w:b/>
          <w:sz w:val="28"/>
          <w:szCs w:val="28"/>
        </w:rPr>
        <w:t>c t</w:t>
      </w:r>
      <w:r w:rsidRPr="00D4334B">
        <w:rPr>
          <w:b/>
          <w:sz w:val="28"/>
          <w:szCs w:val="28"/>
        </w:rPr>
        <w:t>ặ</w:t>
      </w:r>
      <w:r w:rsidRPr="00D4334B">
        <w:rPr>
          <w:b/>
          <w:sz w:val="28"/>
          <w:szCs w:val="28"/>
        </w:rPr>
        <w:t>ng cho)</w:t>
      </w:r>
      <w:r w:rsidRPr="00D4334B">
        <w:rPr>
          <w:b/>
          <w:sz w:val="28"/>
          <w:szCs w:val="28"/>
        </w:rPr>
        <w:br/>
        <w:t xml:space="preserve">                            (Ký, ghi r</w:t>
      </w:r>
      <w:bookmarkStart w:id="0" w:name="_GoBack"/>
      <w:bookmarkEnd w:id="0"/>
      <w:r w:rsidRPr="00D4334B">
        <w:rPr>
          <w:b/>
          <w:sz w:val="28"/>
          <w:szCs w:val="28"/>
        </w:rPr>
        <w:t>õ h</w:t>
      </w:r>
      <w:r w:rsidRPr="00D4334B">
        <w:rPr>
          <w:b/>
          <w:sz w:val="28"/>
          <w:szCs w:val="28"/>
        </w:rPr>
        <w:t>ọ</w:t>
      </w:r>
      <w:r w:rsidRPr="00D4334B">
        <w:rPr>
          <w:b/>
          <w:sz w:val="28"/>
          <w:szCs w:val="28"/>
        </w:rPr>
        <w:t xml:space="preserve"> tên)               (Ký, ghi rõ h</w:t>
      </w:r>
      <w:r w:rsidRPr="00D4334B">
        <w:rPr>
          <w:b/>
          <w:sz w:val="28"/>
          <w:szCs w:val="28"/>
        </w:rPr>
        <w:t>ọ</w:t>
      </w:r>
      <w:r w:rsidRPr="00D4334B">
        <w:rPr>
          <w:b/>
          <w:sz w:val="28"/>
          <w:szCs w:val="28"/>
        </w:rPr>
        <w:t xml:space="preserve"> tên</w:t>
      </w:r>
      <w:r w:rsidRPr="00D4334B">
        <w:rPr>
          <w:b/>
          <w:sz w:val="28"/>
          <w:szCs w:val="28"/>
        </w:rPr>
        <w:t>)</w:t>
      </w:r>
    </w:p>
    <w:sectPr w:rsidR="009F0D1A" w:rsidRPr="00D4334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F0D1A"/>
    <w:rsid w:val="00AA1D8D"/>
    <w:rsid w:val="00B47730"/>
    <w:rsid w:val="00CB0664"/>
    <w:rsid w:val="00D433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D3E06D48-9F6B-4088-B94F-F6EC55BD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B0469D-5861-456E-BD86-E9D8D13DF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2025-05-26T02:08:00Z</dcterms:created>
  <dcterms:modified xsi:type="dcterms:W3CDTF">2025-05-26T02:08:00Z</dcterms:modified>
  <cp:category/>
</cp:coreProperties>
</file>