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080" w:rsidRPr="00941080" w:rsidRDefault="00941080" w:rsidP="00941080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941080">
        <w:rPr>
          <w:rFonts w:ascii="Times New Roman" w:hAnsi="Times New Roman" w:cs="Times New Roman"/>
          <w:color w:val="auto"/>
        </w:rPr>
        <w:t>CỘNG HÒA XÃ HỘI CHỦ NGHĨA VIỆT NAM</w:t>
      </w:r>
    </w:p>
    <w:p w:rsidR="00941080" w:rsidRPr="00941080" w:rsidRDefault="00941080" w:rsidP="009410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080">
        <w:rPr>
          <w:rFonts w:ascii="Times New Roman" w:hAnsi="Times New Roman" w:cs="Times New Roman"/>
          <w:b/>
          <w:sz w:val="28"/>
          <w:szCs w:val="28"/>
        </w:rPr>
        <w:t>Độc lập-Tự do-Hạnh phúc</w:t>
      </w:r>
    </w:p>
    <w:p w:rsidR="00146B1A" w:rsidRPr="00941080" w:rsidRDefault="00941080" w:rsidP="00941080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941080">
        <w:rPr>
          <w:rFonts w:ascii="Times New Roman" w:hAnsi="Times New Roman" w:cs="Times New Roman"/>
          <w:color w:val="auto"/>
        </w:rPr>
        <w:t>PH</w:t>
      </w:r>
      <w:r w:rsidRPr="00941080">
        <w:rPr>
          <w:rFonts w:ascii="Times New Roman" w:hAnsi="Times New Roman" w:cs="Times New Roman"/>
          <w:color w:val="auto"/>
        </w:rPr>
        <w:t>Ụ</w:t>
      </w:r>
      <w:r w:rsidRPr="00941080">
        <w:rPr>
          <w:rFonts w:ascii="Times New Roman" w:hAnsi="Times New Roman" w:cs="Times New Roman"/>
          <w:color w:val="auto"/>
        </w:rPr>
        <w:t xml:space="preserve"> L</w:t>
      </w:r>
      <w:r w:rsidRPr="00941080">
        <w:rPr>
          <w:rFonts w:ascii="Times New Roman" w:hAnsi="Times New Roman" w:cs="Times New Roman"/>
          <w:color w:val="auto"/>
        </w:rPr>
        <w:t>Ụ</w:t>
      </w:r>
      <w:r w:rsidRPr="00941080">
        <w:rPr>
          <w:rFonts w:ascii="Times New Roman" w:hAnsi="Times New Roman" w:cs="Times New Roman"/>
          <w:color w:val="auto"/>
        </w:rPr>
        <w:t>C H</w:t>
      </w:r>
      <w:r w:rsidRPr="00941080">
        <w:rPr>
          <w:rFonts w:ascii="Times New Roman" w:hAnsi="Times New Roman" w:cs="Times New Roman"/>
          <w:color w:val="auto"/>
        </w:rPr>
        <w:t>Ợ</w:t>
      </w:r>
      <w:r w:rsidRPr="00941080">
        <w:rPr>
          <w:rFonts w:ascii="Times New Roman" w:hAnsi="Times New Roman" w:cs="Times New Roman"/>
          <w:color w:val="auto"/>
        </w:rPr>
        <w:t>P Đ</w:t>
      </w:r>
      <w:r w:rsidRPr="00941080">
        <w:rPr>
          <w:rFonts w:ascii="Times New Roman" w:hAnsi="Times New Roman" w:cs="Times New Roman"/>
          <w:color w:val="auto"/>
        </w:rPr>
        <w:t>Ồ</w:t>
      </w:r>
      <w:r w:rsidRPr="00941080">
        <w:rPr>
          <w:rFonts w:ascii="Times New Roman" w:hAnsi="Times New Roman" w:cs="Times New Roman"/>
          <w:color w:val="auto"/>
        </w:rPr>
        <w:t>NG MUA BÁN NHÀ Đ</w:t>
      </w:r>
      <w:r w:rsidRPr="00941080">
        <w:rPr>
          <w:rFonts w:ascii="Times New Roman" w:hAnsi="Times New Roman" w:cs="Times New Roman"/>
          <w:color w:val="auto"/>
        </w:rPr>
        <w:t>Ấ</w:t>
      </w:r>
      <w:r w:rsidRPr="00941080">
        <w:rPr>
          <w:rFonts w:ascii="Times New Roman" w:hAnsi="Times New Roman" w:cs="Times New Roman"/>
          <w:color w:val="auto"/>
        </w:rPr>
        <w:t>T</w:t>
      </w:r>
    </w:p>
    <w:p w:rsidR="00146B1A" w:rsidRDefault="00941080" w:rsidP="00941080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41080">
        <w:rPr>
          <w:rFonts w:ascii="Times New Roman" w:hAnsi="Times New Roman" w:cs="Times New Roman"/>
          <w:color w:val="auto"/>
          <w:sz w:val="28"/>
          <w:szCs w:val="28"/>
        </w:rPr>
        <w:t>(V/v: Đi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u ch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ỉ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nh th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i gian bàn giao nhà đ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ấ</w:t>
      </w:r>
      <w:r w:rsidRPr="00941080">
        <w:rPr>
          <w:rFonts w:ascii="Times New Roman" w:hAnsi="Times New Roman" w:cs="Times New Roman"/>
          <w:color w:val="auto"/>
          <w:sz w:val="28"/>
          <w:szCs w:val="28"/>
        </w:rPr>
        <w:t>t)</w:t>
      </w:r>
    </w:p>
    <w:p w:rsidR="00941080" w:rsidRPr="00941080" w:rsidRDefault="00941080" w:rsidP="00941080">
      <w:pPr>
        <w:spacing w:after="0" w:line="360" w:lineRule="auto"/>
      </w:pP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Căn c</w:t>
      </w:r>
      <w:r w:rsidRPr="00941080">
        <w:rPr>
          <w:rFonts w:ascii="Times New Roman" w:hAnsi="Times New Roman" w:cs="Times New Roman"/>
          <w:sz w:val="28"/>
          <w:szCs w:val="28"/>
        </w:rPr>
        <w:t>ứ</w:t>
      </w:r>
      <w:r w:rsidRPr="00941080">
        <w:rPr>
          <w:rFonts w:ascii="Times New Roman" w:hAnsi="Times New Roman" w:cs="Times New Roman"/>
          <w:sz w:val="28"/>
          <w:szCs w:val="28"/>
        </w:rPr>
        <w:t xml:space="preserve"> vào H</w:t>
      </w:r>
      <w:r w:rsidRPr="00941080">
        <w:rPr>
          <w:rFonts w:ascii="Times New Roman" w:hAnsi="Times New Roman" w:cs="Times New Roman"/>
          <w:sz w:val="28"/>
          <w:szCs w:val="28"/>
        </w:rPr>
        <w:t>ợ</w:t>
      </w:r>
      <w:r w:rsidRPr="00941080">
        <w:rPr>
          <w:rFonts w:ascii="Times New Roman" w:hAnsi="Times New Roman" w:cs="Times New Roman"/>
          <w:sz w:val="28"/>
          <w:szCs w:val="28"/>
        </w:rPr>
        <w:t>p đ</w:t>
      </w:r>
      <w:r w:rsidRPr="00941080">
        <w:rPr>
          <w:rFonts w:ascii="Times New Roman" w:hAnsi="Times New Roman" w:cs="Times New Roman"/>
          <w:sz w:val="28"/>
          <w:szCs w:val="28"/>
        </w:rPr>
        <w:t>ồ</w:t>
      </w:r>
      <w:r w:rsidRPr="00941080">
        <w:rPr>
          <w:rFonts w:ascii="Times New Roman" w:hAnsi="Times New Roman" w:cs="Times New Roman"/>
          <w:sz w:val="28"/>
          <w:szCs w:val="28"/>
        </w:rPr>
        <w:t>ng mua bán nhà đ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t 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>: [S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 xml:space="preserve"> HĐ] ký ngày [Ngày ký], gi</w:t>
      </w:r>
      <w:r w:rsidRPr="00941080">
        <w:rPr>
          <w:rFonts w:ascii="Times New Roman" w:hAnsi="Times New Roman" w:cs="Times New Roman"/>
          <w:sz w:val="28"/>
          <w:szCs w:val="28"/>
        </w:rPr>
        <w:t>ữ</w:t>
      </w:r>
      <w:r w:rsidRPr="00941080">
        <w:rPr>
          <w:rFonts w:ascii="Times New Roman" w:hAnsi="Times New Roman" w:cs="Times New Roman"/>
          <w:sz w:val="28"/>
          <w:szCs w:val="28"/>
        </w:rPr>
        <w:t>a các bên: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BÊN BÁN (Bên A):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H</w:t>
      </w:r>
      <w:r w:rsidRPr="00941080">
        <w:rPr>
          <w:rFonts w:ascii="Times New Roman" w:hAnsi="Times New Roman" w:cs="Times New Roman"/>
          <w:sz w:val="28"/>
          <w:szCs w:val="28"/>
        </w:rPr>
        <w:t>ọ</w:t>
      </w:r>
      <w:r w:rsidRPr="00941080">
        <w:rPr>
          <w:rFonts w:ascii="Times New Roman" w:hAnsi="Times New Roman" w:cs="Times New Roman"/>
          <w:sz w:val="28"/>
          <w:szCs w:val="28"/>
        </w:rPr>
        <w:t xml:space="preserve"> và tên: ...............................................................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CMND/CCCD 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>: .................... C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p ngày: .......... Nơi c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p: 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Đ</w:t>
      </w:r>
      <w:r w:rsidRPr="00941080">
        <w:rPr>
          <w:rFonts w:ascii="Times New Roman" w:hAnsi="Times New Roman" w:cs="Times New Roman"/>
          <w:sz w:val="28"/>
          <w:szCs w:val="28"/>
        </w:rPr>
        <w:t>ị</w:t>
      </w:r>
      <w:r w:rsidRPr="00941080">
        <w:rPr>
          <w:rFonts w:ascii="Times New Roman" w:hAnsi="Times New Roman" w:cs="Times New Roman"/>
          <w:sz w:val="28"/>
          <w:szCs w:val="28"/>
        </w:rPr>
        <w:t>a ch</w:t>
      </w:r>
      <w:r w:rsidRPr="00941080">
        <w:rPr>
          <w:rFonts w:ascii="Times New Roman" w:hAnsi="Times New Roman" w:cs="Times New Roman"/>
          <w:sz w:val="28"/>
          <w:szCs w:val="28"/>
        </w:rPr>
        <w:t>ỉ</w:t>
      </w:r>
      <w:r w:rsidRPr="00941080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 xml:space="preserve"> đi</w:t>
      </w:r>
      <w:r w:rsidRPr="00941080">
        <w:rPr>
          <w:rFonts w:ascii="Times New Roman" w:hAnsi="Times New Roman" w:cs="Times New Roman"/>
          <w:sz w:val="28"/>
          <w:szCs w:val="28"/>
        </w:rPr>
        <w:t>ệ</w:t>
      </w:r>
      <w:r w:rsidRPr="00941080">
        <w:rPr>
          <w:rFonts w:ascii="Times New Roman" w:hAnsi="Times New Roman" w:cs="Times New Roman"/>
          <w:sz w:val="28"/>
          <w:szCs w:val="28"/>
        </w:rPr>
        <w:t>n tho</w:t>
      </w:r>
      <w:r w:rsidRPr="00941080">
        <w:rPr>
          <w:rFonts w:ascii="Times New Roman" w:hAnsi="Times New Roman" w:cs="Times New Roman"/>
          <w:sz w:val="28"/>
          <w:szCs w:val="28"/>
        </w:rPr>
        <w:t>ạ</w:t>
      </w:r>
      <w:r w:rsidRPr="00941080">
        <w:rPr>
          <w:rFonts w:ascii="Times New Roman" w:hAnsi="Times New Roman" w:cs="Times New Roman"/>
          <w:sz w:val="28"/>
          <w:szCs w:val="28"/>
        </w:rPr>
        <w:t>i: 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41080">
        <w:rPr>
          <w:rFonts w:ascii="Times New Roman" w:hAnsi="Times New Roman" w:cs="Times New Roman"/>
          <w:sz w:val="28"/>
          <w:szCs w:val="28"/>
        </w:rPr>
        <w:t>BÊN MUA (Bên B):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H</w:t>
      </w:r>
      <w:r w:rsidRPr="00941080">
        <w:rPr>
          <w:rFonts w:ascii="Times New Roman" w:hAnsi="Times New Roman" w:cs="Times New Roman"/>
          <w:sz w:val="28"/>
          <w:szCs w:val="28"/>
        </w:rPr>
        <w:t>ọ</w:t>
      </w:r>
      <w:r w:rsidRPr="00941080">
        <w:rPr>
          <w:rFonts w:ascii="Times New Roman" w:hAnsi="Times New Roman" w:cs="Times New Roman"/>
          <w:sz w:val="28"/>
          <w:szCs w:val="28"/>
        </w:rPr>
        <w:t xml:space="preserve"> v</w:t>
      </w:r>
      <w:r w:rsidRPr="00941080">
        <w:rPr>
          <w:rFonts w:ascii="Times New Roman" w:hAnsi="Times New Roman" w:cs="Times New Roman"/>
          <w:sz w:val="28"/>
          <w:szCs w:val="28"/>
        </w:rPr>
        <w:t>à tên: ...............................................................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CMND/CCCD 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>: .................... C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p ngày: .......... Nơi c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p: 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Đ</w:t>
      </w:r>
      <w:r w:rsidRPr="00941080">
        <w:rPr>
          <w:rFonts w:ascii="Times New Roman" w:hAnsi="Times New Roman" w:cs="Times New Roman"/>
          <w:sz w:val="28"/>
          <w:szCs w:val="28"/>
        </w:rPr>
        <w:t>ị</w:t>
      </w:r>
      <w:r w:rsidRPr="00941080">
        <w:rPr>
          <w:rFonts w:ascii="Times New Roman" w:hAnsi="Times New Roman" w:cs="Times New Roman"/>
          <w:sz w:val="28"/>
          <w:szCs w:val="28"/>
        </w:rPr>
        <w:t>a ch</w:t>
      </w:r>
      <w:r w:rsidRPr="00941080">
        <w:rPr>
          <w:rFonts w:ascii="Times New Roman" w:hAnsi="Times New Roman" w:cs="Times New Roman"/>
          <w:sz w:val="28"/>
          <w:szCs w:val="28"/>
        </w:rPr>
        <w:t>ỉ</w:t>
      </w:r>
      <w:r w:rsidRPr="00941080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 xml:space="preserve"> đi</w:t>
      </w:r>
      <w:r w:rsidRPr="00941080">
        <w:rPr>
          <w:rFonts w:ascii="Times New Roman" w:hAnsi="Times New Roman" w:cs="Times New Roman"/>
          <w:sz w:val="28"/>
          <w:szCs w:val="28"/>
        </w:rPr>
        <w:t>ệ</w:t>
      </w:r>
      <w:r w:rsidRPr="00941080">
        <w:rPr>
          <w:rFonts w:ascii="Times New Roman" w:hAnsi="Times New Roman" w:cs="Times New Roman"/>
          <w:sz w:val="28"/>
          <w:szCs w:val="28"/>
        </w:rPr>
        <w:t>n tho</w:t>
      </w:r>
      <w:r w:rsidRPr="00941080">
        <w:rPr>
          <w:rFonts w:ascii="Times New Roman" w:hAnsi="Times New Roman" w:cs="Times New Roman"/>
          <w:sz w:val="28"/>
          <w:szCs w:val="28"/>
        </w:rPr>
        <w:t>ạ</w:t>
      </w:r>
      <w:r w:rsidRPr="00941080">
        <w:rPr>
          <w:rFonts w:ascii="Times New Roman" w:hAnsi="Times New Roman" w:cs="Times New Roman"/>
          <w:sz w:val="28"/>
          <w:szCs w:val="28"/>
        </w:rPr>
        <w:t>i: .............................................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Hai bên th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>ng nh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t đi</w:t>
      </w:r>
      <w:r w:rsidRPr="00941080">
        <w:rPr>
          <w:rFonts w:ascii="Times New Roman" w:hAnsi="Times New Roman" w:cs="Times New Roman"/>
          <w:sz w:val="28"/>
          <w:szCs w:val="28"/>
        </w:rPr>
        <w:t>ề</w:t>
      </w:r>
      <w:r w:rsidRPr="00941080">
        <w:rPr>
          <w:rFonts w:ascii="Times New Roman" w:hAnsi="Times New Roman" w:cs="Times New Roman"/>
          <w:sz w:val="28"/>
          <w:szCs w:val="28"/>
        </w:rPr>
        <w:t>u ch</w:t>
      </w:r>
      <w:r w:rsidRPr="00941080">
        <w:rPr>
          <w:rFonts w:ascii="Times New Roman" w:hAnsi="Times New Roman" w:cs="Times New Roman"/>
          <w:sz w:val="28"/>
          <w:szCs w:val="28"/>
        </w:rPr>
        <w:t>ỉ</w:t>
      </w:r>
      <w:r w:rsidRPr="00941080">
        <w:rPr>
          <w:rFonts w:ascii="Times New Roman" w:hAnsi="Times New Roman" w:cs="Times New Roman"/>
          <w:sz w:val="28"/>
          <w:szCs w:val="28"/>
        </w:rPr>
        <w:t>nh th</w:t>
      </w:r>
      <w:r w:rsidRPr="00941080">
        <w:rPr>
          <w:rFonts w:ascii="Times New Roman" w:hAnsi="Times New Roman" w:cs="Times New Roman"/>
          <w:sz w:val="28"/>
          <w:szCs w:val="28"/>
        </w:rPr>
        <w:t>ờ</w:t>
      </w:r>
      <w:r w:rsidRPr="00941080">
        <w:rPr>
          <w:rFonts w:ascii="Times New Roman" w:hAnsi="Times New Roman" w:cs="Times New Roman"/>
          <w:sz w:val="28"/>
          <w:szCs w:val="28"/>
        </w:rPr>
        <w:t>i gian bàn giao nhà đ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t như sau: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- Th</w:t>
      </w:r>
      <w:r w:rsidRPr="00941080">
        <w:rPr>
          <w:rFonts w:ascii="Times New Roman" w:hAnsi="Times New Roman" w:cs="Times New Roman"/>
          <w:sz w:val="28"/>
          <w:szCs w:val="28"/>
        </w:rPr>
        <w:t>ờ</w:t>
      </w:r>
      <w:r w:rsidRPr="00941080">
        <w:rPr>
          <w:rFonts w:ascii="Times New Roman" w:hAnsi="Times New Roman" w:cs="Times New Roman"/>
          <w:sz w:val="28"/>
          <w:szCs w:val="28"/>
        </w:rPr>
        <w:t>i gian bàn giao theo H</w:t>
      </w:r>
      <w:r w:rsidRPr="00941080">
        <w:rPr>
          <w:rFonts w:ascii="Times New Roman" w:hAnsi="Times New Roman" w:cs="Times New Roman"/>
          <w:sz w:val="28"/>
          <w:szCs w:val="28"/>
        </w:rPr>
        <w:t>ợ</w:t>
      </w:r>
      <w:r w:rsidRPr="00941080">
        <w:rPr>
          <w:rFonts w:ascii="Times New Roman" w:hAnsi="Times New Roman" w:cs="Times New Roman"/>
          <w:sz w:val="28"/>
          <w:szCs w:val="28"/>
        </w:rPr>
        <w:t>p đ</w:t>
      </w:r>
      <w:r w:rsidRPr="00941080">
        <w:rPr>
          <w:rFonts w:ascii="Times New Roman" w:hAnsi="Times New Roman" w:cs="Times New Roman"/>
          <w:sz w:val="28"/>
          <w:szCs w:val="28"/>
        </w:rPr>
        <w:t>ồ</w:t>
      </w:r>
      <w:r w:rsidRPr="00941080">
        <w:rPr>
          <w:rFonts w:ascii="Times New Roman" w:hAnsi="Times New Roman" w:cs="Times New Roman"/>
          <w:sz w:val="28"/>
          <w:szCs w:val="28"/>
        </w:rPr>
        <w:t>ng đã ký: [Th</w:t>
      </w:r>
      <w:r w:rsidRPr="00941080">
        <w:rPr>
          <w:rFonts w:ascii="Times New Roman" w:hAnsi="Times New Roman" w:cs="Times New Roman"/>
          <w:sz w:val="28"/>
          <w:szCs w:val="28"/>
        </w:rPr>
        <w:t>ờ</w:t>
      </w:r>
      <w:r w:rsidRPr="00941080">
        <w:rPr>
          <w:rFonts w:ascii="Times New Roman" w:hAnsi="Times New Roman" w:cs="Times New Roman"/>
          <w:sz w:val="28"/>
          <w:szCs w:val="28"/>
        </w:rPr>
        <w:t>i gian cũ]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- Th</w:t>
      </w:r>
      <w:r w:rsidRPr="00941080">
        <w:rPr>
          <w:rFonts w:ascii="Times New Roman" w:hAnsi="Times New Roman" w:cs="Times New Roman"/>
          <w:sz w:val="28"/>
          <w:szCs w:val="28"/>
        </w:rPr>
        <w:t>ờ</w:t>
      </w:r>
      <w:r w:rsidRPr="00941080">
        <w:rPr>
          <w:rFonts w:ascii="Times New Roman" w:hAnsi="Times New Roman" w:cs="Times New Roman"/>
          <w:sz w:val="28"/>
          <w:szCs w:val="28"/>
        </w:rPr>
        <w:t>i gian bàn giao m</w:t>
      </w:r>
      <w:r w:rsidRPr="00941080">
        <w:rPr>
          <w:rFonts w:ascii="Times New Roman" w:hAnsi="Times New Roman" w:cs="Times New Roman"/>
          <w:sz w:val="28"/>
          <w:szCs w:val="28"/>
        </w:rPr>
        <w:t>ớ</w:t>
      </w:r>
      <w:r w:rsidRPr="00941080">
        <w:rPr>
          <w:rFonts w:ascii="Times New Roman" w:hAnsi="Times New Roman" w:cs="Times New Roman"/>
          <w:sz w:val="28"/>
          <w:szCs w:val="28"/>
        </w:rPr>
        <w:t>i: [Th</w:t>
      </w:r>
      <w:r w:rsidRPr="00941080">
        <w:rPr>
          <w:rFonts w:ascii="Times New Roman" w:hAnsi="Times New Roman" w:cs="Times New Roman"/>
          <w:sz w:val="28"/>
          <w:szCs w:val="28"/>
        </w:rPr>
        <w:t>ờ</w:t>
      </w:r>
      <w:r w:rsidRPr="00941080">
        <w:rPr>
          <w:rFonts w:ascii="Times New Roman" w:hAnsi="Times New Roman" w:cs="Times New Roman"/>
          <w:sz w:val="28"/>
          <w:szCs w:val="28"/>
        </w:rPr>
        <w:t>i gian m</w:t>
      </w:r>
      <w:r w:rsidRPr="00941080">
        <w:rPr>
          <w:rFonts w:ascii="Times New Roman" w:hAnsi="Times New Roman" w:cs="Times New Roman"/>
          <w:sz w:val="28"/>
          <w:szCs w:val="28"/>
        </w:rPr>
        <w:t>ớ</w:t>
      </w:r>
      <w:r w:rsidRPr="00941080">
        <w:rPr>
          <w:rFonts w:ascii="Times New Roman" w:hAnsi="Times New Roman" w:cs="Times New Roman"/>
          <w:sz w:val="28"/>
          <w:szCs w:val="28"/>
        </w:rPr>
        <w:t>i]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Các n</w:t>
      </w:r>
      <w:r w:rsidRPr="00941080">
        <w:rPr>
          <w:rFonts w:ascii="Times New Roman" w:hAnsi="Times New Roman" w:cs="Times New Roman"/>
          <w:sz w:val="28"/>
          <w:szCs w:val="28"/>
        </w:rPr>
        <w:t>ộ</w:t>
      </w:r>
      <w:r w:rsidRPr="00941080">
        <w:rPr>
          <w:rFonts w:ascii="Times New Roman" w:hAnsi="Times New Roman" w:cs="Times New Roman"/>
          <w:sz w:val="28"/>
          <w:szCs w:val="28"/>
        </w:rPr>
        <w:t>i dung khác c</w:t>
      </w:r>
      <w:r w:rsidRPr="00941080">
        <w:rPr>
          <w:rFonts w:ascii="Times New Roman" w:hAnsi="Times New Roman" w:cs="Times New Roman"/>
          <w:sz w:val="28"/>
          <w:szCs w:val="28"/>
        </w:rPr>
        <w:t>ủ</w:t>
      </w:r>
      <w:r w:rsidRPr="00941080">
        <w:rPr>
          <w:rFonts w:ascii="Times New Roman" w:hAnsi="Times New Roman" w:cs="Times New Roman"/>
          <w:sz w:val="28"/>
          <w:szCs w:val="28"/>
        </w:rPr>
        <w:t>a H</w:t>
      </w:r>
      <w:r w:rsidRPr="00941080">
        <w:rPr>
          <w:rFonts w:ascii="Times New Roman" w:hAnsi="Times New Roman" w:cs="Times New Roman"/>
          <w:sz w:val="28"/>
          <w:szCs w:val="28"/>
        </w:rPr>
        <w:t>ợ</w:t>
      </w:r>
      <w:r w:rsidRPr="00941080">
        <w:rPr>
          <w:rFonts w:ascii="Times New Roman" w:hAnsi="Times New Roman" w:cs="Times New Roman"/>
          <w:sz w:val="28"/>
          <w:szCs w:val="28"/>
        </w:rPr>
        <w:t>p đ</w:t>
      </w:r>
      <w:r w:rsidRPr="00941080">
        <w:rPr>
          <w:rFonts w:ascii="Times New Roman" w:hAnsi="Times New Roman" w:cs="Times New Roman"/>
          <w:sz w:val="28"/>
          <w:szCs w:val="28"/>
        </w:rPr>
        <w:t>ồ</w:t>
      </w:r>
      <w:r w:rsidRPr="00941080">
        <w:rPr>
          <w:rFonts w:ascii="Times New Roman" w:hAnsi="Times New Roman" w:cs="Times New Roman"/>
          <w:sz w:val="28"/>
          <w:szCs w:val="28"/>
        </w:rPr>
        <w:t>ng mua bán n</w:t>
      </w:r>
      <w:r w:rsidRPr="00941080">
        <w:rPr>
          <w:rFonts w:ascii="Times New Roman" w:hAnsi="Times New Roman" w:cs="Times New Roman"/>
          <w:sz w:val="28"/>
          <w:szCs w:val="28"/>
        </w:rPr>
        <w:t>hà đ</w:t>
      </w:r>
      <w:r w:rsidRPr="00941080">
        <w:rPr>
          <w:rFonts w:ascii="Times New Roman" w:hAnsi="Times New Roman" w:cs="Times New Roman"/>
          <w:sz w:val="28"/>
          <w:szCs w:val="28"/>
        </w:rPr>
        <w:t>ấ</w:t>
      </w:r>
      <w:r w:rsidRPr="00941080">
        <w:rPr>
          <w:rFonts w:ascii="Times New Roman" w:hAnsi="Times New Roman" w:cs="Times New Roman"/>
          <w:sz w:val="28"/>
          <w:szCs w:val="28"/>
        </w:rPr>
        <w:t>t 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 xml:space="preserve"> [S</w:t>
      </w:r>
      <w:r w:rsidRPr="00941080">
        <w:rPr>
          <w:rFonts w:ascii="Times New Roman" w:hAnsi="Times New Roman" w:cs="Times New Roman"/>
          <w:sz w:val="28"/>
          <w:szCs w:val="28"/>
        </w:rPr>
        <w:t>ố</w:t>
      </w:r>
      <w:r w:rsidRPr="00941080">
        <w:rPr>
          <w:rFonts w:ascii="Times New Roman" w:hAnsi="Times New Roman" w:cs="Times New Roman"/>
          <w:sz w:val="28"/>
          <w:szCs w:val="28"/>
        </w:rPr>
        <w:t xml:space="preserve"> HĐ] không thay đ</w:t>
      </w:r>
      <w:r w:rsidRPr="00941080">
        <w:rPr>
          <w:rFonts w:ascii="Times New Roman" w:hAnsi="Times New Roman" w:cs="Times New Roman"/>
          <w:sz w:val="28"/>
          <w:szCs w:val="28"/>
        </w:rPr>
        <w:t>ổ</w:t>
      </w:r>
      <w:r w:rsidRPr="00941080">
        <w:rPr>
          <w:rFonts w:ascii="Times New Roman" w:hAnsi="Times New Roman" w:cs="Times New Roman"/>
          <w:sz w:val="28"/>
          <w:szCs w:val="28"/>
        </w:rPr>
        <w:t>i và v</w:t>
      </w:r>
      <w:r w:rsidRPr="00941080">
        <w:rPr>
          <w:rFonts w:ascii="Times New Roman" w:hAnsi="Times New Roman" w:cs="Times New Roman"/>
          <w:sz w:val="28"/>
          <w:szCs w:val="28"/>
        </w:rPr>
        <w:t>ẫ</w:t>
      </w:r>
      <w:r w:rsidRPr="00941080">
        <w:rPr>
          <w:rFonts w:ascii="Times New Roman" w:hAnsi="Times New Roman" w:cs="Times New Roman"/>
          <w:sz w:val="28"/>
          <w:szCs w:val="28"/>
        </w:rPr>
        <w:t>n gi</w:t>
      </w:r>
      <w:r w:rsidRPr="00941080">
        <w:rPr>
          <w:rFonts w:ascii="Times New Roman" w:hAnsi="Times New Roman" w:cs="Times New Roman"/>
          <w:sz w:val="28"/>
          <w:szCs w:val="28"/>
        </w:rPr>
        <w:t>ữ</w:t>
      </w:r>
      <w:r w:rsidRPr="00941080">
        <w:rPr>
          <w:rFonts w:ascii="Times New Roman" w:hAnsi="Times New Roman" w:cs="Times New Roman"/>
          <w:sz w:val="28"/>
          <w:szCs w:val="28"/>
        </w:rPr>
        <w:t xml:space="preserve"> nguyên hi</w:t>
      </w:r>
      <w:r w:rsidRPr="00941080">
        <w:rPr>
          <w:rFonts w:ascii="Times New Roman" w:hAnsi="Times New Roman" w:cs="Times New Roman"/>
          <w:sz w:val="28"/>
          <w:szCs w:val="28"/>
        </w:rPr>
        <w:t>ệ</w:t>
      </w:r>
      <w:r w:rsidRPr="00941080">
        <w:rPr>
          <w:rFonts w:ascii="Times New Roman" w:hAnsi="Times New Roman" w:cs="Times New Roman"/>
          <w:sz w:val="28"/>
          <w:szCs w:val="28"/>
        </w:rPr>
        <w:t>u l</w:t>
      </w:r>
      <w:r w:rsidRPr="00941080">
        <w:rPr>
          <w:rFonts w:ascii="Times New Roman" w:hAnsi="Times New Roman" w:cs="Times New Roman"/>
          <w:sz w:val="28"/>
          <w:szCs w:val="28"/>
        </w:rPr>
        <w:t>ự</w:t>
      </w:r>
      <w:r w:rsidRPr="00941080">
        <w:rPr>
          <w:rFonts w:ascii="Times New Roman" w:hAnsi="Times New Roman" w:cs="Times New Roman"/>
          <w:sz w:val="28"/>
          <w:szCs w:val="28"/>
        </w:rPr>
        <w:t>c.</w:t>
      </w:r>
    </w:p>
    <w:p w:rsidR="00146B1A" w:rsidRPr="00941080" w:rsidRDefault="00941080" w:rsidP="009410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t>Ph</w:t>
      </w:r>
      <w:r w:rsidRPr="00941080">
        <w:rPr>
          <w:rFonts w:ascii="Times New Roman" w:hAnsi="Times New Roman" w:cs="Times New Roman"/>
          <w:sz w:val="28"/>
          <w:szCs w:val="28"/>
        </w:rPr>
        <w:t>ụ</w:t>
      </w:r>
      <w:r w:rsidRPr="00941080">
        <w:rPr>
          <w:rFonts w:ascii="Times New Roman" w:hAnsi="Times New Roman" w:cs="Times New Roman"/>
          <w:sz w:val="28"/>
          <w:szCs w:val="28"/>
        </w:rPr>
        <w:t xml:space="preserve"> l</w:t>
      </w:r>
      <w:r w:rsidRPr="00941080">
        <w:rPr>
          <w:rFonts w:ascii="Times New Roman" w:hAnsi="Times New Roman" w:cs="Times New Roman"/>
          <w:sz w:val="28"/>
          <w:szCs w:val="28"/>
        </w:rPr>
        <w:t>ụ</w:t>
      </w:r>
      <w:r w:rsidRPr="00941080">
        <w:rPr>
          <w:rFonts w:ascii="Times New Roman" w:hAnsi="Times New Roman" w:cs="Times New Roman"/>
          <w:sz w:val="28"/>
          <w:szCs w:val="28"/>
        </w:rPr>
        <w:t>c này đư</w:t>
      </w:r>
      <w:r w:rsidRPr="00941080">
        <w:rPr>
          <w:rFonts w:ascii="Times New Roman" w:hAnsi="Times New Roman" w:cs="Times New Roman"/>
          <w:sz w:val="28"/>
          <w:szCs w:val="28"/>
        </w:rPr>
        <w:t>ợ</w:t>
      </w:r>
      <w:r w:rsidRPr="00941080">
        <w:rPr>
          <w:rFonts w:ascii="Times New Roman" w:hAnsi="Times New Roman" w:cs="Times New Roman"/>
          <w:sz w:val="28"/>
          <w:szCs w:val="28"/>
        </w:rPr>
        <w:t>c l</w:t>
      </w:r>
      <w:r w:rsidRPr="00941080">
        <w:rPr>
          <w:rFonts w:ascii="Times New Roman" w:hAnsi="Times New Roman" w:cs="Times New Roman"/>
          <w:sz w:val="28"/>
          <w:szCs w:val="28"/>
        </w:rPr>
        <w:t>ậ</w:t>
      </w:r>
      <w:r w:rsidRPr="00941080">
        <w:rPr>
          <w:rFonts w:ascii="Times New Roman" w:hAnsi="Times New Roman" w:cs="Times New Roman"/>
          <w:sz w:val="28"/>
          <w:szCs w:val="28"/>
        </w:rPr>
        <w:t>p thành 02 b</w:t>
      </w:r>
      <w:r w:rsidRPr="00941080">
        <w:rPr>
          <w:rFonts w:ascii="Times New Roman" w:hAnsi="Times New Roman" w:cs="Times New Roman"/>
          <w:sz w:val="28"/>
          <w:szCs w:val="28"/>
        </w:rPr>
        <w:t>ả</w:t>
      </w:r>
      <w:r w:rsidRPr="00941080">
        <w:rPr>
          <w:rFonts w:ascii="Times New Roman" w:hAnsi="Times New Roman" w:cs="Times New Roman"/>
          <w:sz w:val="28"/>
          <w:szCs w:val="28"/>
        </w:rPr>
        <w:t>n, m</w:t>
      </w:r>
      <w:r w:rsidRPr="00941080">
        <w:rPr>
          <w:rFonts w:ascii="Times New Roman" w:hAnsi="Times New Roman" w:cs="Times New Roman"/>
          <w:sz w:val="28"/>
          <w:szCs w:val="28"/>
        </w:rPr>
        <w:t>ỗ</w:t>
      </w:r>
      <w:r w:rsidRPr="00941080">
        <w:rPr>
          <w:rFonts w:ascii="Times New Roman" w:hAnsi="Times New Roman" w:cs="Times New Roman"/>
          <w:sz w:val="28"/>
          <w:szCs w:val="28"/>
        </w:rPr>
        <w:t>i bên gi</w:t>
      </w:r>
      <w:r w:rsidRPr="00941080">
        <w:rPr>
          <w:rFonts w:ascii="Times New Roman" w:hAnsi="Times New Roman" w:cs="Times New Roman"/>
          <w:sz w:val="28"/>
          <w:szCs w:val="28"/>
        </w:rPr>
        <w:t>ữ</w:t>
      </w:r>
      <w:r w:rsidRPr="00941080">
        <w:rPr>
          <w:rFonts w:ascii="Times New Roman" w:hAnsi="Times New Roman" w:cs="Times New Roman"/>
          <w:sz w:val="28"/>
          <w:szCs w:val="28"/>
        </w:rPr>
        <w:t xml:space="preserve"> 01 b</w:t>
      </w:r>
      <w:r w:rsidRPr="00941080">
        <w:rPr>
          <w:rFonts w:ascii="Times New Roman" w:hAnsi="Times New Roman" w:cs="Times New Roman"/>
          <w:sz w:val="28"/>
          <w:szCs w:val="28"/>
        </w:rPr>
        <w:t>ả</w:t>
      </w:r>
      <w:r w:rsidRPr="00941080">
        <w:rPr>
          <w:rFonts w:ascii="Times New Roman" w:hAnsi="Times New Roman" w:cs="Times New Roman"/>
          <w:sz w:val="28"/>
          <w:szCs w:val="28"/>
        </w:rPr>
        <w:t>n và có giá tr</w:t>
      </w:r>
      <w:r w:rsidRPr="00941080">
        <w:rPr>
          <w:rFonts w:ascii="Times New Roman" w:hAnsi="Times New Roman" w:cs="Times New Roman"/>
          <w:sz w:val="28"/>
          <w:szCs w:val="28"/>
        </w:rPr>
        <w:t>ị</w:t>
      </w:r>
      <w:r w:rsidRPr="00941080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146B1A" w:rsidRPr="00941080" w:rsidRDefault="00941080" w:rsidP="00941080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br/>
      </w:r>
      <w:r w:rsidRPr="00941080">
        <w:rPr>
          <w:rFonts w:ascii="Times New Roman" w:hAnsi="Times New Roman" w:cs="Times New Roman"/>
          <w:i/>
          <w:sz w:val="28"/>
          <w:szCs w:val="28"/>
        </w:rPr>
        <w:t>….,</w:t>
      </w:r>
      <w:r w:rsidRPr="00941080">
        <w:rPr>
          <w:rFonts w:ascii="Times New Roman" w:hAnsi="Times New Roman" w:cs="Times New Roman"/>
          <w:i/>
          <w:sz w:val="28"/>
          <w:szCs w:val="28"/>
        </w:rPr>
        <w:t>ngày ...... tháng ...... năm 20......</w:t>
      </w:r>
    </w:p>
    <w:p w:rsidR="00146B1A" w:rsidRPr="00941080" w:rsidRDefault="00941080">
      <w:pPr>
        <w:rPr>
          <w:rFonts w:ascii="Times New Roman" w:hAnsi="Times New Roman" w:cs="Times New Roman"/>
          <w:b/>
          <w:sz w:val="28"/>
          <w:szCs w:val="28"/>
        </w:rPr>
      </w:pPr>
      <w:r w:rsidRPr="00941080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941080">
        <w:rPr>
          <w:rFonts w:ascii="Times New Roman" w:hAnsi="Times New Roman" w:cs="Times New Roman"/>
          <w:b/>
          <w:sz w:val="28"/>
          <w:szCs w:val="28"/>
        </w:rPr>
        <w:t>Đ</w:t>
      </w:r>
      <w:r w:rsidRPr="00941080">
        <w:rPr>
          <w:rFonts w:ascii="Times New Roman" w:hAnsi="Times New Roman" w:cs="Times New Roman"/>
          <w:b/>
          <w:sz w:val="28"/>
          <w:szCs w:val="28"/>
        </w:rPr>
        <w:t>Ạ</w:t>
      </w:r>
      <w:r w:rsidRPr="00941080">
        <w:rPr>
          <w:rFonts w:ascii="Times New Roman" w:hAnsi="Times New Roman" w:cs="Times New Roman"/>
          <w:b/>
          <w:sz w:val="28"/>
          <w:szCs w:val="28"/>
        </w:rPr>
        <w:t>I DI</w:t>
      </w:r>
      <w:r w:rsidRPr="00941080">
        <w:rPr>
          <w:rFonts w:ascii="Times New Roman" w:hAnsi="Times New Roman" w:cs="Times New Roman"/>
          <w:b/>
          <w:sz w:val="28"/>
          <w:szCs w:val="28"/>
        </w:rPr>
        <w:t>Ệ</w:t>
      </w:r>
      <w:r w:rsidRPr="00941080">
        <w:rPr>
          <w:rFonts w:ascii="Times New Roman" w:hAnsi="Times New Roman" w:cs="Times New Roman"/>
          <w:b/>
          <w:sz w:val="28"/>
          <w:szCs w:val="28"/>
        </w:rPr>
        <w:t>N BÊN BÁN</w:t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  <w:t>Đ</w:t>
      </w:r>
      <w:r w:rsidRPr="00941080">
        <w:rPr>
          <w:rFonts w:ascii="Times New Roman" w:hAnsi="Times New Roman" w:cs="Times New Roman"/>
          <w:b/>
          <w:sz w:val="28"/>
          <w:szCs w:val="28"/>
        </w:rPr>
        <w:t>Ạ</w:t>
      </w:r>
      <w:r w:rsidRPr="00941080">
        <w:rPr>
          <w:rFonts w:ascii="Times New Roman" w:hAnsi="Times New Roman" w:cs="Times New Roman"/>
          <w:b/>
          <w:sz w:val="28"/>
          <w:szCs w:val="28"/>
        </w:rPr>
        <w:t>I DI</w:t>
      </w:r>
      <w:r w:rsidRPr="00941080">
        <w:rPr>
          <w:rFonts w:ascii="Times New Roman" w:hAnsi="Times New Roman" w:cs="Times New Roman"/>
          <w:b/>
          <w:sz w:val="28"/>
          <w:szCs w:val="28"/>
        </w:rPr>
        <w:t>Ệ</w:t>
      </w:r>
      <w:r w:rsidRPr="00941080">
        <w:rPr>
          <w:rFonts w:ascii="Times New Roman" w:hAnsi="Times New Roman" w:cs="Times New Roman"/>
          <w:b/>
          <w:sz w:val="28"/>
          <w:szCs w:val="28"/>
        </w:rPr>
        <w:t>N BÊN MUA</w:t>
      </w:r>
    </w:p>
    <w:p w:rsidR="00146B1A" w:rsidRPr="00941080" w:rsidRDefault="00941080">
      <w:pPr>
        <w:rPr>
          <w:rFonts w:ascii="Times New Roman" w:hAnsi="Times New Roman" w:cs="Times New Roman"/>
          <w:b/>
          <w:sz w:val="28"/>
          <w:szCs w:val="28"/>
        </w:rPr>
      </w:pPr>
      <w:r w:rsidRPr="00941080">
        <w:rPr>
          <w:rFonts w:ascii="Times New Roman" w:hAnsi="Times New Roman" w:cs="Times New Roman"/>
          <w:b/>
          <w:sz w:val="28"/>
          <w:szCs w:val="28"/>
        </w:rPr>
        <w:t>(</w:t>
      </w:r>
      <w:r w:rsidRPr="00941080">
        <w:rPr>
          <w:rFonts w:ascii="Times New Roman" w:hAnsi="Times New Roman" w:cs="Times New Roman"/>
          <w:b/>
          <w:sz w:val="28"/>
          <w:szCs w:val="28"/>
        </w:rPr>
        <w:t>Ký, ghi rõ h</w:t>
      </w:r>
      <w:r w:rsidRPr="00941080">
        <w:rPr>
          <w:rFonts w:ascii="Times New Roman" w:hAnsi="Times New Roman" w:cs="Times New Roman"/>
          <w:b/>
          <w:sz w:val="28"/>
          <w:szCs w:val="28"/>
        </w:rPr>
        <w:t>ọ</w:t>
      </w:r>
      <w:r w:rsidRPr="00941080">
        <w:rPr>
          <w:rFonts w:ascii="Times New Roman" w:hAnsi="Times New Roman" w:cs="Times New Roman"/>
          <w:b/>
          <w:sz w:val="28"/>
          <w:szCs w:val="28"/>
        </w:rPr>
        <w:t xml:space="preserve"> tên)</w:t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</w:r>
      <w:r w:rsidRPr="00941080">
        <w:rPr>
          <w:rFonts w:ascii="Times New Roman" w:hAnsi="Times New Roman" w:cs="Times New Roman"/>
          <w:b/>
          <w:sz w:val="28"/>
          <w:szCs w:val="28"/>
        </w:rPr>
        <w:tab/>
        <w:t>(Ký, ghi rõ h</w:t>
      </w:r>
      <w:r w:rsidRPr="00941080">
        <w:rPr>
          <w:rFonts w:ascii="Times New Roman" w:hAnsi="Times New Roman" w:cs="Times New Roman"/>
          <w:b/>
          <w:sz w:val="28"/>
          <w:szCs w:val="28"/>
        </w:rPr>
        <w:t>ọ</w:t>
      </w:r>
      <w:r w:rsidRPr="00941080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146B1A" w:rsidRPr="009410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6B1A"/>
    <w:rsid w:val="0015074B"/>
    <w:rsid w:val="0029639D"/>
    <w:rsid w:val="00326F90"/>
    <w:rsid w:val="009410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94840322-4369-4E95-AD70-92A5DF80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C88F36-3B27-4950-80FA-386C6685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CỘNG HÒA XÃ HỘI CHỦ NGHĨA VIỆT NAM</vt:lpstr>
      <vt:lpstr>PHỤ LỤC HỢP ĐỒNG MUA BÁN NHÀ ĐẤT</vt:lpstr>
      <vt:lpstr>    (V/v: Điều chỉnh thời gian bàn giao nhà đất)</vt:lpstr>
    </vt:vector>
  </TitlesOfParts>
  <Manager/>
  <Company/>
  <LinksUpToDate>false</LinksUpToDate>
  <CharactersWithSpaces>1346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2025-05-27T03:23:00Z</dcterms:created>
  <dcterms:modified xsi:type="dcterms:W3CDTF">2025-05-27T03:23:00Z</dcterms:modified>
  <cp:category/>
</cp:coreProperties>
</file>