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209" w:rsidRPr="00DC4980" w:rsidRDefault="00DC4980">
      <w:pPr>
        <w:jc w:val="center"/>
        <w:rPr>
          <w:b/>
          <w:sz w:val="28"/>
          <w:szCs w:val="28"/>
        </w:rPr>
      </w:pPr>
      <w:r w:rsidRPr="00DC4980">
        <w:rPr>
          <w:b/>
          <w:sz w:val="28"/>
          <w:szCs w:val="28"/>
        </w:rPr>
        <w:t>C</w:t>
      </w:r>
      <w:r w:rsidRPr="00DC4980">
        <w:rPr>
          <w:b/>
          <w:sz w:val="28"/>
          <w:szCs w:val="28"/>
        </w:rPr>
        <w:t>Ộ</w:t>
      </w:r>
      <w:r w:rsidRPr="00DC4980">
        <w:rPr>
          <w:b/>
          <w:sz w:val="28"/>
          <w:szCs w:val="28"/>
        </w:rPr>
        <w:t>NG HÒA XÃ H</w:t>
      </w:r>
      <w:r w:rsidRPr="00DC4980">
        <w:rPr>
          <w:b/>
          <w:sz w:val="28"/>
          <w:szCs w:val="28"/>
        </w:rPr>
        <w:t>Ộ</w:t>
      </w:r>
      <w:r w:rsidRPr="00DC4980">
        <w:rPr>
          <w:b/>
          <w:sz w:val="28"/>
          <w:szCs w:val="28"/>
        </w:rPr>
        <w:t>I CH</w:t>
      </w:r>
      <w:r w:rsidRPr="00DC4980">
        <w:rPr>
          <w:b/>
          <w:sz w:val="28"/>
          <w:szCs w:val="28"/>
        </w:rPr>
        <w:t>Ủ</w:t>
      </w:r>
      <w:r w:rsidRPr="00DC4980">
        <w:rPr>
          <w:b/>
          <w:sz w:val="28"/>
          <w:szCs w:val="28"/>
        </w:rPr>
        <w:t xml:space="preserve"> NGHĨA VI</w:t>
      </w:r>
      <w:r w:rsidRPr="00DC4980">
        <w:rPr>
          <w:b/>
          <w:sz w:val="28"/>
          <w:szCs w:val="28"/>
        </w:rPr>
        <w:t>Ệ</w:t>
      </w:r>
      <w:r w:rsidRPr="00DC4980">
        <w:rPr>
          <w:b/>
          <w:sz w:val="28"/>
          <w:szCs w:val="28"/>
        </w:rPr>
        <w:t>T NAM</w:t>
      </w:r>
      <w:r w:rsidRPr="00DC4980">
        <w:rPr>
          <w:b/>
          <w:sz w:val="28"/>
          <w:szCs w:val="28"/>
        </w:rPr>
        <w:br/>
        <w:t>Đ</w:t>
      </w:r>
      <w:r w:rsidRPr="00DC4980">
        <w:rPr>
          <w:b/>
          <w:sz w:val="28"/>
          <w:szCs w:val="28"/>
        </w:rPr>
        <w:t>ộ</w:t>
      </w:r>
      <w:r w:rsidRPr="00DC4980">
        <w:rPr>
          <w:b/>
          <w:sz w:val="28"/>
          <w:szCs w:val="28"/>
        </w:rPr>
        <w:t>c l</w:t>
      </w:r>
      <w:r w:rsidRPr="00DC4980">
        <w:rPr>
          <w:b/>
          <w:sz w:val="28"/>
          <w:szCs w:val="28"/>
        </w:rPr>
        <w:t>ậ</w:t>
      </w:r>
      <w:r w:rsidRPr="00DC4980">
        <w:rPr>
          <w:b/>
          <w:sz w:val="28"/>
          <w:szCs w:val="28"/>
        </w:rPr>
        <w:t>p – T</w:t>
      </w:r>
      <w:r w:rsidRPr="00DC4980">
        <w:rPr>
          <w:b/>
          <w:sz w:val="28"/>
          <w:szCs w:val="28"/>
        </w:rPr>
        <w:t>ự</w:t>
      </w:r>
      <w:r w:rsidRPr="00DC4980">
        <w:rPr>
          <w:b/>
          <w:sz w:val="28"/>
          <w:szCs w:val="28"/>
        </w:rPr>
        <w:t xml:space="preserve"> do – H</w:t>
      </w:r>
      <w:r w:rsidRPr="00DC4980">
        <w:rPr>
          <w:b/>
          <w:sz w:val="28"/>
          <w:szCs w:val="28"/>
        </w:rPr>
        <w:t>ạ</w:t>
      </w:r>
      <w:r w:rsidRPr="00DC4980">
        <w:rPr>
          <w:b/>
          <w:sz w:val="28"/>
          <w:szCs w:val="28"/>
        </w:rPr>
        <w:t>nh phúc</w:t>
      </w:r>
    </w:p>
    <w:p w:rsidR="002A5209" w:rsidRPr="00DC4980" w:rsidRDefault="00DC4980">
      <w:pPr>
        <w:jc w:val="right"/>
        <w:rPr>
          <w:sz w:val="28"/>
          <w:szCs w:val="28"/>
        </w:rPr>
      </w:pPr>
      <w:r w:rsidRPr="00DC4980">
        <w:rPr>
          <w:sz w:val="28"/>
          <w:szCs w:val="28"/>
        </w:rPr>
        <w:t>(</w:t>
      </w:r>
      <w:r w:rsidRPr="00DC4980">
        <w:rPr>
          <w:i/>
          <w:sz w:val="28"/>
          <w:szCs w:val="28"/>
        </w:rPr>
        <w:t>Đ</w:t>
      </w:r>
      <w:r w:rsidRPr="00DC4980">
        <w:rPr>
          <w:i/>
          <w:sz w:val="28"/>
          <w:szCs w:val="28"/>
        </w:rPr>
        <w:t>ị</w:t>
      </w:r>
      <w:r w:rsidRPr="00DC4980">
        <w:rPr>
          <w:i/>
          <w:sz w:val="28"/>
          <w:szCs w:val="28"/>
        </w:rPr>
        <w:t>a danh), ngày... tháng... năm...</w:t>
      </w:r>
    </w:p>
    <w:p w:rsidR="002A5209" w:rsidRPr="00DC4980" w:rsidRDefault="00DC4980">
      <w:pPr>
        <w:jc w:val="center"/>
        <w:rPr>
          <w:b/>
          <w:sz w:val="28"/>
          <w:szCs w:val="28"/>
        </w:rPr>
      </w:pPr>
      <w:r w:rsidRPr="00DC4980">
        <w:rPr>
          <w:b/>
          <w:sz w:val="28"/>
          <w:szCs w:val="28"/>
        </w:rPr>
        <w:t>THÔNG BÁO CHIÊU SINH L</w:t>
      </w:r>
      <w:r w:rsidRPr="00DC4980">
        <w:rPr>
          <w:b/>
          <w:sz w:val="28"/>
          <w:szCs w:val="28"/>
        </w:rPr>
        <w:t>Ớ</w:t>
      </w:r>
      <w:r w:rsidRPr="00DC4980">
        <w:rPr>
          <w:b/>
          <w:sz w:val="28"/>
          <w:szCs w:val="28"/>
        </w:rPr>
        <w:t>P H</w:t>
      </w:r>
      <w:r w:rsidRPr="00DC4980">
        <w:rPr>
          <w:b/>
          <w:sz w:val="28"/>
          <w:szCs w:val="28"/>
        </w:rPr>
        <w:t>Ọ</w:t>
      </w:r>
      <w:r w:rsidRPr="00DC4980">
        <w:rPr>
          <w:b/>
          <w:sz w:val="28"/>
          <w:szCs w:val="28"/>
        </w:rPr>
        <w:t>C THÊM (CÓ THU TI</w:t>
      </w:r>
      <w:r w:rsidRPr="00DC4980">
        <w:rPr>
          <w:b/>
          <w:sz w:val="28"/>
          <w:szCs w:val="28"/>
        </w:rPr>
        <w:t>Ề</w:t>
      </w:r>
      <w:r w:rsidRPr="00DC4980">
        <w:rPr>
          <w:b/>
          <w:sz w:val="28"/>
          <w:szCs w:val="28"/>
        </w:rPr>
        <w:t>N)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Cơ s</w:t>
      </w:r>
      <w:r w:rsidRPr="00DC4980">
        <w:rPr>
          <w:sz w:val="28"/>
          <w:szCs w:val="28"/>
        </w:rPr>
        <w:t>ở</w:t>
      </w:r>
      <w:r w:rsidRPr="00DC4980">
        <w:rPr>
          <w:sz w:val="28"/>
          <w:szCs w:val="28"/>
        </w:rPr>
        <w:t xml:space="preserve"> t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 xml:space="preserve"> ch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d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y thêm: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Tên cơ s</w:t>
      </w:r>
      <w:r w:rsidRPr="00DC4980">
        <w:rPr>
          <w:sz w:val="28"/>
          <w:szCs w:val="28"/>
        </w:rPr>
        <w:t>ở</w:t>
      </w:r>
      <w:r w:rsidRPr="00DC4980">
        <w:rPr>
          <w:sz w:val="28"/>
          <w:szCs w:val="28"/>
        </w:rPr>
        <w:t>: …</w:t>
      </w:r>
      <w:r w:rsidRPr="00DC4980">
        <w:rPr>
          <w:sz w:val="28"/>
          <w:szCs w:val="28"/>
        </w:rPr>
        <w:br/>
        <w:t>Đ</w:t>
      </w:r>
      <w:r w:rsidRPr="00DC4980">
        <w:rPr>
          <w:sz w:val="28"/>
          <w:szCs w:val="28"/>
        </w:rPr>
        <w:t>ị</w:t>
      </w:r>
      <w:r w:rsidRPr="00DC4980">
        <w:rPr>
          <w:sz w:val="28"/>
          <w:szCs w:val="28"/>
        </w:rPr>
        <w:t>a ch</w:t>
      </w:r>
      <w:r w:rsidRPr="00DC4980">
        <w:rPr>
          <w:sz w:val="28"/>
          <w:szCs w:val="28"/>
        </w:rPr>
        <w:t>ỉ</w:t>
      </w:r>
      <w:r w:rsidRPr="00DC4980">
        <w:rPr>
          <w:sz w:val="28"/>
          <w:szCs w:val="28"/>
        </w:rPr>
        <w:t>: …</w:t>
      </w:r>
      <w:r w:rsidRPr="00DC4980">
        <w:rPr>
          <w:sz w:val="28"/>
          <w:szCs w:val="28"/>
        </w:rPr>
        <w:br/>
        <w:t>Đi</w:t>
      </w:r>
      <w:r w:rsidRPr="00DC4980">
        <w:rPr>
          <w:sz w:val="28"/>
          <w:szCs w:val="28"/>
        </w:rPr>
        <w:t>ệ</w:t>
      </w:r>
      <w:r w:rsidRPr="00DC4980">
        <w:rPr>
          <w:sz w:val="28"/>
          <w:szCs w:val="28"/>
        </w:rPr>
        <w:t>n tho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i: … – Email: …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1. Môn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 t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 xml:space="preserve"> ch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d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y thêm: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 xml:space="preserve">Tên </w:t>
      </w:r>
      <w:r w:rsidRPr="00DC4980">
        <w:rPr>
          <w:sz w:val="28"/>
          <w:szCs w:val="28"/>
        </w:rPr>
        <w:t>môn: …</w:t>
      </w:r>
      <w:r w:rsidRPr="00DC4980">
        <w:rPr>
          <w:sz w:val="28"/>
          <w:szCs w:val="28"/>
        </w:rPr>
        <w:br/>
        <w:t>Kh</w:t>
      </w:r>
      <w:r w:rsidRPr="00DC4980">
        <w:rPr>
          <w:sz w:val="28"/>
          <w:szCs w:val="28"/>
        </w:rPr>
        <w:t>ố</w:t>
      </w:r>
      <w:r w:rsidRPr="00DC4980">
        <w:rPr>
          <w:sz w:val="28"/>
          <w:szCs w:val="28"/>
        </w:rPr>
        <w:t>i l</w:t>
      </w:r>
      <w:r w:rsidRPr="00DC4980">
        <w:rPr>
          <w:sz w:val="28"/>
          <w:szCs w:val="28"/>
        </w:rPr>
        <w:t>ớ</w:t>
      </w:r>
      <w:r w:rsidRPr="00DC4980">
        <w:rPr>
          <w:sz w:val="28"/>
          <w:szCs w:val="28"/>
        </w:rPr>
        <w:t>p: …</w:t>
      </w:r>
      <w:r w:rsidRPr="00DC4980">
        <w:rPr>
          <w:sz w:val="28"/>
          <w:szCs w:val="28"/>
        </w:rPr>
        <w:br/>
        <w:t>Giáo viên gi</w:t>
      </w:r>
      <w:r w:rsidRPr="00DC4980">
        <w:rPr>
          <w:sz w:val="28"/>
          <w:szCs w:val="28"/>
        </w:rPr>
        <w:t>ả</w:t>
      </w:r>
      <w:r w:rsidRPr="00DC4980">
        <w:rPr>
          <w:sz w:val="28"/>
          <w:szCs w:val="28"/>
        </w:rPr>
        <w:t>ng d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y: …</w:t>
      </w:r>
      <w:r w:rsidRPr="00DC4980">
        <w:rPr>
          <w:sz w:val="28"/>
          <w:szCs w:val="28"/>
        </w:rPr>
        <w:br/>
        <w:t>Trình đ</w:t>
      </w:r>
      <w:r w:rsidRPr="00DC4980">
        <w:rPr>
          <w:sz w:val="28"/>
          <w:szCs w:val="28"/>
        </w:rPr>
        <w:t>ộ</w:t>
      </w:r>
      <w:r w:rsidRPr="00DC4980">
        <w:rPr>
          <w:sz w:val="28"/>
          <w:szCs w:val="28"/>
        </w:rPr>
        <w:t xml:space="preserve"> chuyên môn: …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2. Th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i gian và th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i lư</w:t>
      </w:r>
      <w:r w:rsidRPr="00DC4980">
        <w:rPr>
          <w:sz w:val="28"/>
          <w:szCs w:val="28"/>
        </w:rPr>
        <w:t>ợ</w:t>
      </w:r>
      <w:r w:rsidRPr="00DC4980">
        <w:rPr>
          <w:sz w:val="28"/>
          <w:szCs w:val="28"/>
        </w:rPr>
        <w:t>ng: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Th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i gian b</w:t>
      </w:r>
      <w:r w:rsidRPr="00DC4980">
        <w:rPr>
          <w:sz w:val="28"/>
          <w:szCs w:val="28"/>
        </w:rPr>
        <w:t>ắ</w:t>
      </w:r>
      <w:r w:rsidRPr="00DC4980">
        <w:rPr>
          <w:sz w:val="28"/>
          <w:szCs w:val="28"/>
        </w:rPr>
        <w:t>t đ</w:t>
      </w:r>
      <w:r w:rsidRPr="00DC4980">
        <w:rPr>
          <w:sz w:val="28"/>
          <w:szCs w:val="28"/>
        </w:rPr>
        <w:t>ầ</w:t>
      </w:r>
      <w:r w:rsidRPr="00DC4980">
        <w:rPr>
          <w:sz w:val="28"/>
          <w:szCs w:val="28"/>
        </w:rPr>
        <w:t>u: …</w:t>
      </w:r>
      <w:r w:rsidRPr="00DC4980">
        <w:rPr>
          <w:sz w:val="28"/>
          <w:szCs w:val="28"/>
        </w:rPr>
        <w:br/>
        <w:t>Th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i lư</w:t>
      </w:r>
      <w:r w:rsidRPr="00DC4980">
        <w:rPr>
          <w:sz w:val="28"/>
          <w:szCs w:val="28"/>
        </w:rPr>
        <w:t>ợ</w:t>
      </w:r>
      <w:r w:rsidRPr="00DC4980">
        <w:rPr>
          <w:sz w:val="28"/>
          <w:szCs w:val="28"/>
        </w:rPr>
        <w:t>ng: … bu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>i/tu</w:t>
      </w:r>
      <w:r w:rsidRPr="00DC4980">
        <w:rPr>
          <w:sz w:val="28"/>
          <w:szCs w:val="28"/>
        </w:rPr>
        <w:t>ầ</w:t>
      </w:r>
      <w:r w:rsidRPr="00DC4980">
        <w:rPr>
          <w:sz w:val="28"/>
          <w:szCs w:val="28"/>
        </w:rPr>
        <w:t>n x … ti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t/bu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>i</w:t>
      </w:r>
      <w:r w:rsidRPr="00DC4980">
        <w:rPr>
          <w:sz w:val="28"/>
          <w:szCs w:val="28"/>
        </w:rPr>
        <w:br/>
        <w:t>L</w:t>
      </w:r>
      <w:r w:rsidRPr="00DC4980">
        <w:rPr>
          <w:sz w:val="28"/>
          <w:szCs w:val="28"/>
        </w:rPr>
        <w:t>ị</w:t>
      </w:r>
      <w:r w:rsidRPr="00DC4980">
        <w:rPr>
          <w:sz w:val="28"/>
          <w:szCs w:val="28"/>
        </w:rPr>
        <w:t>ch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c: … (th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, gi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)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3. Đ</w:t>
      </w:r>
      <w:r w:rsidRPr="00DC4980">
        <w:rPr>
          <w:sz w:val="28"/>
          <w:szCs w:val="28"/>
        </w:rPr>
        <w:t>ị</w:t>
      </w:r>
      <w:r w:rsidRPr="00DC4980">
        <w:rPr>
          <w:sz w:val="28"/>
          <w:szCs w:val="28"/>
        </w:rPr>
        <w:t>a đi</w:t>
      </w:r>
      <w:r w:rsidRPr="00DC4980">
        <w:rPr>
          <w:sz w:val="28"/>
          <w:szCs w:val="28"/>
        </w:rPr>
        <w:t>ể</w:t>
      </w:r>
      <w:r w:rsidRPr="00DC4980">
        <w:rPr>
          <w:sz w:val="28"/>
          <w:szCs w:val="28"/>
        </w:rPr>
        <w:t>m t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 xml:space="preserve"> ch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d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y thêm: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… (t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i tr</w:t>
      </w:r>
      <w:r w:rsidRPr="00DC4980">
        <w:rPr>
          <w:sz w:val="28"/>
          <w:szCs w:val="28"/>
        </w:rPr>
        <w:t>ụ</w:t>
      </w:r>
      <w:r w:rsidRPr="00DC4980">
        <w:rPr>
          <w:sz w:val="28"/>
          <w:szCs w:val="28"/>
        </w:rPr>
        <w:t xml:space="preserve"> s</w:t>
      </w:r>
      <w:r w:rsidRPr="00DC4980">
        <w:rPr>
          <w:sz w:val="28"/>
          <w:szCs w:val="28"/>
        </w:rPr>
        <w:t>ở</w:t>
      </w:r>
      <w:r w:rsidRPr="00DC4980">
        <w:rPr>
          <w:sz w:val="28"/>
          <w:szCs w:val="28"/>
        </w:rPr>
        <w:t xml:space="preserve"> chính, đ</w:t>
      </w:r>
      <w:r w:rsidRPr="00DC4980">
        <w:rPr>
          <w:sz w:val="28"/>
          <w:szCs w:val="28"/>
        </w:rPr>
        <w:t>ị</w:t>
      </w:r>
      <w:r w:rsidRPr="00DC4980">
        <w:rPr>
          <w:sz w:val="28"/>
          <w:szCs w:val="28"/>
        </w:rPr>
        <w:t>a đi</w:t>
      </w:r>
      <w:r w:rsidRPr="00DC4980">
        <w:rPr>
          <w:sz w:val="28"/>
          <w:szCs w:val="28"/>
        </w:rPr>
        <w:t>ể</w:t>
      </w:r>
      <w:r w:rsidRPr="00DC4980">
        <w:rPr>
          <w:sz w:val="28"/>
          <w:szCs w:val="28"/>
        </w:rPr>
        <w:t>m thuê, phòng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c…)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 xml:space="preserve">4. </w:t>
      </w:r>
      <w:r w:rsidRPr="00DC4980">
        <w:rPr>
          <w:sz w:val="28"/>
          <w:szCs w:val="28"/>
        </w:rPr>
        <w:t>Hình th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t</w:t>
      </w:r>
      <w:r w:rsidRPr="00DC4980">
        <w:rPr>
          <w:sz w:val="28"/>
          <w:szCs w:val="28"/>
        </w:rPr>
        <w:t>ổ</w:t>
      </w:r>
      <w:r w:rsidRPr="00DC4980">
        <w:rPr>
          <w:sz w:val="28"/>
          <w:szCs w:val="28"/>
        </w:rPr>
        <w:t xml:space="preserve"> ch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D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y tr</w:t>
      </w:r>
      <w:r w:rsidRPr="00DC4980">
        <w:rPr>
          <w:sz w:val="28"/>
          <w:szCs w:val="28"/>
        </w:rPr>
        <w:t>ự</w:t>
      </w:r>
      <w:r w:rsidRPr="00DC4980">
        <w:rPr>
          <w:sz w:val="28"/>
          <w:szCs w:val="28"/>
        </w:rPr>
        <w:t>c ti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p/tr</w:t>
      </w:r>
      <w:r w:rsidRPr="00DC4980">
        <w:rPr>
          <w:sz w:val="28"/>
          <w:szCs w:val="28"/>
        </w:rPr>
        <w:t>ự</w:t>
      </w:r>
      <w:r w:rsidRPr="00DC4980">
        <w:rPr>
          <w:sz w:val="28"/>
          <w:szCs w:val="28"/>
        </w:rPr>
        <w:t>c tuy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n</w:t>
      </w:r>
      <w:r w:rsidRPr="00DC4980">
        <w:rPr>
          <w:sz w:val="28"/>
          <w:szCs w:val="28"/>
        </w:rPr>
        <w:br/>
        <w:t>Theo nhóm/l</w:t>
      </w:r>
      <w:r w:rsidRPr="00DC4980">
        <w:rPr>
          <w:sz w:val="28"/>
          <w:szCs w:val="28"/>
        </w:rPr>
        <w:t>ớ</w:t>
      </w:r>
      <w:r w:rsidRPr="00DC4980">
        <w:rPr>
          <w:sz w:val="28"/>
          <w:szCs w:val="28"/>
        </w:rPr>
        <w:t>p/cá nhân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5. M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thu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 phí: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… đ</w:t>
      </w:r>
      <w:r w:rsidRPr="00DC4980">
        <w:rPr>
          <w:sz w:val="28"/>
          <w:szCs w:val="28"/>
        </w:rPr>
        <w:t>ồ</w:t>
      </w:r>
      <w:r w:rsidRPr="00DC4980">
        <w:rPr>
          <w:sz w:val="28"/>
          <w:szCs w:val="28"/>
        </w:rPr>
        <w:t>ng/h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 sinh/tháng</w:t>
      </w:r>
      <w:r w:rsidRPr="00DC4980">
        <w:rPr>
          <w:sz w:val="28"/>
          <w:szCs w:val="28"/>
        </w:rPr>
        <w:br/>
        <w:t>Hình th</w:t>
      </w:r>
      <w:r w:rsidRPr="00DC4980">
        <w:rPr>
          <w:sz w:val="28"/>
          <w:szCs w:val="28"/>
        </w:rPr>
        <w:t>ứ</w:t>
      </w:r>
      <w:r w:rsidRPr="00DC4980">
        <w:rPr>
          <w:sz w:val="28"/>
          <w:szCs w:val="28"/>
        </w:rPr>
        <w:t>c thu: thu theo tháng/h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 k</w:t>
      </w:r>
      <w:r w:rsidRPr="00DC4980">
        <w:rPr>
          <w:sz w:val="28"/>
          <w:szCs w:val="28"/>
        </w:rPr>
        <w:t>ỳ</w:t>
      </w:r>
      <w:r w:rsidRPr="00DC4980">
        <w:rPr>
          <w:sz w:val="28"/>
          <w:szCs w:val="28"/>
        </w:rPr>
        <w:t>/tr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n khóa</w:t>
      </w:r>
      <w:r w:rsidRPr="00DC4980">
        <w:rPr>
          <w:sz w:val="28"/>
          <w:szCs w:val="28"/>
        </w:rPr>
        <w:br/>
        <w:t>Hoàn tr</w:t>
      </w:r>
      <w:r w:rsidRPr="00DC4980">
        <w:rPr>
          <w:sz w:val="28"/>
          <w:szCs w:val="28"/>
        </w:rPr>
        <w:t>ả</w:t>
      </w:r>
      <w:r w:rsidRPr="00DC4980">
        <w:rPr>
          <w:sz w:val="28"/>
          <w:szCs w:val="28"/>
        </w:rPr>
        <w:t>: … (trong trư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ng h</w:t>
      </w:r>
      <w:r w:rsidRPr="00DC4980">
        <w:rPr>
          <w:sz w:val="28"/>
          <w:szCs w:val="28"/>
        </w:rPr>
        <w:t>ợ</w:t>
      </w:r>
      <w:r w:rsidRPr="00DC4980">
        <w:rPr>
          <w:sz w:val="28"/>
          <w:szCs w:val="28"/>
        </w:rPr>
        <w:t>p ngh</w:t>
      </w:r>
      <w:r w:rsidRPr="00DC4980">
        <w:rPr>
          <w:sz w:val="28"/>
          <w:szCs w:val="28"/>
        </w:rPr>
        <w:t>ỉ</w:t>
      </w:r>
      <w:r w:rsidRPr="00DC4980">
        <w:rPr>
          <w:sz w:val="28"/>
          <w:szCs w:val="28"/>
        </w:rPr>
        <w:t xml:space="preserve">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c/h</w:t>
      </w:r>
      <w:r w:rsidRPr="00DC4980">
        <w:rPr>
          <w:sz w:val="28"/>
          <w:szCs w:val="28"/>
        </w:rPr>
        <w:t>ủ</w:t>
      </w:r>
      <w:r w:rsidRPr="00DC4980">
        <w:rPr>
          <w:sz w:val="28"/>
          <w:szCs w:val="28"/>
        </w:rPr>
        <w:t>y l</w:t>
      </w:r>
      <w:r w:rsidRPr="00DC4980">
        <w:rPr>
          <w:sz w:val="28"/>
          <w:szCs w:val="28"/>
        </w:rPr>
        <w:t>ớ</w:t>
      </w:r>
      <w:r w:rsidRPr="00DC4980">
        <w:rPr>
          <w:sz w:val="28"/>
          <w:szCs w:val="28"/>
        </w:rPr>
        <w:t>p)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6. H</w:t>
      </w:r>
      <w:r w:rsidRPr="00DC4980">
        <w:rPr>
          <w:sz w:val="28"/>
          <w:szCs w:val="28"/>
        </w:rPr>
        <w:t>ồ</w:t>
      </w:r>
      <w:r w:rsidRPr="00DC4980">
        <w:rPr>
          <w:sz w:val="28"/>
          <w:szCs w:val="28"/>
        </w:rPr>
        <w:t xml:space="preserve"> sơ đăng ký g</w:t>
      </w:r>
      <w:r w:rsidRPr="00DC4980">
        <w:rPr>
          <w:sz w:val="28"/>
          <w:szCs w:val="28"/>
        </w:rPr>
        <w:t>ồ</w:t>
      </w:r>
      <w:r w:rsidRPr="00DC4980">
        <w:rPr>
          <w:sz w:val="28"/>
          <w:szCs w:val="28"/>
        </w:rPr>
        <w:t>m: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lastRenderedPageBreak/>
        <w:t>Phi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u đăng ký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</w:t>
      </w:r>
      <w:r w:rsidRPr="00DC4980">
        <w:rPr>
          <w:sz w:val="28"/>
          <w:szCs w:val="28"/>
        </w:rPr>
        <w:br/>
        <w:t>B</w:t>
      </w:r>
      <w:r w:rsidRPr="00DC4980">
        <w:rPr>
          <w:sz w:val="28"/>
          <w:szCs w:val="28"/>
        </w:rPr>
        <w:t>ả</w:t>
      </w:r>
      <w:r w:rsidRPr="00DC4980">
        <w:rPr>
          <w:sz w:val="28"/>
          <w:szCs w:val="28"/>
        </w:rPr>
        <w:t>n sao gi</w:t>
      </w:r>
      <w:r w:rsidRPr="00DC4980">
        <w:rPr>
          <w:sz w:val="28"/>
          <w:szCs w:val="28"/>
        </w:rPr>
        <w:t>ấ</w:t>
      </w:r>
      <w:r w:rsidRPr="00DC4980">
        <w:rPr>
          <w:sz w:val="28"/>
          <w:szCs w:val="28"/>
        </w:rPr>
        <w:t xml:space="preserve">y </w:t>
      </w:r>
      <w:r w:rsidRPr="00DC4980">
        <w:rPr>
          <w:sz w:val="28"/>
          <w:szCs w:val="28"/>
        </w:rPr>
        <w:t>khai sinh/th</w:t>
      </w:r>
      <w:r w:rsidRPr="00DC4980">
        <w:rPr>
          <w:sz w:val="28"/>
          <w:szCs w:val="28"/>
        </w:rPr>
        <w:t>ẻ</w:t>
      </w:r>
      <w:r w:rsidRPr="00DC4980">
        <w:rPr>
          <w:sz w:val="28"/>
          <w:szCs w:val="28"/>
        </w:rPr>
        <w:t xml:space="preserve"> h</w:t>
      </w:r>
      <w:r w:rsidRPr="00DC4980">
        <w:rPr>
          <w:sz w:val="28"/>
          <w:szCs w:val="28"/>
        </w:rPr>
        <w:t>ọ</w:t>
      </w:r>
      <w:r w:rsidRPr="00DC4980">
        <w:rPr>
          <w:sz w:val="28"/>
          <w:szCs w:val="28"/>
        </w:rPr>
        <w:t>c sinh</w:t>
      </w:r>
      <w:r w:rsidRPr="00DC4980">
        <w:rPr>
          <w:sz w:val="28"/>
          <w:szCs w:val="28"/>
        </w:rPr>
        <w:br/>
        <w:t xml:space="preserve">2 </w:t>
      </w:r>
      <w:r w:rsidRPr="00DC4980">
        <w:rPr>
          <w:sz w:val="28"/>
          <w:szCs w:val="28"/>
        </w:rPr>
        <w:t>ả</w:t>
      </w:r>
      <w:r w:rsidRPr="00DC4980">
        <w:rPr>
          <w:sz w:val="28"/>
          <w:szCs w:val="28"/>
        </w:rPr>
        <w:t>nh 3x4</w:t>
      </w:r>
      <w:r w:rsidRPr="00DC4980">
        <w:rPr>
          <w:sz w:val="28"/>
          <w:szCs w:val="28"/>
        </w:rPr>
        <w:br/>
        <w:t>L</w:t>
      </w:r>
      <w:r w:rsidRPr="00DC4980">
        <w:rPr>
          <w:sz w:val="28"/>
          <w:szCs w:val="28"/>
        </w:rPr>
        <w:t>ệ</w:t>
      </w:r>
      <w:r w:rsidRPr="00DC4980">
        <w:rPr>
          <w:sz w:val="28"/>
          <w:szCs w:val="28"/>
        </w:rPr>
        <w:t xml:space="preserve"> phí đăng ký: (n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u có)</w:t>
      </w:r>
      <w:bookmarkStart w:id="0" w:name="_GoBack"/>
      <w:bookmarkEnd w:id="0"/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7. H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n đăng ký: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T</w:t>
      </w:r>
      <w:r w:rsidRPr="00DC4980">
        <w:rPr>
          <w:sz w:val="28"/>
          <w:szCs w:val="28"/>
        </w:rPr>
        <w:t>ừ</w:t>
      </w:r>
      <w:r w:rsidRPr="00DC4980">
        <w:rPr>
          <w:sz w:val="28"/>
          <w:szCs w:val="28"/>
        </w:rPr>
        <w:t xml:space="preserve"> ngày … đ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n h</w:t>
      </w:r>
      <w:r w:rsidRPr="00DC4980">
        <w:rPr>
          <w:sz w:val="28"/>
          <w:szCs w:val="28"/>
        </w:rPr>
        <w:t>ế</w:t>
      </w:r>
      <w:r w:rsidRPr="00DC4980">
        <w:rPr>
          <w:sz w:val="28"/>
          <w:szCs w:val="28"/>
        </w:rPr>
        <w:t>t ngày …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8. Liên h</w:t>
      </w:r>
      <w:r w:rsidRPr="00DC4980">
        <w:rPr>
          <w:sz w:val="28"/>
          <w:szCs w:val="28"/>
        </w:rPr>
        <w:t>ệ</w:t>
      </w:r>
      <w:r w:rsidRPr="00DC4980">
        <w:rPr>
          <w:sz w:val="28"/>
          <w:szCs w:val="28"/>
        </w:rPr>
        <w:t xml:space="preserve"> đăng ký:</w:t>
      </w:r>
    </w:p>
    <w:p w:rsidR="002A5209" w:rsidRPr="00DC4980" w:rsidRDefault="00DC4980">
      <w:pPr>
        <w:rPr>
          <w:sz w:val="28"/>
          <w:szCs w:val="28"/>
        </w:rPr>
      </w:pPr>
      <w:r w:rsidRPr="00DC4980">
        <w:rPr>
          <w:sz w:val="28"/>
          <w:szCs w:val="28"/>
        </w:rPr>
        <w:t>Tên ngư</w:t>
      </w:r>
      <w:r w:rsidRPr="00DC4980">
        <w:rPr>
          <w:sz w:val="28"/>
          <w:szCs w:val="28"/>
        </w:rPr>
        <w:t>ờ</w:t>
      </w:r>
      <w:r w:rsidRPr="00DC4980">
        <w:rPr>
          <w:sz w:val="28"/>
          <w:szCs w:val="28"/>
        </w:rPr>
        <w:t>i ph</w:t>
      </w:r>
      <w:r w:rsidRPr="00DC4980">
        <w:rPr>
          <w:sz w:val="28"/>
          <w:szCs w:val="28"/>
        </w:rPr>
        <w:t>ụ</w:t>
      </w:r>
      <w:r w:rsidRPr="00DC4980">
        <w:rPr>
          <w:sz w:val="28"/>
          <w:szCs w:val="28"/>
        </w:rPr>
        <w:t xml:space="preserve"> trách: …</w:t>
      </w:r>
      <w:r w:rsidRPr="00DC4980">
        <w:rPr>
          <w:sz w:val="28"/>
          <w:szCs w:val="28"/>
        </w:rPr>
        <w:br/>
        <w:t>S</w:t>
      </w:r>
      <w:r w:rsidRPr="00DC4980">
        <w:rPr>
          <w:sz w:val="28"/>
          <w:szCs w:val="28"/>
        </w:rPr>
        <w:t>ố</w:t>
      </w:r>
      <w:r w:rsidRPr="00DC4980">
        <w:rPr>
          <w:sz w:val="28"/>
          <w:szCs w:val="28"/>
        </w:rPr>
        <w:t xml:space="preserve"> đi</w:t>
      </w:r>
      <w:r w:rsidRPr="00DC4980">
        <w:rPr>
          <w:sz w:val="28"/>
          <w:szCs w:val="28"/>
        </w:rPr>
        <w:t>ệ</w:t>
      </w:r>
      <w:r w:rsidRPr="00DC4980">
        <w:rPr>
          <w:sz w:val="28"/>
          <w:szCs w:val="28"/>
        </w:rPr>
        <w:t>n tho</w:t>
      </w:r>
      <w:r w:rsidRPr="00DC4980">
        <w:rPr>
          <w:sz w:val="28"/>
          <w:szCs w:val="28"/>
        </w:rPr>
        <w:t>ạ</w:t>
      </w:r>
      <w:r w:rsidRPr="00DC4980">
        <w:rPr>
          <w:sz w:val="28"/>
          <w:szCs w:val="28"/>
        </w:rPr>
        <w:t>i: …</w:t>
      </w:r>
      <w:r w:rsidRPr="00DC4980">
        <w:rPr>
          <w:sz w:val="28"/>
          <w:szCs w:val="28"/>
        </w:rPr>
        <w:br/>
        <w:t>Email: …</w:t>
      </w:r>
    </w:p>
    <w:p w:rsidR="002A5209" w:rsidRPr="00DC4980" w:rsidRDefault="00DC4980">
      <w:pPr>
        <w:jc w:val="right"/>
        <w:rPr>
          <w:b/>
          <w:sz w:val="28"/>
          <w:szCs w:val="28"/>
        </w:rPr>
      </w:pPr>
      <w:r w:rsidRPr="00DC4980">
        <w:rPr>
          <w:sz w:val="28"/>
          <w:szCs w:val="28"/>
        </w:rPr>
        <w:br/>
      </w:r>
      <w:r w:rsidRPr="00DC4980">
        <w:rPr>
          <w:b/>
          <w:sz w:val="28"/>
          <w:szCs w:val="28"/>
        </w:rPr>
        <w:t>CƠ S</w:t>
      </w:r>
      <w:r w:rsidRPr="00DC4980">
        <w:rPr>
          <w:b/>
          <w:sz w:val="28"/>
          <w:szCs w:val="28"/>
        </w:rPr>
        <w:t>Ở</w:t>
      </w:r>
      <w:r w:rsidRPr="00DC4980">
        <w:rPr>
          <w:b/>
          <w:sz w:val="28"/>
          <w:szCs w:val="28"/>
        </w:rPr>
        <w:t xml:space="preserve"> D</w:t>
      </w:r>
      <w:r w:rsidRPr="00DC4980">
        <w:rPr>
          <w:b/>
          <w:sz w:val="28"/>
          <w:szCs w:val="28"/>
        </w:rPr>
        <w:t>Ạ</w:t>
      </w:r>
      <w:r w:rsidRPr="00DC4980">
        <w:rPr>
          <w:b/>
          <w:sz w:val="28"/>
          <w:szCs w:val="28"/>
        </w:rPr>
        <w:t>Y THÊM</w:t>
      </w:r>
      <w:r w:rsidRPr="00DC4980">
        <w:rPr>
          <w:b/>
          <w:sz w:val="28"/>
          <w:szCs w:val="28"/>
        </w:rPr>
        <w:br/>
        <w:t>(Ch</w:t>
      </w:r>
      <w:r w:rsidRPr="00DC4980">
        <w:rPr>
          <w:b/>
          <w:sz w:val="28"/>
          <w:szCs w:val="28"/>
        </w:rPr>
        <w:t>ữ</w:t>
      </w:r>
      <w:r w:rsidRPr="00DC4980">
        <w:rPr>
          <w:b/>
          <w:sz w:val="28"/>
          <w:szCs w:val="28"/>
        </w:rPr>
        <w:t xml:space="preserve"> ký, đóng d</w:t>
      </w:r>
      <w:r w:rsidRPr="00DC4980">
        <w:rPr>
          <w:b/>
          <w:sz w:val="28"/>
          <w:szCs w:val="28"/>
        </w:rPr>
        <w:t>ấ</w:t>
      </w:r>
      <w:r w:rsidRPr="00DC4980">
        <w:rPr>
          <w:b/>
          <w:sz w:val="28"/>
          <w:szCs w:val="28"/>
        </w:rPr>
        <w:t>u n</w:t>
      </w:r>
      <w:r w:rsidRPr="00DC4980">
        <w:rPr>
          <w:b/>
          <w:sz w:val="28"/>
          <w:szCs w:val="28"/>
        </w:rPr>
        <w:t>ế</w:t>
      </w:r>
      <w:r w:rsidRPr="00DC4980">
        <w:rPr>
          <w:b/>
          <w:sz w:val="28"/>
          <w:szCs w:val="28"/>
        </w:rPr>
        <w:t>u có)</w:t>
      </w:r>
    </w:p>
    <w:sectPr w:rsidR="002A5209" w:rsidRPr="00DC49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5209"/>
    <w:rsid w:val="00326F90"/>
    <w:rsid w:val="00AA1D8D"/>
    <w:rsid w:val="00B47730"/>
    <w:rsid w:val="00CB0664"/>
    <w:rsid w:val="00DC49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D8DEE86-0806-4682-9551-A5428834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5AA59C-F191-4122-AD89-A428E38AF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2025-05-26T01:24:00Z</dcterms:created>
  <dcterms:modified xsi:type="dcterms:W3CDTF">2025-05-26T01:24:00Z</dcterms:modified>
  <cp:category/>
</cp:coreProperties>
</file>