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196" w:rsidRPr="00822196" w:rsidRDefault="00822196" w:rsidP="00822196">
      <w:pPr>
        <w:pStyle w:val="Heading3"/>
        <w:rPr>
          <w:rFonts w:ascii="Times New Roman" w:hAnsi="Times New Roman" w:cs="Times New Roman"/>
          <w:b w:val="0"/>
          <w:color w:val="auto"/>
          <w:sz w:val="28"/>
          <w:szCs w:val="28"/>
        </w:rPr>
      </w:pPr>
      <w:r w:rsidRPr="00822196">
        <w:rPr>
          <w:rStyle w:val="Strong"/>
          <w:rFonts w:ascii="Times New Roman" w:hAnsi="Times New Roman" w:cs="Times New Roman"/>
          <w:bCs/>
          <w:color w:val="auto"/>
          <w:sz w:val="28"/>
          <w:szCs w:val="28"/>
        </w:rPr>
        <w:t>VĂN‍ KHẤN‍ CẦU‍ AN‍ TẠI‍ CHÙA‍ MÙNG‍ 1‍ ÂM‍ LỊCH</w:t>
      </w:r>
    </w:p>
    <w:p w:rsidR="00822196" w:rsidRPr="00822196" w:rsidRDefault="00822196" w:rsidP="00822196">
      <w:pPr>
        <w:pStyle w:val="NormalWeb"/>
        <w:rPr>
          <w:sz w:val="28"/>
          <w:szCs w:val="28"/>
        </w:rPr>
      </w:pPr>
      <w:r w:rsidRPr="00822196">
        <w:rPr>
          <w:rStyle w:val="Strong"/>
          <w:b w:val="0"/>
          <w:sz w:val="28"/>
          <w:szCs w:val="28"/>
        </w:rPr>
        <w:t>Nam‍ mô‍ A‍ Di‍ Đà‍ Phật!</w:t>
      </w:r>
      <w:r w:rsidRPr="00822196">
        <w:rPr>
          <w:sz w:val="28"/>
          <w:szCs w:val="28"/>
        </w:rPr>
        <w:br/>
      </w:r>
      <w:r w:rsidRPr="00822196">
        <w:rPr>
          <w:rStyle w:val="Strong"/>
          <w:b w:val="0"/>
          <w:sz w:val="28"/>
          <w:szCs w:val="28"/>
        </w:rPr>
        <w:t>Nam‍ mô‍ A‍ Di‍ Đà‍ Phật!</w:t>
      </w:r>
      <w:r w:rsidRPr="00822196">
        <w:rPr>
          <w:sz w:val="28"/>
          <w:szCs w:val="28"/>
        </w:rPr>
        <w:br/>
      </w:r>
      <w:r w:rsidRPr="00822196">
        <w:rPr>
          <w:rStyle w:val="Strong"/>
          <w:b w:val="0"/>
          <w:sz w:val="28"/>
          <w:szCs w:val="28"/>
        </w:rPr>
        <w:t>Nam‍ mô‍ A‍ Di‍ Đà‍ Phật!</w:t>
      </w:r>
    </w:p>
    <w:p w:rsidR="00822196" w:rsidRPr="00822196" w:rsidRDefault="00822196" w:rsidP="00822196">
      <w:pPr>
        <w:pStyle w:val="NormalWeb"/>
        <w:rPr>
          <w:sz w:val="28"/>
          <w:szCs w:val="28"/>
        </w:rPr>
      </w:pPr>
      <w:r w:rsidRPr="00822196">
        <w:rPr>
          <w:sz w:val="28"/>
          <w:szCs w:val="28"/>
        </w:rPr>
        <w:t>Con‍ lạy‍ chín‍ phương‍ Trời,‍ mười‍ phương‍ Chư‍ Phật,‍ Chư‍ Phật‍ mười‍ phương.</w:t>
      </w:r>
      <w:r w:rsidRPr="00822196">
        <w:rPr>
          <w:sz w:val="28"/>
          <w:szCs w:val="28"/>
        </w:rPr>
        <w:br/>
        <w:t>Con‍ lạy‍ Đức‍ Phật‍ Thích‍ Ca‍ Mâu‍ Ni.</w:t>
      </w:r>
      <w:r w:rsidRPr="00822196">
        <w:rPr>
          <w:sz w:val="28"/>
          <w:szCs w:val="28"/>
        </w:rPr>
        <w:br/>
        <w:t>Con‍ lạy‍ Đức‍ Phật‍ A‍ Di‍ Đà.</w:t>
      </w:r>
      <w:r w:rsidRPr="00822196">
        <w:rPr>
          <w:sz w:val="28"/>
          <w:szCs w:val="28"/>
        </w:rPr>
        <w:br/>
        <w:t>Con‍ lạy‍ Quan‍ Thế‍ Âm‍ Bồ‍ Tát,‍ Đại‍ Thế‍ Chí‍ Bồ‍ Tát,‍ Địa‍ Tạng‍ Vương‍ Bồ‍ Tát.</w:t>
      </w:r>
      <w:r w:rsidRPr="00822196">
        <w:rPr>
          <w:sz w:val="28"/>
          <w:szCs w:val="28"/>
        </w:rPr>
        <w:br/>
        <w:t>Con‍ lạy‍ Hộ‍ Pháp‍ Thiện‍ Thần,‍ chư‍ vị‍ Thánh‍ Tăng‍ và‍ Long‍ Thần‍ Hộ‍ Pháp.</w:t>
      </w:r>
    </w:p>
    <w:p w:rsidR="00822196" w:rsidRPr="00822196" w:rsidRDefault="00822196" w:rsidP="00822196">
      <w:pPr>
        <w:pStyle w:val="NormalWeb"/>
        <w:rPr>
          <w:sz w:val="28"/>
          <w:szCs w:val="28"/>
        </w:rPr>
      </w:pPr>
      <w:r w:rsidRPr="00822196">
        <w:rPr>
          <w:sz w:val="28"/>
          <w:szCs w:val="28"/>
        </w:rPr>
        <w:t>Hôm‍ nay‍ là‍ ngày‍ mùng‍ 1‍ tháng‍ 5‍ năm‍ …‍ âm‍ lịch,‍ tín‍ chủ‍ con‍ là:</w:t>
      </w:r>
      <w:bookmarkStart w:id="0" w:name="_GoBack"/>
      <w:bookmarkEnd w:id="0"/>
      <w:r w:rsidRPr="00822196">
        <w:rPr>
          <w:sz w:val="28"/>
          <w:szCs w:val="28"/>
        </w:rPr>
        <w:br/>
        <w:t>Họ‍ tên: …</w:t>
      </w:r>
      <w:r w:rsidRPr="00822196">
        <w:rPr>
          <w:sz w:val="28"/>
          <w:szCs w:val="28"/>
        </w:rPr>
        <w:br/>
        <w:t>Pháp‍ danh‍ (nếu‍ có): …</w:t>
      </w:r>
      <w:r w:rsidRPr="00822196">
        <w:rPr>
          <w:sz w:val="28"/>
          <w:szCs w:val="28"/>
        </w:rPr>
        <w:br/>
        <w:t>Ngụ‍ tại: …</w:t>
      </w:r>
    </w:p>
    <w:p w:rsidR="00822196" w:rsidRPr="00822196" w:rsidRDefault="00822196" w:rsidP="00822196">
      <w:pPr>
        <w:pStyle w:val="NormalWeb"/>
        <w:rPr>
          <w:sz w:val="28"/>
          <w:szCs w:val="28"/>
        </w:rPr>
      </w:pPr>
      <w:r w:rsidRPr="00822196">
        <w:rPr>
          <w:sz w:val="28"/>
          <w:szCs w:val="28"/>
        </w:rPr>
        <w:t>Thành‍ tâm‍ về‍ cửa‍ chùa,‍ lễ‍ bái‍ mười‍ phương‍ Tam‍ Bảo,‍ dâng‍ nén‍ tâm‍ hương,‍ dốc‍ lòng‍ sám‍ hối.</w:t>
      </w:r>
      <w:r w:rsidRPr="00822196">
        <w:rPr>
          <w:sz w:val="28"/>
          <w:szCs w:val="28"/>
        </w:rPr>
        <w:br/>
        <w:t>Cúi‍ xin‍ Tam‍ Bảo‍ từ‍ bi‍ chứng‍ minh,‍ gia‍ hộ‍ cho‍ bản‍ thân‍ con‍ cùng‍ gia‍ đình:</w:t>
      </w:r>
    </w:p>
    <w:p w:rsidR="00822196" w:rsidRPr="00822196" w:rsidRDefault="00822196" w:rsidP="00822196">
      <w:pPr>
        <w:pStyle w:val="NormalWeb"/>
        <w:rPr>
          <w:sz w:val="28"/>
          <w:szCs w:val="28"/>
        </w:rPr>
      </w:pPr>
      <w:r w:rsidRPr="00822196">
        <w:rPr>
          <w:sz w:val="28"/>
          <w:szCs w:val="28"/>
        </w:rPr>
        <w:t>– Thân‍ tâm‍ an‍ lạc,‍ trí‍ huệ‍ khai‍ thông</w:t>
      </w:r>
      <w:r w:rsidRPr="00822196">
        <w:rPr>
          <w:sz w:val="28"/>
          <w:szCs w:val="28"/>
        </w:rPr>
        <w:br/>
        <w:t>– Tật‍ bệnh‍ tiêu‍ trừ,‍ tai‍ ương‍ tránh‍ khỏi</w:t>
      </w:r>
      <w:r w:rsidRPr="00822196">
        <w:rPr>
          <w:sz w:val="28"/>
          <w:szCs w:val="28"/>
        </w:rPr>
        <w:br/>
        <w:t>– Công‍ việc‍ hanh‍ thông,‍ gia‍ đạo‍ bình‍ yên</w:t>
      </w:r>
      <w:r w:rsidRPr="00822196">
        <w:rPr>
          <w:sz w:val="28"/>
          <w:szCs w:val="28"/>
        </w:rPr>
        <w:br/>
        <w:t>– Con‍ cháu‍ hiếu‍ thuận,‍ học‍ hành‍ tấn‍ tới</w:t>
      </w:r>
      <w:r w:rsidRPr="00822196">
        <w:rPr>
          <w:sz w:val="28"/>
          <w:szCs w:val="28"/>
        </w:rPr>
        <w:br/>
        <w:t>– Mọi‍ sự‍ cát‍ tường,‍ sở‍ cầu‍ như‍ ý,‍ sở‍ nguyện‍ tòng‍ tâm</w:t>
      </w:r>
    </w:p>
    <w:p w:rsidR="00822196" w:rsidRPr="00822196" w:rsidRDefault="00822196" w:rsidP="00822196">
      <w:pPr>
        <w:pStyle w:val="NormalWeb"/>
        <w:rPr>
          <w:sz w:val="28"/>
          <w:szCs w:val="28"/>
        </w:rPr>
      </w:pPr>
      <w:r w:rsidRPr="00822196">
        <w:rPr>
          <w:sz w:val="28"/>
          <w:szCs w:val="28"/>
        </w:rPr>
        <w:t>Nguyện‍ xin‍ Tam‍ Bảo,‍ chư‍ Phật,‍ chư‍ Bồ‍ Tát,‍ chư‍ Hiền‍ Thánh‍ Tăng‍ gia‍ hộ‍ cho‍ chúng‍ con‍ luôn‍ sống‍ thiện‍ lành,‍ hướng‍ thiện,‍ tránh‍ dữ‍ làm‍ lành,‍ gieo‍ duyên‍ lành‍ nơi‍ cửa‍ Phật.</w:t>
      </w:r>
    </w:p>
    <w:p w:rsidR="00822196" w:rsidRPr="00822196" w:rsidRDefault="00822196" w:rsidP="00822196">
      <w:pPr>
        <w:pStyle w:val="NormalWeb"/>
        <w:rPr>
          <w:sz w:val="28"/>
          <w:szCs w:val="28"/>
        </w:rPr>
      </w:pPr>
      <w:r w:rsidRPr="00822196">
        <w:rPr>
          <w:sz w:val="28"/>
          <w:szCs w:val="28"/>
        </w:rPr>
        <w:t>Chúng‍ con‍ cúi‍ đầu‍ đảnh‍ lễ,‍ nhất‍ tâm‍ kính‍ lễ‍ mười‍ phương‍ chư‍ Phật,‍ chư‍ Đại‍ Bồ‍ Tát,‍ chư‍ Hiền‍ Thánh‍ Tăng.</w:t>
      </w:r>
    </w:p>
    <w:p w:rsidR="00822196" w:rsidRPr="00822196" w:rsidRDefault="00822196" w:rsidP="00822196">
      <w:pPr>
        <w:pStyle w:val="NormalWeb"/>
        <w:rPr>
          <w:sz w:val="28"/>
          <w:szCs w:val="28"/>
        </w:rPr>
      </w:pPr>
      <w:r w:rsidRPr="00822196">
        <w:rPr>
          <w:rStyle w:val="Strong"/>
          <w:b w:val="0"/>
          <w:sz w:val="28"/>
          <w:szCs w:val="28"/>
        </w:rPr>
        <w:t>Nam‍ mô‍ A‍ Di‍ Đà‍ Phật!</w:t>
      </w:r>
      <w:r w:rsidRPr="00822196">
        <w:rPr>
          <w:sz w:val="28"/>
          <w:szCs w:val="28"/>
        </w:rPr>
        <w:br/>
      </w:r>
      <w:r w:rsidRPr="00822196">
        <w:rPr>
          <w:rStyle w:val="Strong"/>
          <w:b w:val="0"/>
          <w:sz w:val="28"/>
          <w:szCs w:val="28"/>
        </w:rPr>
        <w:t>Nam‍ mô‍ A‍ Di‍ Đà‍ Phật!</w:t>
      </w:r>
      <w:r w:rsidRPr="00822196">
        <w:rPr>
          <w:sz w:val="28"/>
          <w:szCs w:val="28"/>
        </w:rPr>
        <w:br/>
      </w:r>
      <w:r w:rsidRPr="00822196">
        <w:rPr>
          <w:rStyle w:val="Strong"/>
          <w:b w:val="0"/>
          <w:sz w:val="28"/>
          <w:szCs w:val="28"/>
        </w:rPr>
        <w:t>Nam‍ mô‍ A‍ Di‍ Đà‍ Phật!</w:t>
      </w:r>
    </w:p>
    <w:p w:rsidR="009F0D1A" w:rsidRPr="00822196" w:rsidRDefault="009F0D1A">
      <w:pPr>
        <w:rPr>
          <w:rFonts w:cs="Times New Roman"/>
          <w:sz w:val="28"/>
          <w:szCs w:val="28"/>
        </w:rPr>
      </w:pPr>
    </w:p>
    <w:sectPr w:rsidR="009F0D1A" w:rsidRPr="0082219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2627C"/>
    <w:rsid w:val="0029639D"/>
    <w:rsid w:val="00326F90"/>
    <w:rsid w:val="00822196"/>
    <w:rsid w:val="009F0D1A"/>
    <w:rsid w:val="00AA1D8D"/>
    <w:rsid w:val="00B47730"/>
    <w:rsid w:val="00CB0664"/>
    <w:rsid w:val="00D433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D3E06D48-9F6B-4088-B94F-F6EC55BD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22196"/>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8999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9BB36-260B-42E1-B4BF-A80708EA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1215</Characters>
  <Application>Microsoft Office Word</Application>
  <DocSecurity>0</DocSecurity>
  <Lines>10</Lines>
  <Paragraphs>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VĂN KHẤN CẦU AN TẠI CHÙA MÙNG 1 ÂM LỊCH</vt:lpstr>
    </vt:vector>
  </TitlesOfParts>
  <Manager/>
  <Company/>
  <LinksUpToDate>false</LinksUpToDate>
  <CharactersWithSpaces>1425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2025-05-26T02:30:00Z</dcterms:created>
  <dcterms:modified xsi:type="dcterms:W3CDTF">2025-05-26T02:30:00Z</dcterms:modified>
  <cp:category/>
</cp:coreProperties>
</file>