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19B" w:rsidRPr="00CE79F7" w:rsidRDefault="00CE79F7" w:rsidP="00CE79F7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NG HÒA XÃ 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CH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NGHĨA VI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T NAM</w:t>
      </w:r>
    </w:p>
    <w:p w:rsidR="0017119B" w:rsidRPr="00CE79F7" w:rsidRDefault="00CE79F7" w:rsidP="00CE79F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– T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– H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CE79F7" w:rsidRPr="00CE79F7" w:rsidRDefault="00CE79F7" w:rsidP="00CE79F7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7119B" w:rsidRPr="00CE79F7" w:rsidRDefault="00CE79F7" w:rsidP="00CE79F7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CE79F7">
        <w:rPr>
          <w:rFonts w:ascii="Times New Roman" w:hAnsi="Times New Roman" w:cs="Times New Roman"/>
          <w:color w:val="000000" w:themeColor="text1"/>
        </w:rPr>
        <w:t>ĐƠN XIN NGH</w:t>
      </w:r>
      <w:r w:rsidRPr="00CE79F7">
        <w:rPr>
          <w:rFonts w:ascii="Times New Roman" w:hAnsi="Times New Roman" w:cs="Times New Roman"/>
          <w:color w:val="000000" w:themeColor="text1"/>
        </w:rPr>
        <w:t>Ỉ</w:t>
      </w:r>
      <w:r w:rsidRPr="00CE79F7">
        <w:rPr>
          <w:rFonts w:ascii="Times New Roman" w:hAnsi="Times New Roman" w:cs="Times New Roman"/>
          <w:color w:val="000000" w:themeColor="text1"/>
        </w:rPr>
        <w:t xml:space="preserve"> VI</w:t>
      </w:r>
      <w:r w:rsidRPr="00CE79F7">
        <w:rPr>
          <w:rFonts w:ascii="Times New Roman" w:hAnsi="Times New Roman" w:cs="Times New Roman"/>
          <w:color w:val="000000" w:themeColor="text1"/>
        </w:rPr>
        <w:t>Ệ</w:t>
      </w:r>
      <w:r w:rsidRPr="00CE79F7">
        <w:rPr>
          <w:rFonts w:ascii="Times New Roman" w:hAnsi="Times New Roman" w:cs="Times New Roman"/>
          <w:color w:val="000000" w:themeColor="text1"/>
        </w:rPr>
        <w:t>C HƯ</w:t>
      </w:r>
      <w:r w:rsidRPr="00CE79F7">
        <w:rPr>
          <w:rFonts w:ascii="Times New Roman" w:hAnsi="Times New Roman" w:cs="Times New Roman"/>
          <w:color w:val="000000" w:themeColor="text1"/>
        </w:rPr>
        <w:t>Ở</w:t>
      </w:r>
      <w:r w:rsidRPr="00CE79F7">
        <w:rPr>
          <w:rFonts w:ascii="Times New Roman" w:hAnsi="Times New Roman" w:cs="Times New Roman"/>
          <w:color w:val="000000" w:themeColor="text1"/>
        </w:rPr>
        <w:t>NG CH</w:t>
      </w:r>
      <w:r w:rsidRPr="00CE79F7">
        <w:rPr>
          <w:rFonts w:ascii="Times New Roman" w:hAnsi="Times New Roman" w:cs="Times New Roman"/>
          <w:color w:val="000000" w:themeColor="text1"/>
        </w:rPr>
        <w:t>Ế</w:t>
      </w:r>
      <w:r w:rsidRPr="00CE79F7">
        <w:rPr>
          <w:rFonts w:ascii="Times New Roman" w:hAnsi="Times New Roman" w:cs="Times New Roman"/>
          <w:color w:val="000000" w:themeColor="text1"/>
        </w:rPr>
        <w:t xml:space="preserve"> Đ</w:t>
      </w:r>
      <w:r w:rsidRPr="00CE79F7">
        <w:rPr>
          <w:rFonts w:ascii="Times New Roman" w:hAnsi="Times New Roman" w:cs="Times New Roman"/>
          <w:color w:val="000000" w:themeColor="text1"/>
        </w:rPr>
        <w:t>Ộ</w:t>
      </w:r>
      <w:r w:rsidRPr="00CE79F7">
        <w:rPr>
          <w:rFonts w:ascii="Times New Roman" w:hAnsi="Times New Roman" w:cs="Times New Roman"/>
          <w:color w:val="000000" w:themeColor="text1"/>
        </w:rPr>
        <w:t xml:space="preserve"> THAI S</w:t>
      </w:r>
      <w:r w:rsidRPr="00CE79F7">
        <w:rPr>
          <w:rFonts w:ascii="Times New Roman" w:hAnsi="Times New Roman" w:cs="Times New Roman"/>
          <w:color w:val="000000" w:themeColor="text1"/>
        </w:rPr>
        <w:t>Ả</w:t>
      </w:r>
      <w:r w:rsidRPr="00CE79F7">
        <w:rPr>
          <w:rFonts w:ascii="Times New Roman" w:hAnsi="Times New Roman" w:cs="Times New Roman"/>
          <w:color w:val="000000" w:themeColor="text1"/>
        </w:rPr>
        <w:t>N</w:t>
      </w:r>
    </w:p>
    <w:p w:rsidR="0017119B" w:rsidRPr="00CE79F7" w:rsidRDefault="00CE79F7" w:rsidP="00CE79F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bookmarkEnd w:id="0"/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i: Ban Giám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Công ty 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Phòng Hành chính – Nhân s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Tên tôi là: ............................................................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Sinh ngày: .... / .... / 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Ch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V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trí công tác: 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CMND/CCCD: ..................................  Ngày c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p: .... / .... / 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Nơi c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p: ..............................................................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V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tôi tên là: .........................................................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Ngày sinh con: .... / .... / 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Do v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tôi sinh con (ph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ẫ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u thu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t / m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) nên theo quy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nh, tôi đư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ngh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hư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ng ch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thai s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gian xin ngh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.... / 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........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ngày .... / .... / 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(Theo quy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nh, trong kho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ng 30 ngày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u k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v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sinh, lao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ng nam đư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ngh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07 ngày làm vi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n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u v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sinh m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ho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con dư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32 tu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tu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i).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Trong th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gian ngh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, tôi s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ẽ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bàn giao công vi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cho: 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Hi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đang công tác t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Khi 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t th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gian ngh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thai s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n, tôi cam k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t tr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làm vi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đúng th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và th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y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các quy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nh c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a công ty.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Kính mong Ban Giám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c phê duy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t và t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o đi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u ki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n giúp đ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ỡ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Xin chân thành c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m ơn!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br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......................., ngày .... tháng .... năm 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                                                              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Ngư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ờ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làm đơn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                                                         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 và ghi rõ h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Ý ki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c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 Giám đ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ố</w:t>
      </w:r>
      <w:r w:rsidRPr="00CE79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c: ..................................................</w:t>
      </w:r>
      <w:r w:rsidRPr="00CE79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sectPr w:rsidR="0017119B" w:rsidRPr="00CE79F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119B"/>
    <w:rsid w:val="0029639D"/>
    <w:rsid w:val="00326F90"/>
    <w:rsid w:val="00AA1D8D"/>
    <w:rsid w:val="00B47730"/>
    <w:rsid w:val="00CB0664"/>
    <w:rsid w:val="00CE79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6B5148F-7073-460D-9A2A-FC41E088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601985-4D08-4188-963A-D1FC4720D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2025-10-06T01:46:00Z</dcterms:created>
  <dcterms:modified xsi:type="dcterms:W3CDTF">2025-10-06T01:46:00Z</dcterms:modified>
  <cp:category/>
</cp:coreProperties>
</file>