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598" w:rsidRPr="00710D44" w:rsidRDefault="00710D44" w:rsidP="00710D44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10D44"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Ộ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NG HÒA XÃ H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Ộ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I CH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Ủ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 xml:space="preserve"> NGHĨA VI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Ệ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T NAM</w:t>
      </w:r>
    </w:p>
    <w:p w:rsidR="007A7598" w:rsidRPr="00710D44" w:rsidRDefault="00710D44" w:rsidP="00710D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D44">
        <w:rPr>
          <w:rFonts w:ascii="Times New Roman" w:hAnsi="Times New Roman" w:cs="Times New Roman"/>
          <w:b/>
          <w:sz w:val="24"/>
          <w:szCs w:val="24"/>
        </w:rPr>
        <w:t>Đ</w:t>
      </w:r>
      <w:r w:rsidRPr="00710D44">
        <w:rPr>
          <w:rFonts w:ascii="Times New Roman" w:hAnsi="Times New Roman" w:cs="Times New Roman"/>
          <w:b/>
          <w:sz w:val="24"/>
          <w:szCs w:val="24"/>
        </w:rPr>
        <w:t>ộ</w:t>
      </w:r>
      <w:r w:rsidRPr="00710D44">
        <w:rPr>
          <w:rFonts w:ascii="Times New Roman" w:hAnsi="Times New Roman" w:cs="Times New Roman"/>
          <w:b/>
          <w:sz w:val="24"/>
          <w:szCs w:val="24"/>
        </w:rPr>
        <w:t>c l</w:t>
      </w:r>
      <w:r w:rsidRPr="00710D44">
        <w:rPr>
          <w:rFonts w:ascii="Times New Roman" w:hAnsi="Times New Roman" w:cs="Times New Roman"/>
          <w:b/>
          <w:sz w:val="24"/>
          <w:szCs w:val="24"/>
        </w:rPr>
        <w:t>ậ</w:t>
      </w:r>
      <w:r w:rsidRPr="00710D44">
        <w:rPr>
          <w:rFonts w:ascii="Times New Roman" w:hAnsi="Times New Roman" w:cs="Times New Roman"/>
          <w:b/>
          <w:sz w:val="24"/>
          <w:szCs w:val="24"/>
        </w:rPr>
        <w:t>p – T</w:t>
      </w:r>
      <w:r w:rsidRPr="00710D44">
        <w:rPr>
          <w:rFonts w:ascii="Times New Roman" w:hAnsi="Times New Roman" w:cs="Times New Roman"/>
          <w:b/>
          <w:sz w:val="24"/>
          <w:szCs w:val="24"/>
        </w:rPr>
        <w:t>ự</w:t>
      </w:r>
      <w:r w:rsidRPr="00710D44">
        <w:rPr>
          <w:rFonts w:ascii="Times New Roman" w:hAnsi="Times New Roman" w:cs="Times New Roman"/>
          <w:b/>
          <w:sz w:val="24"/>
          <w:szCs w:val="24"/>
        </w:rPr>
        <w:t xml:space="preserve"> do – H</w:t>
      </w:r>
      <w:r w:rsidRPr="00710D44">
        <w:rPr>
          <w:rFonts w:ascii="Times New Roman" w:hAnsi="Times New Roman" w:cs="Times New Roman"/>
          <w:b/>
          <w:sz w:val="24"/>
          <w:szCs w:val="24"/>
        </w:rPr>
        <w:t>ạ</w:t>
      </w:r>
      <w:r w:rsidRPr="00710D44">
        <w:rPr>
          <w:rFonts w:ascii="Times New Roman" w:hAnsi="Times New Roman" w:cs="Times New Roman"/>
          <w:b/>
          <w:sz w:val="24"/>
          <w:szCs w:val="24"/>
        </w:rPr>
        <w:t>nh phúc</w:t>
      </w:r>
      <w:r w:rsidRPr="00710D44">
        <w:rPr>
          <w:rFonts w:ascii="Times New Roman" w:hAnsi="Times New Roman" w:cs="Times New Roman"/>
          <w:b/>
          <w:sz w:val="24"/>
          <w:szCs w:val="24"/>
        </w:rPr>
        <w:br/>
      </w:r>
    </w:p>
    <w:p w:rsidR="007A7598" w:rsidRPr="00710D44" w:rsidRDefault="00710D44" w:rsidP="00710D44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10D44">
        <w:rPr>
          <w:rFonts w:ascii="Times New Roman" w:hAnsi="Times New Roman" w:cs="Times New Roman"/>
          <w:color w:val="auto"/>
          <w:sz w:val="24"/>
          <w:szCs w:val="24"/>
        </w:rPr>
        <w:t>BIÊN B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Ả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N H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Ọ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P BAN CH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Ấ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P HÀNH CÔNG ĐOÀN CƠ S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Ở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 xml:space="preserve"> – L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Ầ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N TH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Ứ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 xml:space="preserve"> I</w:t>
      </w:r>
    </w:p>
    <w:p w:rsidR="007A7598" w:rsidRPr="00710D44" w:rsidRDefault="00710D44" w:rsidP="00710D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D44">
        <w:rPr>
          <w:rFonts w:ascii="Times New Roman" w:hAnsi="Times New Roman" w:cs="Times New Roman"/>
          <w:b/>
          <w:sz w:val="24"/>
          <w:szCs w:val="24"/>
        </w:rPr>
        <w:t>Nhi</w:t>
      </w:r>
      <w:r w:rsidRPr="00710D44">
        <w:rPr>
          <w:rFonts w:ascii="Times New Roman" w:hAnsi="Times New Roman" w:cs="Times New Roman"/>
          <w:b/>
          <w:sz w:val="24"/>
          <w:szCs w:val="24"/>
        </w:rPr>
        <w:t>ệ</w:t>
      </w:r>
      <w:r w:rsidRPr="00710D44">
        <w:rPr>
          <w:rFonts w:ascii="Times New Roman" w:hAnsi="Times New Roman" w:cs="Times New Roman"/>
          <w:b/>
          <w:sz w:val="24"/>
          <w:szCs w:val="24"/>
        </w:rPr>
        <w:t>m k</w:t>
      </w:r>
      <w:r w:rsidRPr="00710D44">
        <w:rPr>
          <w:rFonts w:ascii="Times New Roman" w:hAnsi="Times New Roman" w:cs="Times New Roman"/>
          <w:b/>
          <w:sz w:val="24"/>
          <w:szCs w:val="24"/>
        </w:rPr>
        <w:t>ỳ</w:t>
      </w:r>
      <w:r w:rsidRPr="00710D44">
        <w:rPr>
          <w:rFonts w:ascii="Times New Roman" w:hAnsi="Times New Roman" w:cs="Times New Roman"/>
          <w:b/>
          <w:sz w:val="24"/>
          <w:szCs w:val="24"/>
        </w:rPr>
        <w:t>: …………</w:t>
      </w:r>
      <w:r w:rsidRPr="00710D44">
        <w:rPr>
          <w:rFonts w:ascii="Times New Roman" w:hAnsi="Times New Roman" w:cs="Times New Roman"/>
          <w:b/>
          <w:sz w:val="24"/>
          <w:szCs w:val="24"/>
        </w:rPr>
        <w:br/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Th</w:t>
      </w:r>
      <w:r w:rsidRPr="00710D44">
        <w:rPr>
          <w:rFonts w:ascii="Times New Roman" w:hAnsi="Times New Roman" w:cs="Times New Roman"/>
          <w:sz w:val="24"/>
          <w:szCs w:val="24"/>
        </w:rPr>
        <w:t>ờ</w:t>
      </w:r>
      <w:r w:rsidRPr="00710D44">
        <w:rPr>
          <w:rFonts w:ascii="Times New Roman" w:hAnsi="Times New Roman" w:cs="Times New Roman"/>
          <w:sz w:val="24"/>
          <w:szCs w:val="24"/>
        </w:rPr>
        <w:t>i gian: … gi</w:t>
      </w:r>
      <w:r w:rsidRPr="00710D44">
        <w:rPr>
          <w:rFonts w:ascii="Times New Roman" w:hAnsi="Times New Roman" w:cs="Times New Roman"/>
          <w:sz w:val="24"/>
          <w:szCs w:val="24"/>
        </w:rPr>
        <w:t>ờ</w:t>
      </w:r>
      <w:r w:rsidRPr="00710D44">
        <w:rPr>
          <w:rFonts w:ascii="Times New Roman" w:hAnsi="Times New Roman" w:cs="Times New Roman"/>
          <w:sz w:val="24"/>
          <w:szCs w:val="24"/>
        </w:rPr>
        <w:t xml:space="preserve"> … phút, ngày … tháng … năm 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Đ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>a đi</w:t>
      </w:r>
      <w:r w:rsidRPr="00710D44">
        <w:rPr>
          <w:rFonts w:ascii="Times New Roman" w:hAnsi="Times New Roman" w:cs="Times New Roman"/>
          <w:sz w:val="24"/>
          <w:szCs w:val="24"/>
        </w:rPr>
        <w:t>ể</w:t>
      </w:r>
      <w:r w:rsidRPr="00710D44">
        <w:rPr>
          <w:rFonts w:ascii="Times New Roman" w:hAnsi="Times New Roman" w:cs="Times New Roman"/>
          <w:sz w:val="24"/>
          <w:szCs w:val="24"/>
        </w:rPr>
        <w:t>m: ……………………………………………………………</w:t>
      </w:r>
      <w:r w:rsidRPr="00710D44">
        <w:rPr>
          <w:rFonts w:ascii="Times New Roman" w:hAnsi="Times New Roman" w:cs="Times New Roman"/>
          <w:sz w:val="24"/>
          <w:szCs w:val="24"/>
        </w:rPr>
        <w:br/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Thành ph</w:t>
      </w:r>
      <w:r w:rsidRPr="00710D44">
        <w:rPr>
          <w:rFonts w:ascii="Times New Roman" w:hAnsi="Times New Roman" w:cs="Times New Roman"/>
          <w:sz w:val="24"/>
          <w:szCs w:val="24"/>
        </w:rPr>
        <w:t>ầ</w:t>
      </w:r>
      <w:r w:rsidRPr="00710D44">
        <w:rPr>
          <w:rFonts w:ascii="Times New Roman" w:hAnsi="Times New Roman" w:cs="Times New Roman"/>
          <w:sz w:val="24"/>
          <w:szCs w:val="24"/>
        </w:rPr>
        <w:t>n tham d</w:t>
      </w:r>
      <w:r w:rsidRPr="00710D44">
        <w:rPr>
          <w:rFonts w:ascii="Times New Roman" w:hAnsi="Times New Roman" w:cs="Times New Roman"/>
          <w:sz w:val="24"/>
          <w:szCs w:val="24"/>
        </w:rPr>
        <w:t>ự</w:t>
      </w:r>
      <w:r w:rsidRPr="00710D44">
        <w:rPr>
          <w:rFonts w:ascii="Times New Roman" w:hAnsi="Times New Roman" w:cs="Times New Roman"/>
          <w:sz w:val="24"/>
          <w:szCs w:val="24"/>
        </w:rPr>
        <w:t>: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T</w:t>
      </w:r>
      <w:r w:rsidRPr="00710D44">
        <w:rPr>
          <w:rFonts w:ascii="Times New Roman" w:hAnsi="Times New Roman" w:cs="Times New Roman"/>
          <w:sz w:val="24"/>
          <w:szCs w:val="24"/>
        </w:rPr>
        <w:t>ổ</w:t>
      </w:r>
      <w:r w:rsidRPr="00710D44">
        <w:rPr>
          <w:rFonts w:ascii="Times New Roman" w:hAnsi="Times New Roman" w:cs="Times New Roman"/>
          <w:sz w:val="24"/>
          <w:szCs w:val="24"/>
        </w:rPr>
        <w:t xml:space="preserve">ng </w:t>
      </w:r>
      <w:r w:rsidRPr="00710D44">
        <w:rPr>
          <w:rFonts w:ascii="Times New Roman" w:hAnsi="Times New Roman" w:cs="Times New Roman"/>
          <w:sz w:val="24"/>
          <w:szCs w:val="24"/>
        </w:rPr>
        <w:t>s</w:t>
      </w:r>
      <w:r w:rsidRPr="00710D44">
        <w:rPr>
          <w:rFonts w:ascii="Times New Roman" w:hAnsi="Times New Roman" w:cs="Times New Roman"/>
          <w:sz w:val="24"/>
          <w:szCs w:val="24"/>
        </w:rPr>
        <w:t>ố</w:t>
      </w:r>
      <w:r w:rsidRPr="00710D44">
        <w:rPr>
          <w:rFonts w:ascii="Times New Roman" w:hAnsi="Times New Roman" w:cs="Times New Roman"/>
          <w:sz w:val="24"/>
          <w:szCs w:val="24"/>
        </w:rPr>
        <w:t xml:space="preserve"> 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>y viên BCH theo quy</w:t>
      </w:r>
      <w:r w:rsidRPr="00710D44">
        <w:rPr>
          <w:rFonts w:ascii="Times New Roman" w:hAnsi="Times New Roman" w:cs="Times New Roman"/>
          <w:sz w:val="24"/>
          <w:szCs w:val="24"/>
        </w:rPr>
        <w:t>ế</w:t>
      </w:r>
      <w:r w:rsidRPr="00710D44">
        <w:rPr>
          <w:rFonts w:ascii="Times New Roman" w:hAnsi="Times New Roman" w:cs="Times New Roman"/>
          <w:sz w:val="24"/>
          <w:szCs w:val="24"/>
        </w:rPr>
        <w:t>t đ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>nh k</w:t>
      </w:r>
      <w:r w:rsidRPr="00710D44">
        <w:rPr>
          <w:rFonts w:ascii="Times New Roman" w:hAnsi="Times New Roman" w:cs="Times New Roman"/>
          <w:sz w:val="24"/>
          <w:szCs w:val="24"/>
        </w:rPr>
        <w:t>ế</w:t>
      </w:r>
      <w:r w:rsidRPr="00710D44">
        <w:rPr>
          <w:rFonts w:ascii="Times New Roman" w:hAnsi="Times New Roman" w:cs="Times New Roman"/>
          <w:sz w:val="24"/>
          <w:szCs w:val="24"/>
        </w:rPr>
        <w:t>t n</w:t>
      </w:r>
      <w:r w:rsidRPr="00710D44">
        <w:rPr>
          <w:rFonts w:ascii="Times New Roman" w:hAnsi="Times New Roman" w:cs="Times New Roman"/>
          <w:sz w:val="24"/>
          <w:szCs w:val="24"/>
        </w:rPr>
        <w:t>ạ</w:t>
      </w:r>
      <w:r w:rsidRPr="00710D44">
        <w:rPr>
          <w:rFonts w:ascii="Times New Roman" w:hAnsi="Times New Roman" w:cs="Times New Roman"/>
          <w:sz w:val="24"/>
          <w:szCs w:val="24"/>
        </w:rPr>
        <w:t>p: … ngư</w:t>
      </w:r>
      <w:r w:rsidRPr="00710D44">
        <w:rPr>
          <w:rFonts w:ascii="Times New Roman" w:hAnsi="Times New Roman" w:cs="Times New Roman"/>
          <w:sz w:val="24"/>
          <w:szCs w:val="24"/>
        </w:rPr>
        <w:t>ờ</w:t>
      </w:r>
      <w:r w:rsidRPr="00710D44">
        <w:rPr>
          <w:rFonts w:ascii="Times New Roman" w:hAnsi="Times New Roman" w:cs="Times New Roman"/>
          <w:sz w:val="24"/>
          <w:szCs w:val="24"/>
        </w:rPr>
        <w:t>i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Có m</w:t>
      </w:r>
      <w:r w:rsidRPr="00710D44">
        <w:rPr>
          <w:rFonts w:ascii="Times New Roman" w:hAnsi="Times New Roman" w:cs="Times New Roman"/>
          <w:sz w:val="24"/>
          <w:szCs w:val="24"/>
        </w:rPr>
        <w:t>ặ</w:t>
      </w:r>
      <w:r w:rsidRPr="00710D44">
        <w:rPr>
          <w:rFonts w:ascii="Times New Roman" w:hAnsi="Times New Roman" w:cs="Times New Roman"/>
          <w:sz w:val="24"/>
          <w:szCs w:val="24"/>
        </w:rPr>
        <w:t>t: … ngư</w:t>
      </w:r>
      <w:r w:rsidRPr="00710D44">
        <w:rPr>
          <w:rFonts w:ascii="Times New Roman" w:hAnsi="Times New Roman" w:cs="Times New Roman"/>
          <w:sz w:val="24"/>
          <w:szCs w:val="24"/>
        </w:rPr>
        <w:t>ờ</w:t>
      </w:r>
      <w:r w:rsidRPr="00710D44">
        <w:rPr>
          <w:rFonts w:ascii="Times New Roman" w:hAnsi="Times New Roman" w:cs="Times New Roman"/>
          <w:sz w:val="24"/>
          <w:szCs w:val="24"/>
        </w:rPr>
        <w:t>i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V</w:t>
      </w:r>
      <w:r w:rsidRPr="00710D44">
        <w:rPr>
          <w:rFonts w:ascii="Times New Roman" w:hAnsi="Times New Roman" w:cs="Times New Roman"/>
          <w:sz w:val="24"/>
          <w:szCs w:val="24"/>
        </w:rPr>
        <w:t>ắ</w:t>
      </w:r>
      <w:r w:rsidRPr="00710D44">
        <w:rPr>
          <w:rFonts w:ascii="Times New Roman" w:hAnsi="Times New Roman" w:cs="Times New Roman"/>
          <w:sz w:val="24"/>
          <w:szCs w:val="24"/>
        </w:rPr>
        <w:t>ng: … ngư</w:t>
      </w:r>
      <w:r w:rsidRPr="00710D44">
        <w:rPr>
          <w:rFonts w:ascii="Times New Roman" w:hAnsi="Times New Roman" w:cs="Times New Roman"/>
          <w:sz w:val="24"/>
          <w:szCs w:val="24"/>
        </w:rPr>
        <w:t>ờ</w:t>
      </w:r>
      <w:r w:rsidRPr="00710D44">
        <w:rPr>
          <w:rFonts w:ascii="Times New Roman" w:hAnsi="Times New Roman" w:cs="Times New Roman"/>
          <w:sz w:val="24"/>
          <w:szCs w:val="24"/>
        </w:rPr>
        <w:t>i (Ghi h</w:t>
      </w:r>
      <w:r w:rsidRPr="00710D44">
        <w:rPr>
          <w:rFonts w:ascii="Times New Roman" w:hAnsi="Times New Roman" w:cs="Times New Roman"/>
          <w:sz w:val="24"/>
          <w:szCs w:val="24"/>
        </w:rPr>
        <w:t>ọ</w:t>
      </w:r>
      <w:r w:rsidRPr="00710D44">
        <w:rPr>
          <w:rFonts w:ascii="Times New Roman" w:hAnsi="Times New Roman" w:cs="Times New Roman"/>
          <w:sz w:val="24"/>
          <w:szCs w:val="24"/>
        </w:rPr>
        <w:t xml:space="preserve"> tên thành viên v</w:t>
      </w:r>
      <w:r w:rsidRPr="00710D44">
        <w:rPr>
          <w:rFonts w:ascii="Times New Roman" w:hAnsi="Times New Roman" w:cs="Times New Roman"/>
          <w:sz w:val="24"/>
          <w:szCs w:val="24"/>
        </w:rPr>
        <w:t>ắ</w:t>
      </w:r>
      <w:r w:rsidRPr="00710D44">
        <w:rPr>
          <w:rFonts w:ascii="Times New Roman" w:hAnsi="Times New Roman" w:cs="Times New Roman"/>
          <w:sz w:val="24"/>
          <w:szCs w:val="24"/>
        </w:rPr>
        <w:t>ng m</w:t>
      </w:r>
      <w:r w:rsidRPr="00710D44">
        <w:rPr>
          <w:rFonts w:ascii="Times New Roman" w:hAnsi="Times New Roman" w:cs="Times New Roman"/>
          <w:sz w:val="24"/>
          <w:szCs w:val="24"/>
        </w:rPr>
        <w:t>ặ</w:t>
      </w:r>
      <w:r w:rsidRPr="00710D44">
        <w:rPr>
          <w:rFonts w:ascii="Times New Roman" w:hAnsi="Times New Roman" w:cs="Times New Roman"/>
          <w:sz w:val="24"/>
          <w:szCs w:val="24"/>
        </w:rPr>
        <w:t>t và lý do: …………………………)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Đ</w:t>
      </w:r>
      <w:r w:rsidRPr="00710D44">
        <w:rPr>
          <w:rFonts w:ascii="Times New Roman" w:hAnsi="Times New Roman" w:cs="Times New Roman"/>
          <w:sz w:val="24"/>
          <w:szCs w:val="24"/>
        </w:rPr>
        <w:t>ạ</w:t>
      </w:r>
      <w:r w:rsidRPr="00710D44">
        <w:rPr>
          <w:rFonts w:ascii="Times New Roman" w:hAnsi="Times New Roman" w:cs="Times New Roman"/>
          <w:sz w:val="24"/>
          <w:szCs w:val="24"/>
        </w:rPr>
        <w:t>i di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n ch</w:t>
      </w:r>
      <w:r w:rsidRPr="00710D44">
        <w:rPr>
          <w:rFonts w:ascii="Times New Roman" w:hAnsi="Times New Roman" w:cs="Times New Roman"/>
          <w:sz w:val="24"/>
          <w:szCs w:val="24"/>
        </w:rPr>
        <w:t>ỉ</w:t>
      </w:r>
      <w:r w:rsidRPr="00710D44">
        <w:rPr>
          <w:rFonts w:ascii="Times New Roman" w:hAnsi="Times New Roman" w:cs="Times New Roman"/>
          <w:sz w:val="24"/>
          <w:szCs w:val="24"/>
        </w:rPr>
        <w:t xml:space="preserve"> đ</w:t>
      </w:r>
      <w:r w:rsidRPr="00710D44">
        <w:rPr>
          <w:rFonts w:ascii="Times New Roman" w:hAnsi="Times New Roman" w:cs="Times New Roman"/>
          <w:sz w:val="24"/>
          <w:szCs w:val="24"/>
        </w:rPr>
        <w:t>ạ</w:t>
      </w:r>
      <w:r w:rsidRPr="00710D44">
        <w:rPr>
          <w:rFonts w:ascii="Times New Roman" w:hAnsi="Times New Roman" w:cs="Times New Roman"/>
          <w:sz w:val="24"/>
          <w:szCs w:val="24"/>
        </w:rPr>
        <w:t>o đơn v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>: Ông/Bà ………………………………………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Đ</w:t>
      </w:r>
      <w:r w:rsidRPr="00710D44">
        <w:rPr>
          <w:rFonts w:ascii="Times New Roman" w:hAnsi="Times New Roman" w:cs="Times New Roman"/>
          <w:sz w:val="24"/>
          <w:szCs w:val="24"/>
        </w:rPr>
        <w:t>ạ</w:t>
      </w:r>
      <w:r w:rsidRPr="00710D44">
        <w:rPr>
          <w:rFonts w:ascii="Times New Roman" w:hAnsi="Times New Roman" w:cs="Times New Roman"/>
          <w:sz w:val="24"/>
          <w:szCs w:val="24"/>
        </w:rPr>
        <w:t>i di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n ch</w:t>
      </w:r>
      <w:r w:rsidRPr="00710D44">
        <w:rPr>
          <w:rFonts w:ascii="Times New Roman" w:hAnsi="Times New Roman" w:cs="Times New Roman"/>
          <w:sz w:val="24"/>
          <w:szCs w:val="24"/>
        </w:rPr>
        <w:t>ỉ</w:t>
      </w:r>
      <w:r w:rsidRPr="00710D44">
        <w:rPr>
          <w:rFonts w:ascii="Times New Roman" w:hAnsi="Times New Roman" w:cs="Times New Roman"/>
          <w:sz w:val="24"/>
          <w:szCs w:val="24"/>
        </w:rPr>
        <w:t xml:space="preserve"> đ</w:t>
      </w:r>
      <w:r w:rsidRPr="00710D44">
        <w:rPr>
          <w:rFonts w:ascii="Times New Roman" w:hAnsi="Times New Roman" w:cs="Times New Roman"/>
          <w:sz w:val="24"/>
          <w:szCs w:val="24"/>
        </w:rPr>
        <w:t>ạ</w:t>
      </w:r>
      <w:r w:rsidRPr="00710D44">
        <w:rPr>
          <w:rFonts w:ascii="Times New Roman" w:hAnsi="Times New Roman" w:cs="Times New Roman"/>
          <w:sz w:val="24"/>
          <w:szCs w:val="24"/>
        </w:rPr>
        <w:t>o Công đoàn c</w:t>
      </w:r>
      <w:r w:rsidRPr="00710D44">
        <w:rPr>
          <w:rFonts w:ascii="Times New Roman" w:hAnsi="Times New Roman" w:cs="Times New Roman"/>
          <w:sz w:val="24"/>
          <w:szCs w:val="24"/>
        </w:rPr>
        <w:t>ấ</w:t>
      </w:r>
      <w:r w:rsidRPr="00710D44">
        <w:rPr>
          <w:rFonts w:ascii="Times New Roman" w:hAnsi="Times New Roman" w:cs="Times New Roman"/>
          <w:sz w:val="24"/>
          <w:szCs w:val="24"/>
        </w:rPr>
        <w:t>p trên: Ông/Bà …………………………………</w:t>
      </w:r>
      <w:r w:rsidRPr="00710D44">
        <w:rPr>
          <w:rFonts w:ascii="Times New Roman" w:hAnsi="Times New Roman" w:cs="Times New Roman"/>
          <w:sz w:val="24"/>
          <w:szCs w:val="24"/>
        </w:rPr>
        <w:br/>
      </w:r>
    </w:p>
    <w:p w:rsidR="007A7598" w:rsidRPr="00710D44" w:rsidRDefault="00710D4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10D44">
        <w:rPr>
          <w:rFonts w:ascii="Times New Roman" w:hAnsi="Times New Roman" w:cs="Times New Roman"/>
          <w:color w:val="auto"/>
          <w:sz w:val="24"/>
          <w:szCs w:val="24"/>
        </w:rPr>
        <w:t>N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Ộ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 xml:space="preserve">I DUNG 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CU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Ộ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C H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Ọ</w:t>
      </w:r>
      <w:r w:rsidRPr="00710D44">
        <w:rPr>
          <w:rFonts w:ascii="Times New Roman" w:hAnsi="Times New Roman" w:cs="Times New Roman"/>
          <w:color w:val="auto"/>
          <w:sz w:val="24"/>
          <w:szCs w:val="24"/>
        </w:rPr>
        <w:t>P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1. Khai m</w:t>
      </w:r>
      <w:r w:rsidRPr="00710D44">
        <w:rPr>
          <w:rFonts w:ascii="Times New Roman" w:hAnsi="Times New Roman" w:cs="Times New Roman"/>
          <w:sz w:val="24"/>
          <w:szCs w:val="24"/>
        </w:rPr>
        <w:t>ạ</w:t>
      </w:r>
      <w:r w:rsidRPr="00710D44">
        <w:rPr>
          <w:rFonts w:ascii="Times New Roman" w:hAnsi="Times New Roman" w:cs="Times New Roman"/>
          <w:sz w:val="24"/>
          <w:szCs w:val="24"/>
        </w:rPr>
        <w:t>c &amp; b</w:t>
      </w:r>
      <w:r w:rsidRPr="00710D44">
        <w:rPr>
          <w:rFonts w:ascii="Times New Roman" w:hAnsi="Times New Roman" w:cs="Times New Roman"/>
          <w:sz w:val="24"/>
          <w:szCs w:val="24"/>
        </w:rPr>
        <w:t>ầ</w:t>
      </w:r>
      <w:r w:rsidRPr="00710D44">
        <w:rPr>
          <w:rFonts w:ascii="Times New Roman" w:hAnsi="Times New Roman" w:cs="Times New Roman"/>
          <w:sz w:val="24"/>
          <w:szCs w:val="24"/>
        </w:rPr>
        <w:t>u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trì và Thư ký cu</w:t>
      </w:r>
      <w:r w:rsidRPr="00710D44">
        <w:rPr>
          <w:rFonts w:ascii="Times New Roman" w:hAnsi="Times New Roman" w:cs="Times New Roman"/>
          <w:sz w:val="24"/>
          <w:szCs w:val="24"/>
        </w:rPr>
        <w:t>ộ</w:t>
      </w:r>
      <w:r w:rsidRPr="00710D44">
        <w:rPr>
          <w:rFonts w:ascii="Times New Roman" w:hAnsi="Times New Roman" w:cs="Times New Roman"/>
          <w:sz w:val="24"/>
          <w:szCs w:val="24"/>
        </w:rPr>
        <w:t>c h</w:t>
      </w:r>
      <w:r w:rsidRPr="00710D44">
        <w:rPr>
          <w:rFonts w:ascii="Times New Roman" w:hAnsi="Times New Roman" w:cs="Times New Roman"/>
          <w:sz w:val="24"/>
          <w:szCs w:val="24"/>
        </w:rPr>
        <w:t>ọ</w:t>
      </w:r>
      <w:r w:rsidRPr="00710D44">
        <w:rPr>
          <w:rFonts w:ascii="Times New Roman" w:hAnsi="Times New Roman" w:cs="Times New Roman"/>
          <w:sz w:val="24"/>
          <w:szCs w:val="24"/>
        </w:rPr>
        <w:t>p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Căn c</w:t>
      </w:r>
      <w:r w:rsidRPr="00710D44">
        <w:rPr>
          <w:rFonts w:ascii="Times New Roman" w:hAnsi="Times New Roman" w:cs="Times New Roman"/>
          <w:sz w:val="24"/>
          <w:szCs w:val="24"/>
        </w:rPr>
        <w:t>ứ</w:t>
      </w:r>
      <w:r w:rsidRPr="00710D44">
        <w:rPr>
          <w:rFonts w:ascii="Times New Roman" w:hAnsi="Times New Roman" w:cs="Times New Roman"/>
          <w:sz w:val="24"/>
          <w:szCs w:val="24"/>
        </w:rPr>
        <w:t xml:space="preserve"> gi</w:t>
      </w:r>
      <w:r w:rsidRPr="00710D44">
        <w:rPr>
          <w:rFonts w:ascii="Times New Roman" w:hAnsi="Times New Roman" w:cs="Times New Roman"/>
          <w:sz w:val="24"/>
          <w:szCs w:val="24"/>
        </w:rPr>
        <w:t>ấ</w:t>
      </w:r>
      <w:r w:rsidRPr="00710D44">
        <w:rPr>
          <w:rFonts w:ascii="Times New Roman" w:hAnsi="Times New Roman" w:cs="Times New Roman"/>
          <w:sz w:val="24"/>
          <w:szCs w:val="24"/>
        </w:rPr>
        <w:t>y tri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u t</w:t>
      </w:r>
      <w:r w:rsidRPr="00710D44">
        <w:rPr>
          <w:rFonts w:ascii="Times New Roman" w:hAnsi="Times New Roman" w:cs="Times New Roman"/>
          <w:sz w:val="24"/>
          <w:szCs w:val="24"/>
        </w:rPr>
        <w:t>ậ</w:t>
      </w:r>
      <w:r w:rsidRPr="00710D44">
        <w:rPr>
          <w:rFonts w:ascii="Times New Roman" w:hAnsi="Times New Roman" w:cs="Times New Roman"/>
          <w:sz w:val="24"/>
          <w:szCs w:val="24"/>
        </w:rPr>
        <w:t>p, đ</w:t>
      </w:r>
      <w:r w:rsidRPr="00710D44">
        <w:rPr>
          <w:rFonts w:ascii="Times New Roman" w:hAnsi="Times New Roman" w:cs="Times New Roman"/>
          <w:sz w:val="24"/>
          <w:szCs w:val="24"/>
        </w:rPr>
        <w:t>ồ</w:t>
      </w:r>
      <w:r w:rsidRPr="00710D44">
        <w:rPr>
          <w:rFonts w:ascii="Times New Roman" w:hAnsi="Times New Roman" w:cs="Times New Roman"/>
          <w:sz w:val="24"/>
          <w:szCs w:val="24"/>
        </w:rPr>
        <w:t>ng chí …………………………. tuyên b</w:t>
      </w:r>
      <w:r w:rsidRPr="00710D44">
        <w:rPr>
          <w:rFonts w:ascii="Times New Roman" w:hAnsi="Times New Roman" w:cs="Times New Roman"/>
          <w:sz w:val="24"/>
          <w:szCs w:val="24"/>
        </w:rPr>
        <w:t>ố</w:t>
      </w:r>
      <w:r w:rsidRPr="00710D44">
        <w:rPr>
          <w:rFonts w:ascii="Times New Roman" w:hAnsi="Times New Roman" w:cs="Times New Roman"/>
          <w:sz w:val="24"/>
          <w:szCs w:val="24"/>
        </w:rPr>
        <w:t xml:space="preserve"> khai m</w:t>
      </w:r>
      <w:r w:rsidRPr="00710D44">
        <w:rPr>
          <w:rFonts w:ascii="Times New Roman" w:hAnsi="Times New Roman" w:cs="Times New Roman"/>
          <w:sz w:val="24"/>
          <w:szCs w:val="24"/>
        </w:rPr>
        <w:t>ạ</w:t>
      </w:r>
      <w:r w:rsidRPr="00710D44">
        <w:rPr>
          <w:rFonts w:ascii="Times New Roman" w:hAnsi="Times New Roman" w:cs="Times New Roman"/>
          <w:sz w:val="24"/>
          <w:szCs w:val="24"/>
        </w:rPr>
        <w:t>c cu</w:t>
      </w:r>
      <w:r w:rsidRPr="00710D44">
        <w:rPr>
          <w:rFonts w:ascii="Times New Roman" w:hAnsi="Times New Roman" w:cs="Times New Roman"/>
          <w:sz w:val="24"/>
          <w:szCs w:val="24"/>
        </w:rPr>
        <w:t>ộ</w:t>
      </w:r>
      <w:r w:rsidRPr="00710D44">
        <w:rPr>
          <w:rFonts w:ascii="Times New Roman" w:hAnsi="Times New Roman" w:cs="Times New Roman"/>
          <w:sz w:val="24"/>
          <w:szCs w:val="24"/>
        </w:rPr>
        <w:t>c h</w:t>
      </w:r>
      <w:r w:rsidRPr="00710D44">
        <w:rPr>
          <w:rFonts w:ascii="Times New Roman" w:hAnsi="Times New Roman" w:cs="Times New Roman"/>
          <w:sz w:val="24"/>
          <w:szCs w:val="24"/>
        </w:rPr>
        <w:t>ọ</w:t>
      </w:r>
      <w:r w:rsidRPr="00710D44">
        <w:rPr>
          <w:rFonts w:ascii="Times New Roman" w:hAnsi="Times New Roman" w:cs="Times New Roman"/>
          <w:sz w:val="24"/>
          <w:szCs w:val="24"/>
        </w:rPr>
        <w:t>p BCH CĐCS l</w:t>
      </w:r>
      <w:r w:rsidRPr="00710D44">
        <w:rPr>
          <w:rFonts w:ascii="Times New Roman" w:hAnsi="Times New Roman" w:cs="Times New Roman"/>
          <w:sz w:val="24"/>
          <w:szCs w:val="24"/>
        </w:rPr>
        <w:t>ầ</w:t>
      </w:r>
      <w:r w:rsidRPr="00710D44">
        <w:rPr>
          <w:rFonts w:ascii="Times New Roman" w:hAnsi="Times New Roman" w:cs="Times New Roman"/>
          <w:sz w:val="24"/>
          <w:szCs w:val="24"/>
        </w:rPr>
        <w:t>n th</w:t>
      </w:r>
      <w:r w:rsidRPr="00710D44">
        <w:rPr>
          <w:rFonts w:ascii="Times New Roman" w:hAnsi="Times New Roman" w:cs="Times New Roman"/>
          <w:sz w:val="24"/>
          <w:szCs w:val="24"/>
        </w:rPr>
        <w:t>ứ</w:t>
      </w:r>
      <w:r w:rsidRPr="00710D44">
        <w:rPr>
          <w:rFonts w:ascii="Times New Roman" w:hAnsi="Times New Roman" w:cs="Times New Roman"/>
          <w:sz w:val="24"/>
          <w:szCs w:val="24"/>
        </w:rPr>
        <w:t xml:space="preserve"> I và đ</w:t>
      </w:r>
      <w:r w:rsidRPr="00710D44">
        <w:rPr>
          <w:rFonts w:ascii="Times New Roman" w:hAnsi="Times New Roman" w:cs="Times New Roman"/>
          <w:sz w:val="24"/>
          <w:szCs w:val="24"/>
        </w:rPr>
        <w:t>ề</w:t>
      </w:r>
      <w:r w:rsidRPr="00710D44">
        <w:rPr>
          <w:rFonts w:ascii="Times New Roman" w:hAnsi="Times New Roman" w:cs="Times New Roman"/>
          <w:sz w:val="24"/>
          <w:szCs w:val="24"/>
        </w:rPr>
        <w:t xml:space="preserve"> xu</w:t>
      </w:r>
      <w:r w:rsidRPr="00710D44">
        <w:rPr>
          <w:rFonts w:ascii="Times New Roman" w:hAnsi="Times New Roman" w:cs="Times New Roman"/>
          <w:sz w:val="24"/>
          <w:szCs w:val="24"/>
        </w:rPr>
        <w:t>ấ</w:t>
      </w:r>
      <w:r w:rsidRPr="00710D44">
        <w:rPr>
          <w:rFonts w:ascii="Times New Roman" w:hAnsi="Times New Roman" w:cs="Times New Roman"/>
          <w:sz w:val="24"/>
          <w:szCs w:val="24"/>
        </w:rPr>
        <w:t>t BCH c</w:t>
      </w:r>
      <w:r w:rsidRPr="00710D44">
        <w:rPr>
          <w:rFonts w:ascii="Times New Roman" w:hAnsi="Times New Roman" w:cs="Times New Roman"/>
          <w:sz w:val="24"/>
          <w:szCs w:val="24"/>
        </w:rPr>
        <w:t>ử</w:t>
      </w:r>
      <w:r w:rsidRPr="00710D44">
        <w:rPr>
          <w:rFonts w:ascii="Times New Roman" w:hAnsi="Times New Roman" w:cs="Times New Roman"/>
          <w:sz w:val="24"/>
          <w:szCs w:val="24"/>
        </w:rPr>
        <w:t>: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trì: Ông/Bà …………………………………………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Thư ký: Ông/Bà …………………………………………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K</w:t>
      </w:r>
      <w:r w:rsidRPr="00710D44">
        <w:rPr>
          <w:rFonts w:ascii="Times New Roman" w:hAnsi="Times New Roman" w:cs="Times New Roman"/>
          <w:sz w:val="24"/>
          <w:szCs w:val="24"/>
        </w:rPr>
        <w:t>ế</w:t>
      </w:r>
      <w:r w:rsidRPr="00710D44">
        <w:rPr>
          <w:rFonts w:ascii="Times New Roman" w:hAnsi="Times New Roman" w:cs="Times New Roman"/>
          <w:sz w:val="24"/>
          <w:szCs w:val="24"/>
        </w:rPr>
        <w:t>t qu</w:t>
      </w:r>
      <w:r w:rsidRPr="00710D44">
        <w:rPr>
          <w:rFonts w:ascii="Times New Roman" w:hAnsi="Times New Roman" w:cs="Times New Roman"/>
          <w:sz w:val="24"/>
          <w:szCs w:val="24"/>
        </w:rPr>
        <w:t>ả</w:t>
      </w:r>
      <w:r w:rsidRPr="00710D44">
        <w:rPr>
          <w:rFonts w:ascii="Times New Roman" w:hAnsi="Times New Roman" w:cs="Times New Roman"/>
          <w:sz w:val="24"/>
          <w:szCs w:val="24"/>
        </w:rPr>
        <w:t xml:space="preserve"> bi</w:t>
      </w:r>
      <w:r w:rsidRPr="00710D44">
        <w:rPr>
          <w:rFonts w:ascii="Times New Roman" w:hAnsi="Times New Roman" w:cs="Times New Roman"/>
          <w:sz w:val="24"/>
          <w:szCs w:val="24"/>
        </w:rPr>
        <w:t>ể</w:t>
      </w:r>
      <w:r w:rsidRPr="00710D44">
        <w:rPr>
          <w:rFonts w:ascii="Times New Roman" w:hAnsi="Times New Roman" w:cs="Times New Roman"/>
          <w:sz w:val="24"/>
          <w:szCs w:val="24"/>
        </w:rPr>
        <w:t>u quy</w:t>
      </w:r>
      <w:r w:rsidRPr="00710D44">
        <w:rPr>
          <w:rFonts w:ascii="Times New Roman" w:hAnsi="Times New Roman" w:cs="Times New Roman"/>
          <w:sz w:val="24"/>
          <w:szCs w:val="24"/>
        </w:rPr>
        <w:t>ế</w:t>
      </w:r>
      <w:r w:rsidRPr="00710D44">
        <w:rPr>
          <w:rFonts w:ascii="Times New Roman" w:hAnsi="Times New Roman" w:cs="Times New Roman"/>
          <w:sz w:val="24"/>
          <w:szCs w:val="24"/>
        </w:rPr>
        <w:t xml:space="preserve">t: …/… </w:t>
      </w:r>
      <w:r w:rsidRPr="00710D44">
        <w:rPr>
          <w:rFonts w:ascii="Times New Roman" w:hAnsi="Times New Roman" w:cs="Times New Roman"/>
          <w:sz w:val="24"/>
          <w:szCs w:val="24"/>
        </w:rPr>
        <w:t>ngư</w:t>
      </w:r>
      <w:r w:rsidRPr="00710D44">
        <w:rPr>
          <w:rFonts w:ascii="Times New Roman" w:hAnsi="Times New Roman" w:cs="Times New Roman"/>
          <w:sz w:val="24"/>
          <w:szCs w:val="24"/>
        </w:rPr>
        <w:t>ờ</w:t>
      </w:r>
      <w:r w:rsidRPr="00710D44">
        <w:rPr>
          <w:rFonts w:ascii="Times New Roman" w:hAnsi="Times New Roman" w:cs="Times New Roman"/>
          <w:sz w:val="24"/>
          <w:szCs w:val="24"/>
        </w:rPr>
        <w:t>i tán thành (t</w:t>
      </w:r>
      <w:r w:rsidRPr="00710D44">
        <w:rPr>
          <w:rFonts w:ascii="Times New Roman" w:hAnsi="Times New Roman" w:cs="Times New Roman"/>
          <w:sz w:val="24"/>
          <w:szCs w:val="24"/>
        </w:rPr>
        <w:t>ỷ</w:t>
      </w:r>
      <w:r w:rsidRPr="00710D44">
        <w:rPr>
          <w:rFonts w:ascii="Times New Roman" w:hAnsi="Times New Roman" w:cs="Times New Roman"/>
          <w:sz w:val="24"/>
          <w:szCs w:val="24"/>
        </w:rPr>
        <w:t xml:space="preserve"> l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: … %).</w:t>
      </w:r>
      <w:r w:rsidRPr="00710D44">
        <w:rPr>
          <w:rFonts w:ascii="Times New Roman" w:hAnsi="Times New Roman" w:cs="Times New Roman"/>
          <w:sz w:val="24"/>
          <w:szCs w:val="24"/>
        </w:rPr>
        <w:br/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2. Báo cáo chương trình làm vi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c &amp; n</w:t>
      </w:r>
      <w:r w:rsidRPr="00710D44">
        <w:rPr>
          <w:rFonts w:ascii="Times New Roman" w:hAnsi="Times New Roman" w:cs="Times New Roman"/>
          <w:sz w:val="24"/>
          <w:szCs w:val="24"/>
        </w:rPr>
        <w:t>ộ</w:t>
      </w:r>
      <w:r w:rsidRPr="00710D44">
        <w:rPr>
          <w:rFonts w:ascii="Times New Roman" w:hAnsi="Times New Roman" w:cs="Times New Roman"/>
          <w:sz w:val="24"/>
          <w:szCs w:val="24"/>
        </w:rPr>
        <w:t>i dung cu</w:t>
      </w:r>
      <w:r w:rsidRPr="00710D44">
        <w:rPr>
          <w:rFonts w:ascii="Times New Roman" w:hAnsi="Times New Roman" w:cs="Times New Roman"/>
          <w:sz w:val="24"/>
          <w:szCs w:val="24"/>
        </w:rPr>
        <w:t>ộ</w:t>
      </w:r>
      <w:r w:rsidRPr="00710D44">
        <w:rPr>
          <w:rFonts w:ascii="Times New Roman" w:hAnsi="Times New Roman" w:cs="Times New Roman"/>
          <w:sz w:val="24"/>
          <w:szCs w:val="24"/>
        </w:rPr>
        <w:t>c h</w:t>
      </w:r>
      <w:r w:rsidRPr="00710D44">
        <w:rPr>
          <w:rFonts w:ascii="Times New Roman" w:hAnsi="Times New Roman" w:cs="Times New Roman"/>
          <w:sz w:val="24"/>
          <w:szCs w:val="24"/>
        </w:rPr>
        <w:t>ọ</w:t>
      </w:r>
      <w:r w:rsidRPr="00710D44">
        <w:rPr>
          <w:rFonts w:ascii="Times New Roman" w:hAnsi="Times New Roman" w:cs="Times New Roman"/>
          <w:sz w:val="24"/>
          <w:szCs w:val="24"/>
        </w:rPr>
        <w:t>p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trì cu</w:t>
      </w:r>
      <w:r w:rsidRPr="00710D44">
        <w:rPr>
          <w:rFonts w:ascii="Times New Roman" w:hAnsi="Times New Roman" w:cs="Times New Roman"/>
          <w:sz w:val="24"/>
          <w:szCs w:val="24"/>
        </w:rPr>
        <w:t>ộ</w:t>
      </w:r>
      <w:r w:rsidRPr="00710D44">
        <w:rPr>
          <w:rFonts w:ascii="Times New Roman" w:hAnsi="Times New Roman" w:cs="Times New Roman"/>
          <w:sz w:val="24"/>
          <w:szCs w:val="24"/>
        </w:rPr>
        <w:t>c h</w:t>
      </w:r>
      <w:r w:rsidRPr="00710D44">
        <w:rPr>
          <w:rFonts w:ascii="Times New Roman" w:hAnsi="Times New Roman" w:cs="Times New Roman"/>
          <w:sz w:val="24"/>
          <w:szCs w:val="24"/>
        </w:rPr>
        <w:t>ọ</w:t>
      </w:r>
      <w:r w:rsidRPr="00710D44">
        <w:rPr>
          <w:rFonts w:ascii="Times New Roman" w:hAnsi="Times New Roman" w:cs="Times New Roman"/>
          <w:sz w:val="24"/>
          <w:szCs w:val="24"/>
        </w:rPr>
        <w:t>p trình bày d</w:t>
      </w:r>
      <w:r w:rsidRPr="00710D44">
        <w:rPr>
          <w:rFonts w:ascii="Times New Roman" w:hAnsi="Times New Roman" w:cs="Times New Roman"/>
          <w:sz w:val="24"/>
          <w:szCs w:val="24"/>
        </w:rPr>
        <w:t>ự</w:t>
      </w:r>
      <w:r w:rsidRPr="00710D44">
        <w:rPr>
          <w:rFonts w:ascii="Times New Roman" w:hAnsi="Times New Roman" w:cs="Times New Roman"/>
          <w:sz w:val="24"/>
          <w:szCs w:val="24"/>
        </w:rPr>
        <w:t xml:space="preserve"> th</w:t>
      </w:r>
      <w:r w:rsidRPr="00710D44">
        <w:rPr>
          <w:rFonts w:ascii="Times New Roman" w:hAnsi="Times New Roman" w:cs="Times New Roman"/>
          <w:sz w:val="24"/>
          <w:szCs w:val="24"/>
        </w:rPr>
        <w:t>ả</w:t>
      </w:r>
      <w:r w:rsidRPr="00710D44">
        <w:rPr>
          <w:rFonts w:ascii="Times New Roman" w:hAnsi="Times New Roman" w:cs="Times New Roman"/>
          <w:sz w:val="24"/>
          <w:szCs w:val="24"/>
        </w:rPr>
        <w:t>o chương trình làm vi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c g</w:t>
      </w:r>
      <w:r w:rsidRPr="00710D44">
        <w:rPr>
          <w:rFonts w:ascii="Times New Roman" w:hAnsi="Times New Roman" w:cs="Times New Roman"/>
          <w:sz w:val="24"/>
          <w:szCs w:val="24"/>
        </w:rPr>
        <w:t>ồ</w:t>
      </w:r>
      <w:r w:rsidRPr="00710D44">
        <w:rPr>
          <w:rFonts w:ascii="Times New Roman" w:hAnsi="Times New Roman" w:cs="Times New Roman"/>
          <w:sz w:val="24"/>
          <w:szCs w:val="24"/>
        </w:rPr>
        <w:t>m các n</w:t>
      </w:r>
      <w:r w:rsidRPr="00710D44">
        <w:rPr>
          <w:rFonts w:ascii="Times New Roman" w:hAnsi="Times New Roman" w:cs="Times New Roman"/>
          <w:sz w:val="24"/>
          <w:szCs w:val="24"/>
        </w:rPr>
        <w:t>ộ</w:t>
      </w:r>
      <w:r w:rsidRPr="00710D44">
        <w:rPr>
          <w:rFonts w:ascii="Times New Roman" w:hAnsi="Times New Roman" w:cs="Times New Roman"/>
          <w:sz w:val="24"/>
          <w:szCs w:val="24"/>
        </w:rPr>
        <w:t>i dung chính: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B</w:t>
      </w:r>
      <w:r w:rsidRPr="00710D44">
        <w:rPr>
          <w:rFonts w:ascii="Times New Roman" w:hAnsi="Times New Roman" w:cs="Times New Roman"/>
          <w:sz w:val="24"/>
          <w:szCs w:val="24"/>
        </w:rPr>
        <w:t>ầ</w:t>
      </w:r>
      <w:r w:rsidRPr="00710D44">
        <w:rPr>
          <w:rFonts w:ascii="Times New Roman" w:hAnsi="Times New Roman" w:cs="Times New Roman"/>
          <w:sz w:val="24"/>
          <w:szCs w:val="24"/>
        </w:rPr>
        <w:t>u các ch</w:t>
      </w:r>
      <w:r w:rsidRPr="00710D44">
        <w:rPr>
          <w:rFonts w:ascii="Times New Roman" w:hAnsi="Times New Roman" w:cs="Times New Roman"/>
          <w:sz w:val="24"/>
          <w:szCs w:val="24"/>
        </w:rPr>
        <w:t>ứ</w:t>
      </w:r>
      <w:r w:rsidRPr="00710D44">
        <w:rPr>
          <w:rFonts w:ascii="Times New Roman" w:hAnsi="Times New Roman" w:cs="Times New Roman"/>
          <w:sz w:val="24"/>
          <w:szCs w:val="24"/>
        </w:rPr>
        <w:t>c danh: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t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>ch, Phó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t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 xml:space="preserve">ch, 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>y ban Ki</w:t>
      </w:r>
      <w:r w:rsidRPr="00710D44">
        <w:rPr>
          <w:rFonts w:ascii="Times New Roman" w:hAnsi="Times New Roman" w:cs="Times New Roman"/>
          <w:sz w:val="24"/>
          <w:szCs w:val="24"/>
        </w:rPr>
        <w:t>ể</w:t>
      </w:r>
      <w:r w:rsidRPr="00710D44">
        <w:rPr>
          <w:rFonts w:ascii="Times New Roman" w:hAnsi="Times New Roman" w:cs="Times New Roman"/>
          <w:sz w:val="24"/>
          <w:szCs w:val="24"/>
        </w:rPr>
        <w:t>m tra,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nhi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 xml:space="preserve">m 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>y ban Ki</w:t>
      </w:r>
      <w:r w:rsidRPr="00710D44">
        <w:rPr>
          <w:rFonts w:ascii="Times New Roman" w:hAnsi="Times New Roman" w:cs="Times New Roman"/>
          <w:sz w:val="24"/>
          <w:szCs w:val="24"/>
        </w:rPr>
        <w:t>ể</w:t>
      </w:r>
      <w:r w:rsidRPr="00710D44">
        <w:rPr>
          <w:rFonts w:ascii="Times New Roman" w:hAnsi="Times New Roman" w:cs="Times New Roman"/>
          <w:sz w:val="24"/>
          <w:szCs w:val="24"/>
        </w:rPr>
        <w:t>m tra;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710D44">
        <w:rPr>
          <w:rFonts w:ascii="Times New Roman" w:hAnsi="Times New Roman" w:cs="Times New Roman"/>
          <w:sz w:val="24"/>
          <w:szCs w:val="24"/>
        </w:rPr>
        <w:t>Ch</w:t>
      </w:r>
      <w:r w:rsidRPr="00710D44">
        <w:rPr>
          <w:rFonts w:ascii="Times New Roman" w:hAnsi="Times New Roman" w:cs="Times New Roman"/>
          <w:sz w:val="24"/>
          <w:szCs w:val="24"/>
        </w:rPr>
        <w:t>ỉ</w:t>
      </w:r>
      <w:r w:rsidRPr="00710D44">
        <w:rPr>
          <w:rFonts w:ascii="Times New Roman" w:hAnsi="Times New Roman" w:cs="Times New Roman"/>
          <w:sz w:val="24"/>
          <w:szCs w:val="24"/>
        </w:rPr>
        <w:t xml:space="preserve"> đ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>nh thành viên Ban N</w:t>
      </w:r>
      <w:r w:rsidRPr="00710D44">
        <w:rPr>
          <w:rFonts w:ascii="Times New Roman" w:hAnsi="Times New Roman" w:cs="Times New Roman"/>
          <w:sz w:val="24"/>
          <w:szCs w:val="24"/>
        </w:rPr>
        <w:t>ữ</w:t>
      </w:r>
      <w:r w:rsidRPr="00710D44">
        <w:rPr>
          <w:rFonts w:ascii="Times New Roman" w:hAnsi="Times New Roman" w:cs="Times New Roman"/>
          <w:sz w:val="24"/>
          <w:szCs w:val="24"/>
        </w:rPr>
        <w:t xml:space="preserve"> công CĐCS;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Th</w:t>
      </w:r>
      <w:r w:rsidRPr="00710D44">
        <w:rPr>
          <w:rFonts w:ascii="Times New Roman" w:hAnsi="Times New Roman" w:cs="Times New Roman"/>
          <w:sz w:val="24"/>
          <w:szCs w:val="24"/>
        </w:rPr>
        <w:t>ả</w:t>
      </w:r>
      <w:r w:rsidRPr="00710D44">
        <w:rPr>
          <w:rFonts w:ascii="Times New Roman" w:hAnsi="Times New Roman" w:cs="Times New Roman"/>
          <w:sz w:val="24"/>
          <w:szCs w:val="24"/>
        </w:rPr>
        <w:t>o lu</w:t>
      </w:r>
      <w:r w:rsidRPr="00710D44">
        <w:rPr>
          <w:rFonts w:ascii="Times New Roman" w:hAnsi="Times New Roman" w:cs="Times New Roman"/>
          <w:sz w:val="24"/>
          <w:szCs w:val="24"/>
        </w:rPr>
        <w:t>ậ</w:t>
      </w:r>
      <w:r w:rsidRPr="00710D44">
        <w:rPr>
          <w:rFonts w:ascii="Times New Roman" w:hAnsi="Times New Roman" w:cs="Times New Roman"/>
          <w:sz w:val="24"/>
          <w:szCs w:val="24"/>
        </w:rPr>
        <w:t>n tr</w:t>
      </w:r>
      <w:r w:rsidRPr="00710D44">
        <w:rPr>
          <w:rFonts w:ascii="Times New Roman" w:hAnsi="Times New Roman" w:cs="Times New Roman"/>
          <w:sz w:val="24"/>
          <w:szCs w:val="24"/>
        </w:rPr>
        <w:t>ọ</w:t>
      </w:r>
      <w:r w:rsidRPr="00710D44">
        <w:rPr>
          <w:rFonts w:ascii="Times New Roman" w:hAnsi="Times New Roman" w:cs="Times New Roman"/>
          <w:sz w:val="24"/>
          <w:szCs w:val="24"/>
        </w:rPr>
        <w:t>ng tâm công vi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c trong tháng t</w:t>
      </w:r>
      <w:r w:rsidRPr="00710D44">
        <w:rPr>
          <w:rFonts w:ascii="Times New Roman" w:hAnsi="Times New Roman" w:cs="Times New Roman"/>
          <w:sz w:val="24"/>
          <w:szCs w:val="24"/>
        </w:rPr>
        <w:t>ớ</w:t>
      </w:r>
      <w:r w:rsidRPr="00710D44">
        <w:rPr>
          <w:rFonts w:ascii="Times New Roman" w:hAnsi="Times New Roman" w:cs="Times New Roman"/>
          <w:sz w:val="24"/>
          <w:szCs w:val="24"/>
        </w:rPr>
        <w:t>i;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Sau khi trao đ</w:t>
      </w:r>
      <w:r w:rsidRPr="00710D44">
        <w:rPr>
          <w:rFonts w:ascii="Times New Roman" w:hAnsi="Times New Roman" w:cs="Times New Roman"/>
          <w:sz w:val="24"/>
          <w:szCs w:val="24"/>
        </w:rPr>
        <w:t>ổ</w:t>
      </w:r>
      <w:r w:rsidRPr="00710D44">
        <w:rPr>
          <w:rFonts w:ascii="Times New Roman" w:hAnsi="Times New Roman" w:cs="Times New Roman"/>
          <w:sz w:val="24"/>
          <w:szCs w:val="24"/>
        </w:rPr>
        <w:t>i, BCH bi</w:t>
      </w:r>
      <w:r w:rsidRPr="00710D44">
        <w:rPr>
          <w:rFonts w:ascii="Times New Roman" w:hAnsi="Times New Roman" w:cs="Times New Roman"/>
          <w:sz w:val="24"/>
          <w:szCs w:val="24"/>
        </w:rPr>
        <w:t>ể</w:t>
      </w:r>
      <w:r w:rsidRPr="00710D44">
        <w:rPr>
          <w:rFonts w:ascii="Times New Roman" w:hAnsi="Times New Roman" w:cs="Times New Roman"/>
          <w:sz w:val="24"/>
          <w:szCs w:val="24"/>
        </w:rPr>
        <w:t>u quy</w:t>
      </w:r>
      <w:r w:rsidRPr="00710D44">
        <w:rPr>
          <w:rFonts w:ascii="Times New Roman" w:hAnsi="Times New Roman" w:cs="Times New Roman"/>
          <w:sz w:val="24"/>
          <w:szCs w:val="24"/>
        </w:rPr>
        <w:t>ế</w:t>
      </w:r>
      <w:r w:rsidRPr="00710D44">
        <w:rPr>
          <w:rFonts w:ascii="Times New Roman" w:hAnsi="Times New Roman" w:cs="Times New Roman"/>
          <w:sz w:val="24"/>
          <w:szCs w:val="24"/>
        </w:rPr>
        <w:t>t thông qua chương trình làm vi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c v</w:t>
      </w:r>
      <w:r w:rsidRPr="00710D44">
        <w:rPr>
          <w:rFonts w:ascii="Times New Roman" w:hAnsi="Times New Roman" w:cs="Times New Roman"/>
          <w:sz w:val="24"/>
          <w:szCs w:val="24"/>
        </w:rPr>
        <w:t>ớ</w:t>
      </w:r>
      <w:r w:rsidRPr="00710D44">
        <w:rPr>
          <w:rFonts w:ascii="Times New Roman" w:hAnsi="Times New Roman" w:cs="Times New Roman"/>
          <w:sz w:val="24"/>
          <w:szCs w:val="24"/>
        </w:rPr>
        <w:t>i k</w:t>
      </w:r>
      <w:r w:rsidRPr="00710D44">
        <w:rPr>
          <w:rFonts w:ascii="Times New Roman" w:hAnsi="Times New Roman" w:cs="Times New Roman"/>
          <w:sz w:val="24"/>
          <w:szCs w:val="24"/>
        </w:rPr>
        <w:t>ế</w:t>
      </w:r>
      <w:r w:rsidRPr="00710D44">
        <w:rPr>
          <w:rFonts w:ascii="Times New Roman" w:hAnsi="Times New Roman" w:cs="Times New Roman"/>
          <w:sz w:val="24"/>
          <w:szCs w:val="24"/>
        </w:rPr>
        <w:t>t qu</w:t>
      </w:r>
      <w:r w:rsidRPr="00710D44">
        <w:rPr>
          <w:rFonts w:ascii="Times New Roman" w:hAnsi="Times New Roman" w:cs="Times New Roman"/>
          <w:sz w:val="24"/>
          <w:szCs w:val="24"/>
        </w:rPr>
        <w:t>ả</w:t>
      </w:r>
      <w:r w:rsidRPr="00710D44">
        <w:rPr>
          <w:rFonts w:ascii="Times New Roman" w:hAnsi="Times New Roman" w:cs="Times New Roman"/>
          <w:sz w:val="24"/>
          <w:szCs w:val="24"/>
        </w:rPr>
        <w:t>: …/… ngư</w:t>
      </w:r>
      <w:r w:rsidRPr="00710D44">
        <w:rPr>
          <w:rFonts w:ascii="Times New Roman" w:hAnsi="Times New Roman" w:cs="Times New Roman"/>
          <w:sz w:val="24"/>
          <w:szCs w:val="24"/>
        </w:rPr>
        <w:t>ờ</w:t>
      </w:r>
      <w:r w:rsidRPr="00710D44">
        <w:rPr>
          <w:rFonts w:ascii="Times New Roman" w:hAnsi="Times New Roman" w:cs="Times New Roman"/>
          <w:sz w:val="24"/>
          <w:szCs w:val="24"/>
        </w:rPr>
        <w:t>i (t</w:t>
      </w:r>
      <w:r w:rsidRPr="00710D44">
        <w:rPr>
          <w:rFonts w:ascii="Times New Roman" w:hAnsi="Times New Roman" w:cs="Times New Roman"/>
          <w:sz w:val="24"/>
          <w:szCs w:val="24"/>
        </w:rPr>
        <w:t>ỷ</w:t>
      </w:r>
      <w:r w:rsidRPr="00710D44">
        <w:rPr>
          <w:rFonts w:ascii="Times New Roman" w:hAnsi="Times New Roman" w:cs="Times New Roman"/>
          <w:sz w:val="24"/>
          <w:szCs w:val="24"/>
        </w:rPr>
        <w:t xml:space="preserve"> l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: … %).</w:t>
      </w:r>
      <w:r w:rsidRPr="00710D44">
        <w:rPr>
          <w:rFonts w:ascii="Times New Roman" w:hAnsi="Times New Roman" w:cs="Times New Roman"/>
          <w:sz w:val="24"/>
          <w:szCs w:val="24"/>
        </w:rPr>
        <w:br/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3. K</w:t>
      </w:r>
      <w:r w:rsidRPr="00710D44">
        <w:rPr>
          <w:rFonts w:ascii="Times New Roman" w:hAnsi="Times New Roman" w:cs="Times New Roman"/>
          <w:sz w:val="24"/>
          <w:szCs w:val="24"/>
        </w:rPr>
        <w:t>ế</w:t>
      </w:r>
      <w:r w:rsidRPr="00710D44">
        <w:rPr>
          <w:rFonts w:ascii="Times New Roman" w:hAnsi="Times New Roman" w:cs="Times New Roman"/>
          <w:sz w:val="24"/>
          <w:szCs w:val="24"/>
        </w:rPr>
        <w:t>t qu</w:t>
      </w:r>
      <w:r w:rsidRPr="00710D44">
        <w:rPr>
          <w:rFonts w:ascii="Times New Roman" w:hAnsi="Times New Roman" w:cs="Times New Roman"/>
          <w:sz w:val="24"/>
          <w:szCs w:val="24"/>
        </w:rPr>
        <w:t>ả</w:t>
      </w:r>
      <w:r w:rsidRPr="00710D44">
        <w:rPr>
          <w:rFonts w:ascii="Times New Roman" w:hAnsi="Times New Roman" w:cs="Times New Roman"/>
          <w:sz w:val="24"/>
          <w:szCs w:val="24"/>
        </w:rPr>
        <w:t xml:space="preserve"> b</w:t>
      </w:r>
      <w:r w:rsidRPr="00710D44">
        <w:rPr>
          <w:rFonts w:ascii="Times New Roman" w:hAnsi="Times New Roman" w:cs="Times New Roman"/>
          <w:sz w:val="24"/>
          <w:szCs w:val="24"/>
        </w:rPr>
        <w:t>ầ</w:t>
      </w:r>
      <w:r w:rsidRPr="00710D44">
        <w:rPr>
          <w:rFonts w:ascii="Times New Roman" w:hAnsi="Times New Roman" w:cs="Times New Roman"/>
          <w:sz w:val="24"/>
          <w:szCs w:val="24"/>
        </w:rPr>
        <w:t>u c</w:t>
      </w:r>
      <w:r w:rsidRPr="00710D44">
        <w:rPr>
          <w:rFonts w:ascii="Times New Roman" w:hAnsi="Times New Roman" w:cs="Times New Roman"/>
          <w:sz w:val="24"/>
          <w:szCs w:val="24"/>
        </w:rPr>
        <w:t>ử</w:t>
      </w:r>
      <w:r w:rsidRPr="00710D44">
        <w:rPr>
          <w:rFonts w:ascii="Times New Roman" w:hAnsi="Times New Roman" w:cs="Times New Roman"/>
          <w:sz w:val="24"/>
          <w:szCs w:val="24"/>
        </w:rPr>
        <w:t xml:space="preserve"> và ch</w:t>
      </w:r>
      <w:r w:rsidRPr="00710D44">
        <w:rPr>
          <w:rFonts w:ascii="Times New Roman" w:hAnsi="Times New Roman" w:cs="Times New Roman"/>
          <w:sz w:val="24"/>
          <w:szCs w:val="24"/>
        </w:rPr>
        <w:t>ỉ</w:t>
      </w:r>
      <w:r w:rsidRPr="00710D44">
        <w:rPr>
          <w:rFonts w:ascii="Times New Roman" w:hAnsi="Times New Roman" w:cs="Times New Roman"/>
          <w:sz w:val="24"/>
          <w:szCs w:val="24"/>
        </w:rPr>
        <w:t xml:space="preserve"> đ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>nh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3.1. BCH đã ti</w:t>
      </w:r>
      <w:r w:rsidRPr="00710D44">
        <w:rPr>
          <w:rFonts w:ascii="Times New Roman" w:hAnsi="Times New Roman" w:cs="Times New Roman"/>
          <w:sz w:val="24"/>
          <w:szCs w:val="24"/>
        </w:rPr>
        <w:t>ế</w:t>
      </w:r>
      <w:r w:rsidRPr="00710D44">
        <w:rPr>
          <w:rFonts w:ascii="Times New Roman" w:hAnsi="Times New Roman" w:cs="Times New Roman"/>
          <w:sz w:val="24"/>
          <w:szCs w:val="24"/>
        </w:rPr>
        <w:t>n hành b</w:t>
      </w:r>
      <w:r w:rsidRPr="00710D44">
        <w:rPr>
          <w:rFonts w:ascii="Times New Roman" w:hAnsi="Times New Roman" w:cs="Times New Roman"/>
          <w:sz w:val="24"/>
          <w:szCs w:val="24"/>
        </w:rPr>
        <w:t>ầ</w:t>
      </w:r>
      <w:r w:rsidRPr="00710D44">
        <w:rPr>
          <w:rFonts w:ascii="Times New Roman" w:hAnsi="Times New Roman" w:cs="Times New Roman"/>
          <w:sz w:val="24"/>
          <w:szCs w:val="24"/>
        </w:rPr>
        <w:t>u các ch</w:t>
      </w:r>
      <w:r w:rsidRPr="00710D44">
        <w:rPr>
          <w:rFonts w:ascii="Times New Roman" w:hAnsi="Times New Roman" w:cs="Times New Roman"/>
          <w:sz w:val="24"/>
          <w:szCs w:val="24"/>
        </w:rPr>
        <w:t>ứ</w:t>
      </w:r>
      <w:r w:rsidRPr="00710D44">
        <w:rPr>
          <w:rFonts w:ascii="Times New Roman" w:hAnsi="Times New Roman" w:cs="Times New Roman"/>
          <w:sz w:val="24"/>
          <w:szCs w:val="24"/>
        </w:rPr>
        <w:t>c d</w:t>
      </w:r>
      <w:r w:rsidRPr="00710D44">
        <w:rPr>
          <w:rFonts w:ascii="Times New Roman" w:hAnsi="Times New Roman" w:cs="Times New Roman"/>
          <w:sz w:val="24"/>
          <w:szCs w:val="24"/>
        </w:rPr>
        <w:t>anh như sau: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t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>ch CĐCS: Ông/Bà …………………………………………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Phó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t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>ch CĐCS: Ông/Bà …………………………………………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Phó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t</w:t>
      </w:r>
      <w:r w:rsidRPr="00710D44">
        <w:rPr>
          <w:rFonts w:ascii="Times New Roman" w:hAnsi="Times New Roman" w:cs="Times New Roman"/>
          <w:sz w:val="24"/>
          <w:szCs w:val="24"/>
        </w:rPr>
        <w:t>ị</w:t>
      </w:r>
      <w:r w:rsidRPr="00710D44">
        <w:rPr>
          <w:rFonts w:ascii="Times New Roman" w:hAnsi="Times New Roman" w:cs="Times New Roman"/>
          <w:sz w:val="24"/>
          <w:szCs w:val="24"/>
        </w:rPr>
        <w:t>ch CĐCS: Ông/Bà …………………………………………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Trư</w:t>
      </w:r>
      <w:r w:rsidRPr="00710D44">
        <w:rPr>
          <w:rFonts w:ascii="Times New Roman" w:hAnsi="Times New Roman" w:cs="Times New Roman"/>
          <w:sz w:val="24"/>
          <w:szCs w:val="24"/>
        </w:rPr>
        <w:t>ở</w:t>
      </w:r>
      <w:r w:rsidRPr="00710D44">
        <w:rPr>
          <w:rFonts w:ascii="Times New Roman" w:hAnsi="Times New Roman" w:cs="Times New Roman"/>
          <w:sz w:val="24"/>
          <w:szCs w:val="24"/>
        </w:rPr>
        <w:t>ng Ban N</w:t>
      </w:r>
      <w:r w:rsidRPr="00710D44">
        <w:rPr>
          <w:rFonts w:ascii="Times New Roman" w:hAnsi="Times New Roman" w:cs="Times New Roman"/>
          <w:sz w:val="24"/>
          <w:szCs w:val="24"/>
        </w:rPr>
        <w:t>ữ</w:t>
      </w:r>
      <w:r w:rsidRPr="00710D44">
        <w:rPr>
          <w:rFonts w:ascii="Times New Roman" w:hAnsi="Times New Roman" w:cs="Times New Roman"/>
          <w:sz w:val="24"/>
          <w:szCs w:val="24"/>
        </w:rPr>
        <w:t xml:space="preserve"> công CĐCS: Ông/Bà …………………………………………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 xml:space="preserve">- 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>y viên BCH: Ông/Bà …………………………………………</w:t>
      </w:r>
      <w:r w:rsidRPr="00710D44">
        <w:rPr>
          <w:rFonts w:ascii="Times New Roman" w:hAnsi="Times New Roman" w:cs="Times New Roman"/>
          <w:sz w:val="24"/>
          <w:szCs w:val="24"/>
        </w:rPr>
        <w:br/>
      </w:r>
      <w:r w:rsidRPr="00710D44">
        <w:rPr>
          <w:rFonts w:ascii="Times New Roman" w:hAnsi="Times New Roman" w:cs="Times New Roman"/>
          <w:sz w:val="24"/>
          <w:szCs w:val="24"/>
        </w:rPr>
        <w:t xml:space="preserve">  Ông/Bà …………………………………………</w:t>
      </w:r>
      <w:r w:rsidRPr="00710D44">
        <w:rPr>
          <w:rFonts w:ascii="Times New Roman" w:hAnsi="Times New Roman" w:cs="Times New Roman"/>
          <w:sz w:val="24"/>
          <w:szCs w:val="24"/>
        </w:rPr>
        <w:br/>
        <w:t xml:space="preserve">  Ông/Bà …………………………………………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3.2. BCH đã b</w:t>
      </w:r>
      <w:r w:rsidRPr="00710D44">
        <w:rPr>
          <w:rFonts w:ascii="Times New Roman" w:hAnsi="Times New Roman" w:cs="Times New Roman"/>
          <w:sz w:val="24"/>
          <w:szCs w:val="24"/>
        </w:rPr>
        <w:t>ầ</w:t>
      </w:r>
      <w:r w:rsidRPr="00710D44">
        <w:rPr>
          <w:rFonts w:ascii="Times New Roman" w:hAnsi="Times New Roman" w:cs="Times New Roman"/>
          <w:sz w:val="24"/>
          <w:szCs w:val="24"/>
        </w:rPr>
        <w:t xml:space="preserve">u ra 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>y ban Ki</w:t>
      </w:r>
      <w:r w:rsidRPr="00710D44">
        <w:rPr>
          <w:rFonts w:ascii="Times New Roman" w:hAnsi="Times New Roman" w:cs="Times New Roman"/>
          <w:sz w:val="24"/>
          <w:szCs w:val="24"/>
        </w:rPr>
        <w:t>ể</w:t>
      </w:r>
      <w:r w:rsidRPr="00710D44">
        <w:rPr>
          <w:rFonts w:ascii="Times New Roman" w:hAnsi="Times New Roman" w:cs="Times New Roman"/>
          <w:sz w:val="24"/>
          <w:szCs w:val="24"/>
        </w:rPr>
        <w:t>m tra g</w:t>
      </w:r>
      <w:r w:rsidRPr="00710D44">
        <w:rPr>
          <w:rFonts w:ascii="Times New Roman" w:hAnsi="Times New Roman" w:cs="Times New Roman"/>
          <w:sz w:val="24"/>
          <w:szCs w:val="24"/>
        </w:rPr>
        <w:t>ồ</w:t>
      </w:r>
      <w:r w:rsidRPr="00710D44">
        <w:rPr>
          <w:rFonts w:ascii="Times New Roman" w:hAnsi="Times New Roman" w:cs="Times New Roman"/>
          <w:sz w:val="24"/>
          <w:szCs w:val="24"/>
        </w:rPr>
        <w:t>m … thành viên và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nhi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 xml:space="preserve">m 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>y ban Ki</w:t>
      </w:r>
      <w:r w:rsidRPr="00710D44">
        <w:rPr>
          <w:rFonts w:ascii="Times New Roman" w:hAnsi="Times New Roman" w:cs="Times New Roman"/>
          <w:sz w:val="24"/>
          <w:szCs w:val="24"/>
        </w:rPr>
        <w:t>ể</w:t>
      </w:r>
      <w:r w:rsidRPr="00710D44">
        <w:rPr>
          <w:rFonts w:ascii="Times New Roman" w:hAnsi="Times New Roman" w:cs="Times New Roman"/>
          <w:sz w:val="24"/>
          <w:szCs w:val="24"/>
        </w:rPr>
        <w:t>m tra: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- Ch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 xml:space="preserve"> nhi</w:t>
      </w:r>
      <w:r w:rsidRPr="00710D44">
        <w:rPr>
          <w:rFonts w:ascii="Times New Roman" w:hAnsi="Times New Roman" w:cs="Times New Roman"/>
          <w:sz w:val="24"/>
          <w:szCs w:val="24"/>
        </w:rPr>
        <w:t>ệ</w:t>
      </w:r>
      <w:r w:rsidRPr="00710D44">
        <w:rPr>
          <w:rFonts w:ascii="Times New Roman" w:hAnsi="Times New Roman" w:cs="Times New Roman"/>
          <w:sz w:val="24"/>
          <w:szCs w:val="24"/>
        </w:rPr>
        <w:t>m: Ông/Bà …………………………………………</w:t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 xml:space="preserve">- </w:t>
      </w:r>
      <w:r w:rsidRPr="00710D44">
        <w:rPr>
          <w:rFonts w:ascii="Times New Roman" w:hAnsi="Times New Roman" w:cs="Times New Roman"/>
          <w:sz w:val="24"/>
          <w:szCs w:val="24"/>
        </w:rPr>
        <w:t>Ủ</w:t>
      </w:r>
      <w:r w:rsidRPr="00710D44">
        <w:rPr>
          <w:rFonts w:ascii="Times New Roman" w:hAnsi="Times New Roman" w:cs="Times New Roman"/>
          <w:sz w:val="24"/>
          <w:szCs w:val="24"/>
        </w:rPr>
        <w:t>y viên: Ông/Bà …………………………………………</w:t>
      </w:r>
      <w:r w:rsidRPr="00710D44">
        <w:rPr>
          <w:rFonts w:ascii="Times New Roman" w:hAnsi="Times New Roman" w:cs="Times New Roman"/>
          <w:sz w:val="24"/>
          <w:szCs w:val="24"/>
        </w:rPr>
        <w:br/>
        <w:t xml:space="preserve">  Ông/Bà …………………………………………</w:t>
      </w:r>
      <w:r w:rsidRPr="00710D44">
        <w:rPr>
          <w:rFonts w:ascii="Times New Roman" w:hAnsi="Times New Roman" w:cs="Times New Roman"/>
          <w:sz w:val="24"/>
          <w:szCs w:val="24"/>
        </w:rPr>
        <w:br/>
      </w:r>
    </w:p>
    <w:p w:rsidR="007A7598" w:rsidRPr="00710D44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4. L</w:t>
      </w:r>
      <w:r w:rsidRPr="00710D44">
        <w:rPr>
          <w:rFonts w:ascii="Times New Roman" w:hAnsi="Times New Roman" w:cs="Times New Roman"/>
          <w:sz w:val="24"/>
          <w:szCs w:val="24"/>
        </w:rPr>
        <w:t>ậ</w:t>
      </w:r>
      <w:r w:rsidRPr="00710D44">
        <w:rPr>
          <w:rFonts w:ascii="Times New Roman" w:hAnsi="Times New Roman" w:cs="Times New Roman"/>
          <w:sz w:val="24"/>
          <w:szCs w:val="24"/>
        </w:rPr>
        <w:t>p biên b</w:t>
      </w:r>
      <w:r w:rsidRPr="00710D44">
        <w:rPr>
          <w:rFonts w:ascii="Times New Roman" w:hAnsi="Times New Roman" w:cs="Times New Roman"/>
          <w:sz w:val="24"/>
          <w:szCs w:val="24"/>
        </w:rPr>
        <w:t>ả</w:t>
      </w:r>
      <w:r w:rsidRPr="00710D44">
        <w:rPr>
          <w:rFonts w:ascii="Times New Roman" w:hAnsi="Times New Roman" w:cs="Times New Roman"/>
          <w:sz w:val="24"/>
          <w:szCs w:val="24"/>
        </w:rPr>
        <w:t>n &amp; k</w:t>
      </w:r>
      <w:r w:rsidRPr="00710D44">
        <w:rPr>
          <w:rFonts w:ascii="Times New Roman" w:hAnsi="Times New Roman" w:cs="Times New Roman"/>
          <w:sz w:val="24"/>
          <w:szCs w:val="24"/>
        </w:rPr>
        <w:t>ế</w:t>
      </w:r>
      <w:r w:rsidRPr="00710D44">
        <w:rPr>
          <w:rFonts w:ascii="Times New Roman" w:hAnsi="Times New Roman" w:cs="Times New Roman"/>
          <w:sz w:val="24"/>
          <w:szCs w:val="24"/>
        </w:rPr>
        <w:t>t t</w:t>
      </w:r>
      <w:r w:rsidRPr="00710D44">
        <w:rPr>
          <w:rFonts w:ascii="Times New Roman" w:hAnsi="Times New Roman" w:cs="Times New Roman"/>
          <w:sz w:val="24"/>
          <w:szCs w:val="24"/>
        </w:rPr>
        <w:t>húc cu</w:t>
      </w:r>
      <w:r w:rsidRPr="00710D44">
        <w:rPr>
          <w:rFonts w:ascii="Times New Roman" w:hAnsi="Times New Roman" w:cs="Times New Roman"/>
          <w:sz w:val="24"/>
          <w:szCs w:val="24"/>
        </w:rPr>
        <w:t>ộ</w:t>
      </w:r>
      <w:r w:rsidRPr="00710D44">
        <w:rPr>
          <w:rFonts w:ascii="Times New Roman" w:hAnsi="Times New Roman" w:cs="Times New Roman"/>
          <w:sz w:val="24"/>
          <w:szCs w:val="24"/>
        </w:rPr>
        <w:t>c h</w:t>
      </w:r>
      <w:r w:rsidRPr="00710D44">
        <w:rPr>
          <w:rFonts w:ascii="Times New Roman" w:hAnsi="Times New Roman" w:cs="Times New Roman"/>
          <w:sz w:val="24"/>
          <w:szCs w:val="24"/>
        </w:rPr>
        <w:t>ọ</w:t>
      </w:r>
      <w:r w:rsidRPr="00710D44">
        <w:rPr>
          <w:rFonts w:ascii="Times New Roman" w:hAnsi="Times New Roman" w:cs="Times New Roman"/>
          <w:sz w:val="24"/>
          <w:szCs w:val="24"/>
        </w:rPr>
        <w:t>p</w:t>
      </w:r>
    </w:p>
    <w:p w:rsidR="007A7598" w:rsidRDefault="00710D44">
      <w:pPr>
        <w:rPr>
          <w:rFonts w:ascii="Times New Roman" w:hAnsi="Times New Roman" w:cs="Times New Roman"/>
          <w:sz w:val="24"/>
          <w:szCs w:val="24"/>
        </w:rPr>
      </w:pPr>
      <w:r w:rsidRPr="00710D44">
        <w:rPr>
          <w:rFonts w:ascii="Times New Roman" w:hAnsi="Times New Roman" w:cs="Times New Roman"/>
          <w:sz w:val="24"/>
          <w:szCs w:val="24"/>
        </w:rPr>
        <w:t>Biên b</w:t>
      </w:r>
      <w:r w:rsidRPr="00710D44">
        <w:rPr>
          <w:rFonts w:ascii="Times New Roman" w:hAnsi="Times New Roman" w:cs="Times New Roman"/>
          <w:sz w:val="24"/>
          <w:szCs w:val="24"/>
        </w:rPr>
        <w:t>ả</w:t>
      </w:r>
      <w:r w:rsidRPr="00710D44">
        <w:rPr>
          <w:rFonts w:ascii="Times New Roman" w:hAnsi="Times New Roman" w:cs="Times New Roman"/>
          <w:sz w:val="24"/>
          <w:szCs w:val="24"/>
        </w:rPr>
        <w:t>n này đư</w:t>
      </w:r>
      <w:r w:rsidRPr="00710D44">
        <w:rPr>
          <w:rFonts w:ascii="Times New Roman" w:hAnsi="Times New Roman" w:cs="Times New Roman"/>
          <w:sz w:val="24"/>
          <w:szCs w:val="24"/>
        </w:rPr>
        <w:t>ợ</w:t>
      </w:r>
      <w:r w:rsidRPr="00710D44">
        <w:rPr>
          <w:rFonts w:ascii="Times New Roman" w:hAnsi="Times New Roman" w:cs="Times New Roman"/>
          <w:sz w:val="24"/>
          <w:szCs w:val="24"/>
        </w:rPr>
        <w:t>c l</w:t>
      </w:r>
      <w:r w:rsidRPr="00710D44">
        <w:rPr>
          <w:rFonts w:ascii="Times New Roman" w:hAnsi="Times New Roman" w:cs="Times New Roman"/>
          <w:sz w:val="24"/>
          <w:szCs w:val="24"/>
        </w:rPr>
        <w:t>ậ</w:t>
      </w:r>
      <w:r w:rsidRPr="00710D44">
        <w:rPr>
          <w:rFonts w:ascii="Times New Roman" w:hAnsi="Times New Roman" w:cs="Times New Roman"/>
          <w:sz w:val="24"/>
          <w:szCs w:val="24"/>
        </w:rPr>
        <w:t>p vào lúc … gi</w:t>
      </w:r>
      <w:r w:rsidRPr="00710D44">
        <w:rPr>
          <w:rFonts w:ascii="Times New Roman" w:hAnsi="Times New Roman" w:cs="Times New Roman"/>
          <w:sz w:val="24"/>
          <w:szCs w:val="24"/>
        </w:rPr>
        <w:t>ờ</w:t>
      </w:r>
      <w:r w:rsidRPr="00710D44">
        <w:rPr>
          <w:rFonts w:ascii="Times New Roman" w:hAnsi="Times New Roman" w:cs="Times New Roman"/>
          <w:sz w:val="24"/>
          <w:szCs w:val="24"/>
        </w:rPr>
        <w:t xml:space="preserve"> … phút cùng ngày, sau khi thư ký đ</w:t>
      </w:r>
      <w:r w:rsidRPr="00710D44">
        <w:rPr>
          <w:rFonts w:ascii="Times New Roman" w:hAnsi="Times New Roman" w:cs="Times New Roman"/>
          <w:sz w:val="24"/>
          <w:szCs w:val="24"/>
        </w:rPr>
        <w:t>ọ</w:t>
      </w:r>
      <w:r w:rsidRPr="00710D44">
        <w:rPr>
          <w:rFonts w:ascii="Times New Roman" w:hAnsi="Times New Roman" w:cs="Times New Roman"/>
          <w:sz w:val="24"/>
          <w:szCs w:val="24"/>
        </w:rPr>
        <w:t>c l</w:t>
      </w:r>
      <w:r w:rsidRPr="00710D44">
        <w:rPr>
          <w:rFonts w:ascii="Times New Roman" w:hAnsi="Times New Roman" w:cs="Times New Roman"/>
          <w:sz w:val="24"/>
          <w:szCs w:val="24"/>
        </w:rPr>
        <w:t>ạ</w:t>
      </w:r>
      <w:r w:rsidRPr="00710D44">
        <w:rPr>
          <w:rFonts w:ascii="Times New Roman" w:hAnsi="Times New Roman" w:cs="Times New Roman"/>
          <w:sz w:val="24"/>
          <w:szCs w:val="24"/>
        </w:rPr>
        <w:t>i cho t</w:t>
      </w:r>
      <w:r w:rsidRPr="00710D44">
        <w:rPr>
          <w:rFonts w:ascii="Times New Roman" w:hAnsi="Times New Roman" w:cs="Times New Roman"/>
          <w:sz w:val="24"/>
          <w:szCs w:val="24"/>
        </w:rPr>
        <w:t>ấ</w:t>
      </w:r>
      <w:r w:rsidRPr="00710D44">
        <w:rPr>
          <w:rFonts w:ascii="Times New Roman" w:hAnsi="Times New Roman" w:cs="Times New Roman"/>
          <w:sz w:val="24"/>
          <w:szCs w:val="24"/>
        </w:rPr>
        <w:t>t c</w:t>
      </w:r>
      <w:r w:rsidRPr="00710D44">
        <w:rPr>
          <w:rFonts w:ascii="Times New Roman" w:hAnsi="Times New Roman" w:cs="Times New Roman"/>
          <w:sz w:val="24"/>
          <w:szCs w:val="24"/>
        </w:rPr>
        <w:t>ả</w:t>
      </w:r>
      <w:r w:rsidRPr="00710D4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710D44">
        <w:rPr>
          <w:rFonts w:ascii="Times New Roman" w:hAnsi="Times New Roman" w:cs="Times New Roman"/>
          <w:sz w:val="24"/>
          <w:szCs w:val="24"/>
        </w:rPr>
        <w:t>thành viên d</w:t>
      </w:r>
      <w:r w:rsidRPr="00710D44">
        <w:rPr>
          <w:rFonts w:ascii="Times New Roman" w:hAnsi="Times New Roman" w:cs="Times New Roman"/>
          <w:sz w:val="24"/>
          <w:szCs w:val="24"/>
        </w:rPr>
        <w:t>ự</w:t>
      </w:r>
      <w:r w:rsidRPr="00710D44">
        <w:rPr>
          <w:rFonts w:ascii="Times New Roman" w:hAnsi="Times New Roman" w:cs="Times New Roman"/>
          <w:sz w:val="24"/>
          <w:szCs w:val="24"/>
        </w:rPr>
        <w:t xml:space="preserve"> h</w:t>
      </w:r>
      <w:r w:rsidRPr="00710D44">
        <w:rPr>
          <w:rFonts w:ascii="Times New Roman" w:hAnsi="Times New Roman" w:cs="Times New Roman"/>
          <w:sz w:val="24"/>
          <w:szCs w:val="24"/>
        </w:rPr>
        <w:t>ọ</w:t>
      </w:r>
      <w:r w:rsidRPr="00710D44">
        <w:rPr>
          <w:rFonts w:ascii="Times New Roman" w:hAnsi="Times New Roman" w:cs="Times New Roman"/>
          <w:sz w:val="24"/>
          <w:szCs w:val="24"/>
        </w:rPr>
        <w:t>p cùng nghe và th</w:t>
      </w:r>
      <w:r w:rsidRPr="00710D44">
        <w:rPr>
          <w:rFonts w:ascii="Times New Roman" w:hAnsi="Times New Roman" w:cs="Times New Roman"/>
          <w:sz w:val="24"/>
          <w:szCs w:val="24"/>
        </w:rPr>
        <w:t>ố</w:t>
      </w:r>
      <w:r w:rsidRPr="00710D44">
        <w:rPr>
          <w:rFonts w:ascii="Times New Roman" w:hAnsi="Times New Roman" w:cs="Times New Roman"/>
          <w:sz w:val="24"/>
          <w:szCs w:val="24"/>
        </w:rPr>
        <w:t>ng nh</w:t>
      </w:r>
      <w:r w:rsidRPr="00710D44">
        <w:rPr>
          <w:rFonts w:ascii="Times New Roman" w:hAnsi="Times New Roman" w:cs="Times New Roman"/>
          <w:sz w:val="24"/>
          <w:szCs w:val="24"/>
        </w:rPr>
        <w:t>ấ</w:t>
      </w:r>
      <w:r w:rsidRPr="00710D44">
        <w:rPr>
          <w:rFonts w:ascii="Times New Roman" w:hAnsi="Times New Roman" w:cs="Times New Roman"/>
          <w:sz w:val="24"/>
          <w:szCs w:val="24"/>
        </w:rPr>
        <w:t>t n</w:t>
      </w:r>
      <w:r w:rsidRPr="00710D44">
        <w:rPr>
          <w:rFonts w:ascii="Times New Roman" w:hAnsi="Times New Roman" w:cs="Times New Roman"/>
          <w:sz w:val="24"/>
          <w:szCs w:val="24"/>
        </w:rPr>
        <w:t>ộ</w:t>
      </w:r>
      <w:r w:rsidRPr="00710D44">
        <w:rPr>
          <w:rFonts w:ascii="Times New Roman" w:hAnsi="Times New Roman" w:cs="Times New Roman"/>
          <w:sz w:val="24"/>
          <w:szCs w:val="24"/>
        </w:rPr>
        <w:t>i dung.</w:t>
      </w:r>
      <w:r w:rsidRPr="00710D44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710D44" w:rsidRPr="00710D44" w:rsidTr="00710D44">
        <w:tc>
          <w:tcPr>
            <w:tcW w:w="4428" w:type="dxa"/>
          </w:tcPr>
          <w:p w:rsidR="00710D44" w:rsidRPr="00710D44" w:rsidRDefault="0071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D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Chủ tọa </w:t>
            </w:r>
          </w:p>
          <w:p w:rsidR="00710D44" w:rsidRPr="00710D44" w:rsidRDefault="0071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D44">
              <w:rPr>
                <w:rFonts w:ascii="Times New Roman" w:hAnsi="Times New Roman" w:cs="Times New Roman"/>
                <w:b/>
                <w:sz w:val="24"/>
                <w:szCs w:val="24"/>
              </w:rPr>
              <w:t>(ký tên &amp; ghi rõ họ tên)</w:t>
            </w:r>
          </w:p>
        </w:tc>
        <w:tc>
          <w:tcPr>
            <w:tcW w:w="4428" w:type="dxa"/>
          </w:tcPr>
          <w:p w:rsidR="00710D44" w:rsidRPr="00710D44" w:rsidRDefault="00710D44" w:rsidP="0071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D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Thư ký </w:t>
            </w:r>
          </w:p>
          <w:p w:rsidR="00710D44" w:rsidRPr="00710D44" w:rsidRDefault="00710D44" w:rsidP="0071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D44">
              <w:rPr>
                <w:rFonts w:ascii="Times New Roman" w:hAnsi="Times New Roman" w:cs="Times New Roman"/>
                <w:b/>
                <w:sz w:val="24"/>
                <w:szCs w:val="24"/>
              </w:rPr>
              <w:t>(ký tên &amp; ghi rõ họ tên)</w:t>
            </w:r>
          </w:p>
          <w:p w:rsidR="00710D44" w:rsidRPr="00710D44" w:rsidRDefault="0071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10D44" w:rsidRPr="00710D44" w:rsidRDefault="00710D44">
      <w:pPr>
        <w:rPr>
          <w:rFonts w:ascii="Times New Roman" w:hAnsi="Times New Roman" w:cs="Times New Roman"/>
          <w:sz w:val="24"/>
          <w:szCs w:val="24"/>
        </w:rPr>
      </w:pPr>
    </w:p>
    <w:p w:rsidR="007A7598" w:rsidRPr="00710D44" w:rsidRDefault="007A7598">
      <w:pPr>
        <w:rPr>
          <w:rFonts w:ascii="Times New Roman" w:hAnsi="Times New Roman" w:cs="Times New Roman"/>
          <w:sz w:val="24"/>
          <w:szCs w:val="24"/>
        </w:rPr>
      </w:pPr>
    </w:p>
    <w:sectPr w:rsidR="007A7598" w:rsidRPr="00710D4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10D44"/>
    <w:rsid w:val="007A759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E7CAC26E-D664-46C1-A9EE-377D4652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02C204-B657-4EBB-B624-CB0223459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2025-11-01T01:43:00Z</dcterms:created>
  <dcterms:modified xsi:type="dcterms:W3CDTF">2025-11-01T01:43:00Z</dcterms:modified>
  <cp:category/>
</cp:coreProperties>
</file>