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A5B" w:rsidRPr="00D76500" w:rsidRDefault="00D76500" w:rsidP="00D765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500">
        <w:rPr>
          <w:rFonts w:ascii="Times New Roman" w:hAnsi="Times New Roman" w:cs="Times New Roman"/>
          <w:b/>
          <w:sz w:val="28"/>
          <w:szCs w:val="28"/>
        </w:rPr>
        <w:t>C</w:t>
      </w:r>
      <w:r w:rsidRPr="00D76500">
        <w:rPr>
          <w:rFonts w:ascii="Times New Roman" w:hAnsi="Times New Roman" w:cs="Times New Roman"/>
          <w:b/>
          <w:sz w:val="28"/>
          <w:szCs w:val="28"/>
        </w:rPr>
        <w:t>Ộ</w:t>
      </w:r>
      <w:r w:rsidRPr="00D76500">
        <w:rPr>
          <w:rFonts w:ascii="Times New Roman" w:hAnsi="Times New Roman" w:cs="Times New Roman"/>
          <w:b/>
          <w:sz w:val="28"/>
          <w:szCs w:val="28"/>
        </w:rPr>
        <w:t>NG HÒA XÃ H</w:t>
      </w:r>
      <w:r w:rsidRPr="00D76500">
        <w:rPr>
          <w:rFonts w:ascii="Times New Roman" w:hAnsi="Times New Roman" w:cs="Times New Roman"/>
          <w:b/>
          <w:sz w:val="28"/>
          <w:szCs w:val="28"/>
        </w:rPr>
        <w:t>Ộ</w:t>
      </w:r>
      <w:r w:rsidRPr="00D76500">
        <w:rPr>
          <w:rFonts w:ascii="Times New Roman" w:hAnsi="Times New Roman" w:cs="Times New Roman"/>
          <w:b/>
          <w:sz w:val="28"/>
          <w:szCs w:val="28"/>
        </w:rPr>
        <w:t>I CH</w:t>
      </w:r>
      <w:r w:rsidRPr="00D76500">
        <w:rPr>
          <w:rFonts w:ascii="Times New Roman" w:hAnsi="Times New Roman" w:cs="Times New Roman"/>
          <w:b/>
          <w:sz w:val="28"/>
          <w:szCs w:val="28"/>
        </w:rPr>
        <w:t>Ủ</w:t>
      </w:r>
      <w:r w:rsidRPr="00D76500">
        <w:rPr>
          <w:rFonts w:ascii="Times New Roman" w:hAnsi="Times New Roman" w:cs="Times New Roman"/>
          <w:b/>
          <w:sz w:val="28"/>
          <w:szCs w:val="28"/>
        </w:rPr>
        <w:t xml:space="preserve"> NGHĨA VI</w:t>
      </w:r>
      <w:r w:rsidRPr="00D76500">
        <w:rPr>
          <w:rFonts w:ascii="Times New Roman" w:hAnsi="Times New Roman" w:cs="Times New Roman"/>
          <w:b/>
          <w:sz w:val="28"/>
          <w:szCs w:val="28"/>
        </w:rPr>
        <w:t>Ệ</w:t>
      </w:r>
      <w:r w:rsidRPr="00D76500">
        <w:rPr>
          <w:rFonts w:ascii="Times New Roman" w:hAnsi="Times New Roman" w:cs="Times New Roman"/>
          <w:b/>
          <w:sz w:val="28"/>
          <w:szCs w:val="28"/>
        </w:rPr>
        <w:t>T NAM</w:t>
      </w:r>
      <w:r w:rsidRPr="00D76500">
        <w:rPr>
          <w:rFonts w:ascii="Times New Roman" w:hAnsi="Times New Roman" w:cs="Times New Roman"/>
          <w:b/>
          <w:sz w:val="28"/>
          <w:szCs w:val="28"/>
        </w:rPr>
        <w:br/>
        <w:t>Đ</w:t>
      </w:r>
      <w:r w:rsidRPr="00D76500">
        <w:rPr>
          <w:rFonts w:ascii="Times New Roman" w:hAnsi="Times New Roman" w:cs="Times New Roman"/>
          <w:b/>
          <w:sz w:val="28"/>
          <w:szCs w:val="28"/>
        </w:rPr>
        <w:t>ộ</w:t>
      </w:r>
      <w:r w:rsidRPr="00D76500">
        <w:rPr>
          <w:rFonts w:ascii="Times New Roman" w:hAnsi="Times New Roman" w:cs="Times New Roman"/>
          <w:b/>
          <w:sz w:val="28"/>
          <w:szCs w:val="28"/>
        </w:rPr>
        <w:t>c l</w:t>
      </w:r>
      <w:r w:rsidRPr="00D76500">
        <w:rPr>
          <w:rFonts w:ascii="Times New Roman" w:hAnsi="Times New Roman" w:cs="Times New Roman"/>
          <w:b/>
          <w:sz w:val="28"/>
          <w:szCs w:val="28"/>
        </w:rPr>
        <w:t>ậ</w:t>
      </w:r>
      <w:r w:rsidRPr="00D76500">
        <w:rPr>
          <w:rFonts w:ascii="Times New Roman" w:hAnsi="Times New Roman" w:cs="Times New Roman"/>
          <w:b/>
          <w:sz w:val="28"/>
          <w:szCs w:val="28"/>
        </w:rPr>
        <w:t>p - T</w:t>
      </w:r>
      <w:r w:rsidRPr="00D76500">
        <w:rPr>
          <w:rFonts w:ascii="Times New Roman" w:hAnsi="Times New Roman" w:cs="Times New Roman"/>
          <w:b/>
          <w:sz w:val="28"/>
          <w:szCs w:val="28"/>
        </w:rPr>
        <w:t>ự</w:t>
      </w:r>
      <w:r w:rsidRPr="00D76500">
        <w:rPr>
          <w:rFonts w:ascii="Times New Roman" w:hAnsi="Times New Roman" w:cs="Times New Roman"/>
          <w:b/>
          <w:sz w:val="28"/>
          <w:szCs w:val="28"/>
        </w:rPr>
        <w:t xml:space="preserve"> do - H</w:t>
      </w:r>
      <w:r w:rsidRPr="00D76500">
        <w:rPr>
          <w:rFonts w:ascii="Times New Roman" w:hAnsi="Times New Roman" w:cs="Times New Roman"/>
          <w:b/>
          <w:sz w:val="28"/>
          <w:szCs w:val="28"/>
        </w:rPr>
        <w:t>ạnh phúc</w:t>
      </w:r>
    </w:p>
    <w:p w:rsidR="00FD4A5B" w:rsidRPr="00D76500" w:rsidRDefault="00D76500" w:rsidP="00D76500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D76500">
        <w:rPr>
          <w:rFonts w:ascii="Times New Roman" w:hAnsi="Times New Roman" w:cs="Times New Roman"/>
          <w:color w:val="auto"/>
        </w:rPr>
        <w:t>BIÊN B</w:t>
      </w:r>
      <w:r w:rsidRPr="00D76500">
        <w:rPr>
          <w:rFonts w:ascii="Times New Roman" w:hAnsi="Times New Roman" w:cs="Times New Roman"/>
          <w:color w:val="auto"/>
        </w:rPr>
        <w:t>Ả</w:t>
      </w:r>
      <w:r w:rsidRPr="00D76500">
        <w:rPr>
          <w:rFonts w:ascii="Times New Roman" w:hAnsi="Times New Roman" w:cs="Times New Roman"/>
          <w:color w:val="auto"/>
        </w:rPr>
        <w:t>N PH</w:t>
      </w:r>
      <w:r w:rsidRPr="00D76500">
        <w:rPr>
          <w:rFonts w:ascii="Times New Roman" w:hAnsi="Times New Roman" w:cs="Times New Roman"/>
          <w:color w:val="auto"/>
        </w:rPr>
        <w:t>Ỏ</w:t>
      </w:r>
      <w:r w:rsidRPr="00D76500">
        <w:rPr>
          <w:rFonts w:ascii="Times New Roman" w:hAnsi="Times New Roman" w:cs="Times New Roman"/>
          <w:color w:val="auto"/>
        </w:rPr>
        <w:t>NG V</w:t>
      </w:r>
      <w:r w:rsidRPr="00D76500">
        <w:rPr>
          <w:rFonts w:ascii="Times New Roman" w:hAnsi="Times New Roman" w:cs="Times New Roman"/>
          <w:color w:val="auto"/>
        </w:rPr>
        <w:t>Ấ</w:t>
      </w:r>
      <w:r w:rsidRPr="00D76500">
        <w:rPr>
          <w:rFonts w:ascii="Times New Roman" w:hAnsi="Times New Roman" w:cs="Times New Roman"/>
          <w:color w:val="auto"/>
        </w:rPr>
        <w:t>N TUY</w:t>
      </w:r>
      <w:r w:rsidRPr="00D76500">
        <w:rPr>
          <w:rFonts w:ascii="Times New Roman" w:hAnsi="Times New Roman" w:cs="Times New Roman"/>
          <w:color w:val="auto"/>
        </w:rPr>
        <w:t>Ể</w:t>
      </w:r>
      <w:r w:rsidRPr="00D76500">
        <w:rPr>
          <w:rFonts w:ascii="Times New Roman" w:hAnsi="Times New Roman" w:cs="Times New Roman"/>
          <w:color w:val="auto"/>
        </w:rPr>
        <w:t>N D</w:t>
      </w:r>
      <w:r w:rsidRPr="00D76500">
        <w:rPr>
          <w:rFonts w:ascii="Times New Roman" w:hAnsi="Times New Roman" w:cs="Times New Roman"/>
          <w:color w:val="auto"/>
        </w:rPr>
        <w:t>Ụ</w:t>
      </w:r>
      <w:r w:rsidRPr="00D76500">
        <w:rPr>
          <w:rFonts w:ascii="Times New Roman" w:hAnsi="Times New Roman" w:cs="Times New Roman"/>
          <w:color w:val="auto"/>
        </w:rPr>
        <w:t>NG</w:t>
      </w:r>
    </w:p>
    <w:p w:rsidR="00FD4A5B" w:rsidRPr="00D76500" w:rsidRDefault="00D76500">
      <w:pPr>
        <w:rPr>
          <w:rFonts w:ascii="Times New Roman" w:hAnsi="Times New Roman" w:cs="Times New Roman"/>
          <w:sz w:val="28"/>
          <w:szCs w:val="28"/>
        </w:rPr>
      </w:pPr>
      <w:r w:rsidRPr="00D76500">
        <w:rPr>
          <w:rFonts w:ascii="Times New Roman" w:hAnsi="Times New Roman" w:cs="Times New Roman"/>
          <w:sz w:val="28"/>
          <w:szCs w:val="28"/>
        </w:rPr>
        <w:t>Hôm nay, ngày ......... tháng ......... năm .........., t</w:t>
      </w:r>
      <w:r w:rsidRPr="00D76500">
        <w:rPr>
          <w:rFonts w:ascii="Times New Roman" w:hAnsi="Times New Roman" w:cs="Times New Roman"/>
          <w:sz w:val="28"/>
          <w:szCs w:val="28"/>
        </w:rPr>
        <w:t>ạ</w:t>
      </w:r>
      <w:r w:rsidRPr="00D76500">
        <w:rPr>
          <w:rFonts w:ascii="Times New Roman" w:hAnsi="Times New Roman" w:cs="Times New Roman"/>
          <w:sz w:val="28"/>
          <w:szCs w:val="28"/>
        </w:rPr>
        <w:t xml:space="preserve">i </w:t>
      </w:r>
      <w:r w:rsidRPr="00D76500">
        <w:rPr>
          <w:rFonts w:ascii="Times New Roman" w:hAnsi="Times New Roman" w:cs="Times New Roman"/>
          <w:sz w:val="28"/>
          <w:szCs w:val="28"/>
        </w:rPr>
        <w:t>............................................</w:t>
      </w:r>
      <w:r w:rsidRPr="00D76500">
        <w:rPr>
          <w:rFonts w:ascii="Times New Roman" w:hAnsi="Times New Roman" w:cs="Times New Roman"/>
          <w:sz w:val="28"/>
          <w:szCs w:val="28"/>
        </w:rPr>
        <w:br/>
        <w:t>Chúng tôi g</w:t>
      </w:r>
      <w:r w:rsidRPr="00D76500">
        <w:rPr>
          <w:rFonts w:ascii="Times New Roman" w:hAnsi="Times New Roman" w:cs="Times New Roman"/>
          <w:sz w:val="28"/>
          <w:szCs w:val="28"/>
        </w:rPr>
        <w:t>ồ</w:t>
      </w:r>
      <w:r w:rsidRPr="00D76500">
        <w:rPr>
          <w:rFonts w:ascii="Times New Roman" w:hAnsi="Times New Roman" w:cs="Times New Roman"/>
          <w:sz w:val="28"/>
          <w:szCs w:val="28"/>
        </w:rPr>
        <w:t>m có:</w:t>
      </w:r>
    </w:p>
    <w:p w:rsidR="00FD4A5B" w:rsidRPr="00D76500" w:rsidRDefault="00D76500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D76500">
        <w:rPr>
          <w:rFonts w:ascii="Times New Roman" w:hAnsi="Times New Roman" w:cs="Times New Roman"/>
          <w:color w:val="auto"/>
          <w:sz w:val="28"/>
          <w:szCs w:val="28"/>
        </w:rPr>
        <w:t>H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Ộ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I Đ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Ồ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NG PH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Ỏ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NG V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Ấ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N:</w:t>
      </w:r>
    </w:p>
    <w:p w:rsidR="00FD4A5B" w:rsidRPr="00D76500" w:rsidRDefault="00D76500">
      <w:pPr>
        <w:rPr>
          <w:rFonts w:ascii="Times New Roman" w:hAnsi="Times New Roman" w:cs="Times New Roman"/>
          <w:sz w:val="28"/>
          <w:szCs w:val="28"/>
        </w:rPr>
      </w:pPr>
      <w:r w:rsidRPr="00D76500">
        <w:rPr>
          <w:rFonts w:ascii="Times New Roman" w:hAnsi="Times New Roman" w:cs="Times New Roman"/>
          <w:sz w:val="28"/>
          <w:szCs w:val="28"/>
        </w:rPr>
        <w:t>1. H</w:t>
      </w:r>
      <w:r w:rsidRPr="00D76500">
        <w:rPr>
          <w:rFonts w:ascii="Times New Roman" w:hAnsi="Times New Roman" w:cs="Times New Roman"/>
          <w:sz w:val="28"/>
          <w:szCs w:val="28"/>
        </w:rPr>
        <w:t>ọ</w:t>
      </w:r>
      <w:r w:rsidRPr="00D76500">
        <w:rPr>
          <w:rFonts w:ascii="Times New Roman" w:hAnsi="Times New Roman" w:cs="Times New Roman"/>
          <w:sz w:val="28"/>
          <w:szCs w:val="28"/>
        </w:rPr>
        <w:t xml:space="preserve"> và tên: ..............................................</w:t>
      </w:r>
      <w:r w:rsidRPr="00D76500">
        <w:rPr>
          <w:rFonts w:ascii="Times New Roman" w:hAnsi="Times New Roman" w:cs="Times New Roman"/>
          <w:sz w:val="28"/>
          <w:szCs w:val="28"/>
        </w:rPr>
        <w:br/>
        <w:t>Ch</w:t>
      </w:r>
      <w:r w:rsidRPr="00D76500">
        <w:rPr>
          <w:rFonts w:ascii="Times New Roman" w:hAnsi="Times New Roman" w:cs="Times New Roman"/>
          <w:sz w:val="28"/>
          <w:szCs w:val="28"/>
        </w:rPr>
        <w:t>ứ</w:t>
      </w:r>
      <w:r w:rsidRPr="00D76500">
        <w:rPr>
          <w:rFonts w:ascii="Times New Roman" w:hAnsi="Times New Roman" w:cs="Times New Roman"/>
          <w:sz w:val="28"/>
          <w:szCs w:val="28"/>
        </w:rPr>
        <w:t>c v</w:t>
      </w:r>
      <w:r w:rsidRPr="00D76500">
        <w:rPr>
          <w:rFonts w:ascii="Times New Roman" w:hAnsi="Times New Roman" w:cs="Times New Roman"/>
          <w:sz w:val="28"/>
          <w:szCs w:val="28"/>
        </w:rPr>
        <w:t>ụ</w:t>
      </w:r>
      <w:r w:rsidRPr="00D76500">
        <w:rPr>
          <w:rFonts w:ascii="Times New Roman" w:hAnsi="Times New Roman" w:cs="Times New Roman"/>
          <w:sz w:val="28"/>
          <w:szCs w:val="28"/>
        </w:rPr>
        <w:t>: ..............................................</w:t>
      </w:r>
    </w:p>
    <w:p w:rsidR="00FD4A5B" w:rsidRPr="00D76500" w:rsidRDefault="00D76500">
      <w:pPr>
        <w:rPr>
          <w:rFonts w:ascii="Times New Roman" w:hAnsi="Times New Roman" w:cs="Times New Roman"/>
          <w:sz w:val="28"/>
          <w:szCs w:val="28"/>
        </w:rPr>
      </w:pPr>
      <w:r w:rsidRPr="00D76500">
        <w:rPr>
          <w:rFonts w:ascii="Times New Roman" w:hAnsi="Times New Roman" w:cs="Times New Roman"/>
          <w:sz w:val="28"/>
          <w:szCs w:val="28"/>
        </w:rPr>
        <w:t>2. H</w:t>
      </w:r>
      <w:r w:rsidRPr="00D76500">
        <w:rPr>
          <w:rFonts w:ascii="Times New Roman" w:hAnsi="Times New Roman" w:cs="Times New Roman"/>
          <w:sz w:val="28"/>
          <w:szCs w:val="28"/>
        </w:rPr>
        <w:t>ọ</w:t>
      </w:r>
      <w:r w:rsidRPr="00D76500">
        <w:rPr>
          <w:rFonts w:ascii="Times New Roman" w:hAnsi="Times New Roman" w:cs="Times New Roman"/>
          <w:sz w:val="28"/>
          <w:szCs w:val="28"/>
        </w:rPr>
        <w:t xml:space="preserve"> và tên: ..........................................</w:t>
      </w:r>
      <w:r w:rsidRPr="00D76500">
        <w:rPr>
          <w:rFonts w:ascii="Times New Roman" w:hAnsi="Times New Roman" w:cs="Times New Roman"/>
          <w:sz w:val="28"/>
          <w:szCs w:val="28"/>
        </w:rPr>
        <w:t>....</w:t>
      </w:r>
      <w:r w:rsidRPr="00D76500">
        <w:rPr>
          <w:rFonts w:ascii="Times New Roman" w:hAnsi="Times New Roman" w:cs="Times New Roman"/>
          <w:sz w:val="28"/>
          <w:szCs w:val="28"/>
        </w:rPr>
        <w:br/>
        <w:t>Ch</w:t>
      </w:r>
      <w:r w:rsidRPr="00D76500">
        <w:rPr>
          <w:rFonts w:ascii="Times New Roman" w:hAnsi="Times New Roman" w:cs="Times New Roman"/>
          <w:sz w:val="28"/>
          <w:szCs w:val="28"/>
        </w:rPr>
        <w:t>ứ</w:t>
      </w:r>
      <w:r w:rsidRPr="00D76500">
        <w:rPr>
          <w:rFonts w:ascii="Times New Roman" w:hAnsi="Times New Roman" w:cs="Times New Roman"/>
          <w:sz w:val="28"/>
          <w:szCs w:val="28"/>
        </w:rPr>
        <w:t>c v</w:t>
      </w:r>
      <w:r w:rsidRPr="00D76500">
        <w:rPr>
          <w:rFonts w:ascii="Times New Roman" w:hAnsi="Times New Roman" w:cs="Times New Roman"/>
          <w:sz w:val="28"/>
          <w:szCs w:val="28"/>
        </w:rPr>
        <w:t>ụ</w:t>
      </w:r>
      <w:r w:rsidRPr="00D76500">
        <w:rPr>
          <w:rFonts w:ascii="Times New Roman" w:hAnsi="Times New Roman" w:cs="Times New Roman"/>
          <w:sz w:val="28"/>
          <w:szCs w:val="28"/>
        </w:rPr>
        <w:t>: ..............................................</w:t>
      </w:r>
    </w:p>
    <w:p w:rsidR="00FD4A5B" w:rsidRPr="00D76500" w:rsidRDefault="00D76500">
      <w:pPr>
        <w:rPr>
          <w:rFonts w:ascii="Times New Roman" w:hAnsi="Times New Roman" w:cs="Times New Roman"/>
          <w:sz w:val="28"/>
          <w:szCs w:val="28"/>
        </w:rPr>
      </w:pPr>
      <w:r w:rsidRPr="00D76500">
        <w:rPr>
          <w:rFonts w:ascii="Times New Roman" w:hAnsi="Times New Roman" w:cs="Times New Roman"/>
          <w:sz w:val="28"/>
          <w:szCs w:val="28"/>
        </w:rPr>
        <w:t>3. H</w:t>
      </w:r>
      <w:r w:rsidRPr="00D76500">
        <w:rPr>
          <w:rFonts w:ascii="Times New Roman" w:hAnsi="Times New Roman" w:cs="Times New Roman"/>
          <w:sz w:val="28"/>
          <w:szCs w:val="28"/>
        </w:rPr>
        <w:t>ọ</w:t>
      </w:r>
      <w:r w:rsidRPr="00D76500">
        <w:rPr>
          <w:rFonts w:ascii="Times New Roman" w:hAnsi="Times New Roman" w:cs="Times New Roman"/>
          <w:sz w:val="28"/>
          <w:szCs w:val="28"/>
        </w:rPr>
        <w:t xml:space="preserve"> và tên: ..............................................</w:t>
      </w:r>
      <w:r w:rsidRPr="00D76500">
        <w:rPr>
          <w:rFonts w:ascii="Times New Roman" w:hAnsi="Times New Roman" w:cs="Times New Roman"/>
          <w:sz w:val="28"/>
          <w:szCs w:val="28"/>
        </w:rPr>
        <w:br/>
        <w:t>Ch</w:t>
      </w:r>
      <w:r w:rsidRPr="00D76500">
        <w:rPr>
          <w:rFonts w:ascii="Times New Roman" w:hAnsi="Times New Roman" w:cs="Times New Roman"/>
          <w:sz w:val="28"/>
          <w:szCs w:val="28"/>
        </w:rPr>
        <w:t>ứ</w:t>
      </w:r>
      <w:r w:rsidRPr="00D76500">
        <w:rPr>
          <w:rFonts w:ascii="Times New Roman" w:hAnsi="Times New Roman" w:cs="Times New Roman"/>
          <w:sz w:val="28"/>
          <w:szCs w:val="28"/>
        </w:rPr>
        <w:t>c v</w:t>
      </w:r>
      <w:r w:rsidRPr="00D76500">
        <w:rPr>
          <w:rFonts w:ascii="Times New Roman" w:hAnsi="Times New Roman" w:cs="Times New Roman"/>
          <w:sz w:val="28"/>
          <w:szCs w:val="28"/>
        </w:rPr>
        <w:t>ụ</w:t>
      </w:r>
      <w:r w:rsidRPr="00D76500">
        <w:rPr>
          <w:rFonts w:ascii="Times New Roman" w:hAnsi="Times New Roman" w:cs="Times New Roman"/>
          <w:sz w:val="28"/>
          <w:szCs w:val="28"/>
        </w:rPr>
        <w:t>: ..............................................</w:t>
      </w:r>
    </w:p>
    <w:p w:rsidR="00FD4A5B" w:rsidRPr="00D76500" w:rsidRDefault="00D76500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D76500">
        <w:rPr>
          <w:rFonts w:ascii="Times New Roman" w:hAnsi="Times New Roman" w:cs="Times New Roman"/>
          <w:color w:val="auto"/>
          <w:sz w:val="28"/>
          <w:szCs w:val="28"/>
        </w:rPr>
        <w:t>Ứ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NG VIÊN THAM GIA PH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Ỏ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NG V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Ấ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N:</w:t>
      </w:r>
    </w:p>
    <w:p w:rsidR="00FD4A5B" w:rsidRPr="00D76500" w:rsidRDefault="00D76500">
      <w:pPr>
        <w:rPr>
          <w:rFonts w:ascii="Times New Roman" w:hAnsi="Times New Roman" w:cs="Times New Roman"/>
          <w:sz w:val="28"/>
          <w:szCs w:val="28"/>
        </w:rPr>
      </w:pPr>
      <w:r w:rsidRPr="00D76500">
        <w:rPr>
          <w:rFonts w:ascii="Times New Roman" w:hAnsi="Times New Roman" w:cs="Times New Roman"/>
          <w:sz w:val="28"/>
          <w:szCs w:val="28"/>
        </w:rPr>
        <w:t>- H</w:t>
      </w:r>
      <w:r w:rsidRPr="00D76500">
        <w:rPr>
          <w:rFonts w:ascii="Times New Roman" w:hAnsi="Times New Roman" w:cs="Times New Roman"/>
          <w:sz w:val="28"/>
          <w:szCs w:val="28"/>
        </w:rPr>
        <w:t>ọ</w:t>
      </w:r>
      <w:r w:rsidRPr="00D76500">
        <w:rPr>
          <w:rFonts w:ascii="Times New Roman" w:hAnsi="Times New Roman" w:cs="Times New Roman"/>
          <w:sz w:val="28"/>
          <w:szCs w:val="28"/>
        </w:rPr>
        <w:t xml:space="preserve"> và tên: ....................................</w:t>
      </w:r>
      <w:r w:rsidRPr="00D76500">
        <w:rPr>
          <w:rFonts w:ascii="Times New Roman" w:hAnsi="Times New Roman" w:cs="Times New Roman"/>
          <w:sz w:val="28"/>
          <w:szCs w:val="28"/>
        </w:rPr>
        <w:t>..............</w:t>
      </w:r>
      <w:r w:rsidRPr="00D76500">
        <w:rPr>
          <w:rFonts w:ascii="Times New Roman" w:hAnsi="Times New Roman" w:cs="Times New Roman"/>
          <w:sz w:val="28"/>
          <w:szCs w:val="28"/>
        </w:rPr>
        <w:br/>
        <w:t>- Ngày sinh: ..................................................</w:t>
      </w:r>
      <w:r w:rsidRPr="00D76500">
        <w:rPr>
          <w:rFonts w:ascii="Times New Roman" w:hAnsi="Times New Roman" w:cs="Times New Roman"/>
          <w:sz w:val="28"/>
          <w:szCs w:val="28"/>
        </w:rPr>
        <w:br/>
        <w:t>- V</w:t>
      </w:r>
      <w:r w:rsidRPr="00D76500">
        <w:rPr>
          <w:rFonts w:ascii="Times New Roman" w:hAnsi="Times New Roman" w:cs="Times New Roman"/>
          <w:sz w:val="28"/>
          <w:szCs w:val="28"/>
        </w:rPr>
        <w:t>ị</w:t>
      </w:r>
      <w:r w:rsidRPr="00D76500">
        <w:rPr>
          <w:rFonts w:ascii="Times New Roman" w:hAnsi="Times New Roman" w:cs="Times New Roman"/>
          <w:sz w:val="28"/>
          <w:szCs w:val="28"/>
        </w:rPr>
        <w:t xml:space="preserve"> trí d</w:t>
      </w:r>
      <w:r w:rsidRPr="00D76500">
        <w:rPr>
          <w:rFonts w:ascii="Times New Roman" w:hAnsi="Times New Roman" w:cs="Times New Roman"/>
          <w:sz w:val="28"/>
          <w:szCs w:val="28"/>
        </w:rPr>
        <w:t>ự</w:t>
      </w:r>
      <w:r w:rsidRPr="00D76500">
        <w:rPr>
          <w:rFonts w:ascii="Times New Roman" w:hAnsi="Times New Roman" w:cs="Times New Roman"/>
          <w:sz w:val="28"/>
          <w:szCs w:val="28"/>
        </w:rPr>
        <w:t xml:space="preserve"> tuy</w:t>
      </w:r>
      <w:r w:rsidRPr="00D76500">
        <w:rPr>
          <w:rFonts w:ascii="Times New Roman" w:hAnsi="Times New Roman" w:cs="Times New Roman"/>
          <w:sz w:val="28"/>
          <w:szCs w:val="28"/>
        </w:rPr>
        <w:t>ể</w:t>
      </w:r>
      <w:r w:rsidRPr="00D76500">
        <w:rPr>
          <w:rFonts w:ascii="Times New Roman" w:hAnsi="Times New Roman" w:cs="Times New Roman"/>
          <w:sz w:val="28"/>
          <w:szCs w:val="28"/>
        </w:rPr>
        <w:t>n: ..........................................</w:t>
      </w:r>
      <w:r w:rsidRPr="00D76500">
        <w:rPr>
          <w:rFonts w:ascii="Times New Roman" w:hAnsi="Times New Roman" w:cs="Times New Roman"/>
          <w:sz w:val="28"/>
          <w:szCs w:val="28"/>
        </w:rPr>
        <w:br/>
        <w:t>- Trình đ</w:t>
      </w:r>
      <w:r w:rsidRPr="00D76500">
        <w:rPr>
          <w:rFonts w:ascii="Times New Roman" w:hAnsi="Times New Roman" w:cs="Times New Roman"/>
          <w:sz w:val="28"/>
          <w:szCs w:val="28"/>
        </w:rPr>
        <w:t>ộ</w:t>
      </w:r>
      <w:r w:rsidRPr="00D76500">
        <w:rPr>
          <w:rFonts w:ascii="Times New Roman" w:hAnsi="Times New Roman" w:cs="Times New Roman"/>
          <w:sz w:val="28"/>
          <w:szCs w:val="28"/>
        </w:rPr>
        <w:t xml:space="preserve"> chuyên môn: ................................</w:t>
      </w:r>
      <w:r w:rsidRPr="00D76500">
        <w:rPr>
          <w:rFonts w:ascii="Times New Roman" w:hAnsi="Times New Roman" w:cs="Times New Roman"/>
          <w:sz w:val="28"/>
          <w:szCs w:val="28"/>
        </w:rPr>
        <w:br/>
        <w:t>- Kinh nghi</w:t>
      </w:r>
      <w:r w:rsidRPr="00D76500">
        <w:rPr>
          <w:rFonts w:ascii="Times New Roman" w:hAnsi="Times New Roman" w:cs="Times New Roman"/>
          <w:sz w:val="28"/>
          <w:szCs w:val="28"/>
        </w:rPr>
        <w:t>ệ</w:t>
      </w:r>
      <w:r w:rsidRPr="00D76500">
        <w:rPr>
          <w:rFonts w:ascii="Times New Roman" w:hAnsi="Times New Roman" w:cs="Times New Roman"/>
          <w:sz w:val="28"/>
          <w:szCs w:val="28"/>
        </w:rPr>
        <w:t>m: ............................................</w:t>
      </w:r>
    </w:p>
    <w:p w:rsidR="00FD4A5B" w:rsidRPr="00D76500" w:rsidRDefault="00D76500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D76500">
        <w:rPr>
          <w:rFonts w:ascii="Times New Roman" w:hAnsi="Times New Roman" w:cs="Times New Roman"/>
          <w:color w:val="auto"/>
          <w:sz w:val="28"/>
          <w:szCs w:val="28"/>
        </w:rPr>
        <w:t>N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Ộ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I DUNG PH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Ỏ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NG V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Ấ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N:</w:t>
      </w:r>
    </w:p>
    <w:p w:rsidR="00FD4A5B" w:rsidRPr="00D76500" w:rsidRDefault="00D76500">
      <w:pPr>
        <w:rPr>
          <w:rFonts w:ascii="Times New Roman" w:hAnsi="Times New Roman" w:cs="Times New Roman"/>
          <w:sz w:val="28"/>
          <w:szCs w:val="28"/>
        </w:rPr>
      </w:pPr>
      <w:r w:rsidRPr="00D76500">
        <w:rPr>
          <w:rFonts w:ascii="Times New Roman" w:hAnsi="Times New Roman" w:cs="Times New Roman"/>
          <w:sz w:val="28"/>
          <w:szCs w:val="28"/>
        </w:rPr>
        <w:t>- Ki</w:t>
      </w:r>
      <w:r w:rsidRPr="00D76500">
        <w:rPr>
          <w:rFonts w:ascii="Times New Roman" w:hAnsi="Times New Roman" w:cs="Times New Roman"/>
          <w:sz w:val="28"/>
          <w:szCs w:val="28"/>
        </w:rPr>
        <w:t>ế</w:t>
      </w:r>
      <w:r w:rsidRPr="00D76500">
        <w:rPr>
          <w:rFonts w:ascii="Times New Roman" w:hAnsi="Times New Roman" w:cs="Times New Roman"/>
          <w:sz w:val="28"/>
          <w:szCs w:val="28"/>
        </w:rPr>
        <w:t>n th</w:t>
      </w:r>
      <w:r w:rsidRPr="00D76500">
        <w:rPr>
          <w:rFonts w:ascii="Times New Roman" w:hAnsi="Times New Roman" w:cs="Times New Roman"/>
          <w:sz w:val="28"/>
          <w:szCs w:val="28"/>
        </w:rPr>
        <w:t>ứ</w:t>
      </w:r>
      <w:r w:rsidRPr="00D76500">
        <w:rPr>
          <w:rFonts w:ascii="Times New Roman" w:hAnsi="Times New Roman" w:cs="Times New Roman"/>
          <w:sz w:val="28"/>
          <w:szCs w:val="28"/>
        </w:rPr>
        <w:t>c chuyên môn: .......................................................................</w:t>
      </w:r>
      <w:r w:rsidRPr="00D76500">
        <w:rPr>
          <w:rFonts w:ascii="Times New Roman" w:hAnsi="Times New Roman" w:cs="Times New Roman"/>
          <w:sz w:val="28"/>
          <w:szCs w:val="28"/>
        </w:rPr>
        <w:br/>
        <w:t>- K</w:t>
      </w:r>
      <w:r w:rsidRPr="00D76500">
        <w:rPr>
          <w:rFonts w:ascii="Times New Roman" w:hAnsi="Times New Roman" w:cs="Times New Roman"/>
          <w:sz w:val="28"/>
          <w:szCs w:val="28"/>
        </w:rPr>
        <w:t>ỹ</w:t>
      </w:r>
      <w:r w:rsidRPr="00D76500">
        <w:rPr>
          <w:rFonts w:ascii="Times New Roman" w:hAnsi="Times New Roman" w:cs="Times New Roman"/>
          <w:sz w:val="28"/>
          <w:szCs w:val="28"/>
        </w:rPr>
        <w:t xml:space="preserve"> năng làm vi</w:t>
      </w:r>
      <w:r w:rsidRPr="00D76500">
        <w:rPr>
          <w:rFonts w:ascii="Times New Roman" w:hAnsi="Times New Roman" w:cs="Times New Roman"/>
          <w:sz w:val="28"/>
          <w:szCs w:val="28"/>
        </w:rPr>
        <w:t>ệ</w:t>
      </w:r>
      <w:r w:rsidRPr="00D76500">
        <w:rPr>
          <w:rFonts w:ascii="Times New Roman" w:hAnsi="Times New Roman" w:cs="Times New Roman"/>
          <w:sz w:val="28"/>
          <w:szCs w:val="28"/>
        </w:rPr>
        <w:t>c: .................................................................................</w:t>
      </w:r>
      <w:r w:rsidRPr="00D76500">
        <w:rPr>
          <w:rFonts w:ascii="Times New Roman" w:hAnsi="Times New Roman" w:cs="Times New Roman"/>
          <w:sz w:val="28"/>
          <w:szCs w:val="28"/>
        </w:rPr>
        <w:br/>
        <w:t>- Thái đ</w:t>
      </w:r>
      <w:r w:rsidRPr="00D76500">
        <w:rPr>
          <w:rFonts w:ascii="Times New Roman" w:hAnsi="Times New Roman" w:cs="Times New Roman"/>
          <w:sz w:val="28"/>
          <w:szCs w:val="28"/>
        </w:rPr>
        <w:t>ộ</w:t>
      </w:r>
      <w:r w:rsidRPr="00D76500">
        <w:rPr>
          <w:rFonts w:ascii="Times New Roman" w:hAnsi="Times New Roman" w:cs="Times New Roman"/>
          <w:sz w:val="28"/>
          <w:szCs w:val="28"/>
        </w:rPr>
        <w:t>, tác phong: ...............</w:t>
      </w:r>
      <w:r w:rsidRPr="00D76500">
        <w:rPr>
          <w:rFonts w:ascii="Times New Roman" w:hAnsi="Times New Roman" w:cs="Times New Roman"/>
          <w:sz w:val="28"/>
          <w:szCs w:val="28"/>
        </w:rPr>
        <w:t>...............................................................</w:t>
      </w:r>
      <w:r w:rsidRPr="00D76500">
        <w:rPr>
          <w:rFonts w:ascii="Times New Roman" w:hAnsi="Times New Roman" w:cs="Times New Roman"/>
          <w:sz w:val="28"/>
          <w:szCs w:val="28"/>
        </w:rPr>
        <w:br/>
        <w:t>- Các câu h</w:t>
      </w:r>
      <w:r w:rsidRPr="00D76500">
        <w:rPr>
          <w:rFonts w:ascii="Times New Roman" w:hAnsi="Times New Roman" w:cs="Times New Roman"/>
          <w:sz w:val="28"/>
          <w:szCs w:val="28"/>
        </w:rPr>
        <w:t>ỏ</w:t>
      </w:r>
      <w:r w:rsidRPr="00D76500">
        <w:rPr>
          <w:rFonts w:ascii="Times New Roman" w:hAnsi="Times New Roman" w:cs="Times New Roman"/>
          <w:sz w:val="28"/>
          <w:szCs w:val="28"/>
        </w:rPr>
        <w:t>i và ph</w:t>
      </w:r>
      <w:r w:rsidRPr="00D76500">
        <w:rPr>
          <w:rFonts w:ascii="Times New Roman" w:hAnsi="Times New Roman" w:cs="Times New Roman"/>
          <w:sz w:val="28"/>
          <w:szCs w:val="28"/>
        </w:rPr>
        <w:t>ầ</w:t>
      </w:r>
      <w:r w:rsidRPr="00D76500">
        <w:rPr>
          <w:rFonts w:ascii="Times New Roman" w:hAnsi="Times New Roman" w:cs="Times New Roman"/>
          <w:sz w:val="28"/>
          <w:szCs w:val="28"/>
        </w:rPr>
        <w:t>n tr</w:t>
      </w:r>
      <w:r w:rsidRPr="00D76500">
        <w:rPr>
          <w:rFonts w:ascii="Times New Roman" w:hAnsi="Times New Roman" w:cs="Times New Roman"/>
          <w:sz w:val="28"/>
          <w:szCs w:val="28"/>
        </w:rPr>
        <w:t>ả</w:t>
      </w:r>
      <w:r w:rsidRPr="00D76500">
        <w:rPr>
          <w:rFonts w:ascii="Times New Roman" w:hAnsi="Times New Roman" w:cs="Times New Roman"/>
          <w:sz w:val="28"/>
          <w:szCs w:val="28"/>
        </w:rPr>
        <w:t xml:space="preserve"> l</w:t>
      </w:r>
      <w:r w:rsidRPr="00D76500">
        <w:rPr>
          <w:rFonts w:ascii="Times New Roman" w:hAnsi="Times New Roman" w:cs="Times New Roman"/>
          <w:sz w:val="28"/>
          <w:szCs w:val="28"/>
        </w:rPr>
        <w:t>ờ</w:t>
      </w:r>
      <w:r w:rsidRPr="00D76500">
        <w:rPr>
          <w:rFonts w:ascii="Times New Roman" w:hAnsi="Times New Roman" w:cs="Times New Roman"/>
          <w:sz w:val="28"/>
          <w:szCs w:val="28"/>
        </w:rPr>
        <w:t>i: .........................................................</w:t>
      </w:r>
    </w:p>
    <w:p w:rsidR="00FD4A5B" w:rsidRPr="00D76500" w:rsidRDefault="00D76500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D76500">
        <w:rPr>
          <w:rFonts w:ascii="Times New Roman" w:hAnsi="Times New Roman" w:cs="Times New Roman"/>
          <w:color w:val="auto"/>
          <w:sz w:val="28"/>
          <w:szCs w:val="28"/>
        </w:rPr>
        <w:t>K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Ế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T LU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Ậ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N C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Ủ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A H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Ộ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I Đ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Ồ</w:t>
      </w:r>
      <w:r w:rsidRPr="00D76500">
        <w:rPr>
          <w:rFonts w:ascii="Times New Roman" w:hAnsi="Times New Roman" w:cs="Times New Roman"/>
          <w:color w:val="auto"/>
          <w:sz w:val="28"/>
          <w:szCs w:val="28"/>
        </w:rPr>
        <w:t>NG:</w:t>
      </w:r>
    </w:p>
    <w:p w:rsidR="00FD4A5B" w:rsidRPr="00D76500" w:rsidRDefault="00D76500">
      <w:pPr>
        <w:rPr>
          <w:rFonts w:ascii="Times New Roman" w:hAnsi="Times New Roman" w:cs="Times New Roman"/>
          <w:sz w:val="28"/>
          <w:szCs w:val="28"/>
        </w:rPr>
      </w:pPr>
      <w:r w:rsidRPr="00D76500">
        <w:rPr>
          <w:rFonts w:ascii="Times New Roman" w:hAnsi="Times New Roman" w:cs="Times New Roman"/>
          <w:sz w:val="28"/>
          <w:szCs w:val="28"/>
        </w:rPr>
        <w:t>- T</w:t>
      </w:r>
      <w:r w:rsidRPr="00D76500">
        <w:rPr>
          <w:rFonts w:ascii="Times New Roman" w:hAnsi="Times New Roman" w:cs="Times New Roman"/>
          <w:sz w:val="28"/>
          <w:szCs w:val="28"/>
        </w:rPr>
        <w:t>ổ</w:t>
      </w:r>
      <w:r w:rsidRPr="00D76500">
        <w:rPr>
          <w:rFonts w:ascii="Times New Roman" w:hAnsi="Times New Roman" w:cs="Times New Roman"/>
          <w:sz w:val="28"/>
          <w:szCs w:val="28"/>
        </w:rPr>
        <w:t>ng h</w:t>
      </w:r>
      <w:r w:rsidRPr="00D76500">
        <w:rPr>
          <w:rFonts w:ascii="Times New Roman" w:hAnsi="Times New Roman" w:cs="Times New Roman"/>
          <w:sz w:val="28"/>
          <w:szCs w:val="28"/>
        </w:rPr>
        <w:t>ợ</w:t>
      </w:r>
      <w:r w:rsidRPr="00D76500">
        <w:rPr>
          <w:rFonts w:ascii="Times New Roman" w:hAnsi="Times New Roman" w:cs="Times New Roman"/>
          <w:sz w:val="28"/>
          <w:szCs w:val="28"/>
        </w:rPr>
        <w:t>p đánh giá: ...........................................................</w:t>
      </w:r>
      <w:r w:rsidRPr="00D76500">
        <w:rPr>
          <w:rFonts w:ascii="Times New Roman" w:hAnsi="Times New Roman" w:cs="Times New Roman"/>
          <w:sz w:val="28"/>
          <w:szCs w:val="28"/>
        </w:rPr>
        <w:t>..................</w:t>
      </w:r>
      <w:r w:rsidRPr="00D76500">
        <w:rPr>
          <w:rFonts w:ascii="Times New Roman" w:hAnsi="Times New Roman" w:cs="Times New Roman"/>
          <w:sz w:val="28"/>
          <w:szCs w:val="28"/>
        </w:rPr>
        <w:br/>
        <w:t>- K</w:t>
      </w:r>
      <w:r w:rsidRPr="00D76500">
        <w:rPr>
          <w:rFonts w:ascii="Times New Roman" w:hAnsi="Times New Roman" w:cs="Times New Roman"/>
          <w:sz w:val="28"/>
          <w:szCs w:val="28"/>
        </w:rPr>
        <w:t>ế</w:t>
      </w:r>
      <w:r w:rsidRPr="00D76500">
        <w:rPr>
          <w:rFonts w:ascii="Times New Roman" w:hAnsi="Times New Roman" w:cs="Times New Roman"/>
          <w:sz w:val="28"/>
          <w:szCs w:val="28"/>
        </w:rPr>
        <w:t>t qu</w:t>
      </w:r>
      <w:r w:rsidRPr="00D76500">
        <w:rPr>
          <w:rFonts w:ascii="Times New Roman" w:hAnsi="Times New Roman" w:cs="Times New Roman"/>
          <w:sz w:val="28"/>
          <w:szCs w:val="28"/>
        </w:rPr>
        <w:t>ả</w:t>
      </w:r>
      <w:r w:rsidRPr="00D76500">
        <w:rPr>
          <w:rFonts w:ascii="Times New Roman" w:hAnsi="Times New Roman" w:cs="Times New Roman"/>
          <w:sz w:val="28"/>
          <w:szCs w:val="28"/>
        </w:rPr>
        <w:t>: [ ] Đ</w:t>
      </w:r>
      <w:r w:rsidRPr="00D76500">
        <w:rPr>
          <w:rFonts w:ascii="Times New Roman" w:hAnsi="Times New Roman" w:cs="Times New Roman"/>
          <w:sz w:val="28"/>
          <w:szCs w:val="28"/>
        </w:rPr>
        <w:t>ạ</w:t>
      </w:r>
      <w:r w:rsidRPr="00D76500">
        <w:rPr>
          <w:rFonts w:ascii="Times New Roman" w:hAnsi="Times New Roman" w:cs="Times New Roman"/>
          <w:sz w:val="28"/>
          <w:szCs w:val="28"/>
        </w:rPr>
        <w:t>t  [ ] Không đ</w:t>
      </w:r>
      <w:r w:rsidRPr="00D76500">
        <w:rPr>
          <w:rFonts w:ascii="Times New Roman" w:hAnsi="Times New Roman" w:cs="Times New Roman"/>
          <w:sz w:val="28"/>
          <w:szCs w:val="28"/>
        </w:rPr>
        <w:t>ạ</w:t>
      </w:r>
      <w:r w:rsidRPr="00D76500">
        <w:rPr>
          <w:rFonts w:ascii="Times New Roman" w:hAnsi="Times New Roman" w:cs="Times New Roman"/>
          <w:sz w:val="28"/>
          <w:szCs w:val="28"/>
        </w:rPr>
        <w:t>t</w:t>
      </w:r>
      <w:r w:rsidRPr="00D76500">
        <w:rPr>
          <w:rFonts w:ascii="Times New Roman" w:hAnsi="Times New Roman" w:cs="Times New Roman"/>
          <w:sz w:val="28"/>
          <w:szCs w:val="28"/>
        </w:rPr>
        <w:br/>
        <w:t>- Ghi chú: ..................................................................................</w:t>
      </w:r>
      <w:bookmarkStart w:id="0" w:name="_GoBack"/>
      <w:bookmarkEnd w:id="0"/>
      <w:r w:rsidRPr="00D76500">
        <w:rPr>
          <w:rFonts w:ascii="Times New Roman" w:hAnsi="Times New Roman" w:cs="Times New Roman"/>
          <w:sz w:val="28"/>
          <w:szCs w:val="28"/>
        </w:rPr>
        <w:t>.................</w:t>
      </w:r>
    </w:p>
    <w:p w:rsidR="00FD4A5B" w:rsidRPr="00D76500" w:rsidRDefault="00D76500">
      <w:pPr>
        <w:rPr>
          <w:rFonts w:ascii="Times New Roman" w:hAnsi="Times New Roman" w:cs="Times New Roman"/>
          <w:sz w:val="28"/>
          <w:szCs w:val="28"/>
        </w:rPr>
      </w:pPr>
      <w:r w:rsidRPr="00D76500">
        <w:rPr>
          <w:rFonts w:ascii="Times New Roman" w:hAnsi="Times New Roman" w:cs="Times New Roman"/>
          <w:sz w:val="28"/>
          <w:szCs w:val="28"/>
        </w:rPr>
        <w:lastRenderedPageBreak/>
        <w:t>Biên b</w:t>
      </w:r>
      <w:r w:rsidRPr="00D76500">
        <w:rPr>
          <w:rFonts w:ascii="Times New Roman" w:hAnsi="Times New Roman" w:cs="Times New Roman"/>
          <w:sz w:val="28"/>
          <w:szCs w:val="28"/>
        </w:rPr>
        <w:t>ả</w:t>
      </w:r>
      <w:r w:rsidRPr="00D76500">
        <w:rPr>
          <w:rFonts w:ascii="Times New Roman" w:hAnsi="Times New Roman" w:cs="Times New Roman"/>
          <w:sz w:val="28"/>
          <w:szCs w:val="28"/>
        </w:rPr>
        <w:t>n đư</w:t>
      </w:r>
      <w:r w:rsidRPr="00D76500">
        <w:rPr>
          <w:rFonts w:ascii="Times New Roman" w:hAnsi="Times New Roman" w:cs="Times New Roman"/>
          <w:sz w:val="28"/>
          <w:szCs w:val="28"/>
        </w:rPr>
        <w:t>ợ</w:t>
      </w:r>
      <w:r w:rsidRPr="00D76500">
        <w:rPr>
          <w:rFonts w:ascii="Times New Roman" w:hAnsi="Times New Roman" w:cs="Times New Roman"/>
          <w:sz w:val="28"/>
          <w:szCs w:val="28"/>
        </w:rPr>
        <w:t>c l</w:t>
      </w:r>
      <w:r w:rsidRPr="00D76500">
        <w:rPr>
          <w:rFonts w:ascii="Times New Roman" w:hAnsi="Times New Roman" w:cs="Times New Roman"/>
          <w:sz w:val="28"/>
          <w:szCs w:val="28"/>
        </w:rPr>
        <w:t>ậ</w:t>
      </w:r>
      <w:r w:rsidRPr="00D76500">
        <w:rPr>
          <w:rFonts w:ascii="Times New Roman" w:hAnsi="Times New Roman" w:cs="Times New Roman"/>
          <w:sz w:val="28"/>
          <w:szCs w:val="28"/>
        </w:rPr>
        <w:t>p xong vào h</w:t>
      </w:r>
      <w:r w:rsidRPr="00D76500">
        <w:rPr>
          <w:rFonts w:ascii="Times New Roman" w:hAnsi="Times New Roman" w:cs="Times New Roman"/>
          <w:sz w:val="28"/>
          <w:szCs w:val="28"/>
        </w:rPr>
        <w:t>ồ</w:t>
      </w:r>
      <w:r w:rsidRPr="00D76500">
        <w:rPr>
          <w:rFonts w:ascii="Times New Roman" w:hAnsi="Times New Roman" w:cs="Times New Roman"/>
          <w:sz w:val="28"/>
          <w:szCs w:val="28"/>
        </w:rPr>
        <w:t>i ...... gi</w:t>
      </w:r>
      <w:r w:rsidRPr="00D76500">
        <w:rPr>
          <w:rFonts w:ascii="Times New Roman" w:hAnsi="Times New Roman" w:cs="Times New Roman"/>
          <w:sz w:val="28"/>
          <w:szCs w:val="28"/>
        </w:rPr>
        <w:t>ờ</w:t>
      </w:r>
      <w:r w:rsidRPr="00D76500">
        <w:rPr>
          <w:rFonts w:ascii="Times New Roman" w:hAnsi="Times New Roman" w:cs="Times New Roman"/>
          <w:sz w:val="28"/>
          <w:szCs w:val="28"/>
        </w:rPr>
        <w:t xml:space="preserve"> ...... phút, ngày ...... tháng ...... năm ......</w:t>
      </w:r>
      <w:r w:rsidRPr="00D76500">
        <w:rPr>
          <w:rFonts w:ascii="Times New Roman" w:hAnsi="Times New Roman" w:cs="Times New Roman"/>
          <w:sz w:val="28"/>
          <w:szCs w:val="28"/>
        </w:rPr>
        <w:br/>
        <w:t>C</w:t>
      </w:r>
      <w:r w:rsidRPr="00D76500">
        <w:rPr>
          <w:rFonts w:ascii="Times New Roman" w:hAnsi="Times New Roman" w:cs="Times New Roman"/>
          <w:sz w:val="28"/>
          <w:szCs w:val="28"/>
        </w:rPr>
        <w:t>ác bên tham gia ký tên dư</w:t>
      </w:r>
      <w:r w:rsidRPr="00D76500">
        <w:rPr>
          <w:rFonts w:ascii="Times New Roman" w:hAnsi="Times New Roman" w:cs="Times New Roman"/>
          <w:sz w:val="28"/>
          <w:szCs w:val="28"/>
        </w:rPr>
        <w:t>ớ</w:t>
      </w:r>
      <w:r w:rsidRPr="00D76500">
        <w:rPr>
          <w:rFonts w:ascii="Times New Roman" w:hAnsi="Times New Roman" w:cs="Times New Roman"/>
          <w:sz w:val="28"/>
          <w:szCs w:val="28"/>
        </w:rPr>
        <w:t>i đây đ</w:t>
      </w:r>
      <w:r w:rsidRPr="00D76500">
        <w:rPr>
          <w:rFonts w:ascii="Times New Roman" w:hAnsi="Times New Roman" w:cs="Times New Roman"/>
          <w:sz w:val="28"/>
          <w:szCs w:val="28"/>
        </w:rPr>
        <w:t>ể</w:t>
      </w:r>
      <w:r w:rsidRPr="00D76500">
        <w:rPr>
          <w:rFonts w:ascii="Times New Roman" w:hAnsi="Times New Roman" w:cs="Times New Roman"/>
          <w:sz w:val="28"/>
          <w:szCs w:val="28"/>
        </w:rPr>
        <w:t xml:space="preserve"> xác nh</w:t>
      </w:r>
      <w:r w:rsidRPr="00D76500">
        <w:rPr>
          <w:rFonts w:ascii="Times New Roman" w:hAnsi="Times New Roman" w:cs="Times New Roman"/>
          <w:sz w:val="28"/>
          <w:szCs w:val="28"/>
        </w:rPr>
        <w:t>ậ</w:t>
      </w:r>
      <w:r w:rsidRPr="00D76500">
        <w:rPr>
          <w:rFonts w:ascii="Times New Roman" w:hAnsi="Times New Roman" w:cs="Times New Roman"/>
          <w:sz w:val="28"/>
          <w:szCs w:val="28"/>
        </w:rPr>
        <w:t>n.</w:t>
      </w:r>
    </w:p>
    <w:p w:rsidR="00FD4A5B" w:rsidRPr="00D76500" w:rsidRDefault="00D76500">
      <w:pPr>
        <w:rPr>
          <w:rFonts w:ascii="Times New Roman" w:hAnsi="Times New Roman" w:cs="Times New Roman"/>
          <w:b/>
          <w:sz w:val="28"/>
          <w:szCs w:val="28"/>
        </w:rPr>
      </w:pPr>
      <w:r w:rsidRPr="00D76500">
        <w:rPr>
          <w:rFonts w:ascii="Times New Roman" w:hAnsi="Times New Roman" w:cs="Times New Roman"/>
          <w:b/>
          <w:sz w:val="28"/>
          <w:szCs w:val="28"/>
        </w:rPr>
        <w:t>Đ</w:t>
      </w:r>
      <w:r w:rsidRPr="00D76500">
        <w:rPr>
          <w:rFonts w:ascii="Times New Roman" w:hAnsi="Times New Roman" w:cs="Times New Roman"/>
          <w:b/>
          <w:sz w:val="28"/>
          <w:szCs w:val="28"/>
        </w:rPr>
        <w:t>Ạ</w:t>
      </w:r>
      <w:r w:rsidRPr="00D76500">
        <w:rPr>
          <w:rFonts w:ascii="Times New Roman" w:hAnsi="Times New Roman" w:cs="Times New Roman"/>
          <w:b/>
          <w:sz w:val="28"/>
          <w:szCs w:val="28"/>
        </w:rPr>
        <w:t>I DI</w:t>
      </w:r>
      <w:r w:rsidRPr="00D76500">
        <w:rPr>
          <w:rFonts w:ascii="Times New Roman" w:hAnsi="Times New Roman" w:cs="Times New Roman"/>
          <w:b/>
          <w:sz w:val="28"/>
          <w:szCs w:val="28"/>
        </w:rPr>
        <w:t>Ệ</w:t>
      </w:r>
      <w:r w:rsidRPr="00D76500">
        <w:rPr>
          <w:rFonts w:ascii="Times New Roman" w:hAnsi="Times New Roman" w:cs="Times New Roman"/>
          <w:b/>
          <w:sz w:val="28"/>
          <w:szCs w:val="28"/>
        </w:rPr>
        <w:t>N H</w:t>
      </w:r>
      <w:r w:rsidRPr="00D76500">
        <w:rPr>
          <w:rFonts w:ascii="Times New Roman" w:hAnsi="Times New Roman" w:cs="Times New Roman"/>
          <w:b/>
          <w:sz w:val="28"/>
          <w:szCs w:val="28"/>
        </w:rPr>
        <w:t>Ộ</w:t>
      </w:r>
      <w:r w:rsidRPr="00D76500">
        <w:rPr>
          <w:rFonts w:ascii="Times New Roman" w:hAnsi="Times New Roman" w:cs="Times New Roman"/>
          <w:b/>
          <w:sz w:val="28"/>
          <w:szCs w:val="28"/>
        </w:rPr>
        <w:t>I Đ</w:t>
      </w:r>
      <w:r w:rsidRPr="00D76500">
        <w:rPr>
          <w:rFonts w:ascii="Times New Roman" w:hAnsi="Times New Roman" w:cs="Times New Roman"/>
          <w:b/>
          <w:sz w:val="28"/>
          <w:szCs w:val="28"/>
        </w:rPr>
        <w:t>Ồ</w:t>
      </w:r>
      <w:r w:rsidRPr="00D76500">
        <w:rPr>
          <w:rFonts w:ascii="Times New Roman" w:hAnsi="Times New Roman" w:cs="Times New Roman"/>
          <w:b/>
          <w:sz w:val="28"/>
          <w:szCs w:val="28"/>
        </w:rPr>
        <w:t>NG PH</w:t>
      </w:r>
      <w:r w:rsidRPr="00D76500">
        <w:rPr>
          <w:rFonts w:ascii="Times New Roman" w:hAnsi="Times New Roman" w:cs="Times New Roman"/>
          <w:b/>
          <w:sz w:val="28"/>
          <w:szCs w:val="28"/>
        </w:rPr>
        <w:t>Ỏ</w:t>
      </w:r>
      <w:r w:rsidRPr="00D76500">
        <w:rPr>
          <w:rFonts w:ascii="Times New Roman" w:hAnsi="Times New Roman" w:cs="Times New Roman"/>
          <w:b/>
          <w:sz w:val="28"/>
          <w:szCs w:val="28"/>
        </w:rPr>
        <w:t>NG V</w:t>
      </w:r>
      <w:r w:rsidRPr="00D76500">
        <w:rPr>
          <w:rFonts w:ascii="Times New Roman" w:hAnsi="Times New Roman" w:cs="Times New Roman"/>
          <w:b/>
          <w:sz w:val="28"/>
          <w:szCs w:val="28"/>
        </w:rPr>
        <w:t>Ấ</w:t>
      </w:r>
      <w:r w:rsidRPr="00D76500">
        <w:rPr>
          <w:rFonts w:ascii="Times New Roman" w:hAnsi="Times New Roman" w:cs="Times New Roman"/>
          <w:b/>
          <w:sz w:val="28"/>
          <w:szCs w:val="28"/>
        </w:rPr>
        <w:t>N</w:t>
      </w:r>
      <w:r w:rsidRPr="00D76500">
        <w:rPr>
          <w:rFonts w:ascii="Times New Roman" w:hAnsi="Times New Roman" w:cs="Times New Roman"/>
          <w:b/>
          <w:sz w:val="28"/>
          <w:szCs w:val="28"/>
        </w:rPr>
        <w:br/>
        <w:t>(Ký, ghi rõ h</w:t>
      </w:r>
      <w:r w:rsidRPr="00D76500">
        <w:rPr>
          <w:rFonts w:ascii="Times New Roman" w:hAnsi="Times New Roman" w:cs="Times New Roman"/>
          <w:b/>
          <w:sz w:val="28"/>
          <w:szCs w:val="28"/>
        </w:rPr>
        <w:t>ọ</w:t>
      </w:r>
      <w:r w:rsidRPr="00D76500">
        <w:rPr>
          <w:rFonts w:ascii="Times New Roman" w:hAnsi="Times New Roman" w:cs="Times New Roman"/>
          <w:b/>
          <w:sz w:val="28"/>
          <w:szCs w:val="28"/>
        </w:rPr>
        <w:t xml:space="preserve"> tên)</w:t>
      </w:r>
      <w:r w:rsidRPr="00D76500">
        <w:rPr>
          <w:rFonts w:ascii="Times New Roman" w:hAnsi="Times New Roman" w:cs="Times New Roman"/>
          <w:b/>
          <w:sz w:val="28"/>
          <w:szCs w:val="28"/>
        </w:rPr>
        <w:br/>
      </w:r>
      <w:r w:rsidRPr="00D76500">
        <w:rPr>
          <w:rFonts w:ascii="Times New Roman" w:hAnsi="Times New Roman" w:cs="Times New Roman"/>
          <w:b/>
          <w:sz w:val="28"/>
          <w:szCs w:val="28"/>
        </w:rPr>
        <w:br/>
      </w:r>
      <w:r w:rsidRPr="00D76500">
        <w:rPr>
          <w:rFonts w:ascii="Times New Roman" w:hAnsi="Times New Roman" w:cs="Times New Roman"/>
          <w:b/>
          <w:sz w:val="28"/>
          <w:szCs w:val="28"/>
        </w:rPr>
        <w:t>Ứ</w:t>
      </w:r>
      <w:r w:rsidRPr="00D76500">
        <w:rPr>
          <w:rFonts w:ascii="Times New Roman" w:hAnsi="Times New Roman" w:cs="Times New Roman"/>
          <w:b/>
          <w:sz w:val="28"/>
          <w:szCs w:val="28"/>
        </w:rPr>
        <w:t>NG VIÊN</w:t>
      </w:r>
      <w:r w:rsidRPr="00D76500">
        <w:rPr>
          <w:rFonts w:ascii="Times New Roman" w:hAnsi="Times New Roman" w:cs="Times New Roman"/>
          <w:b/>
          <w:sz w:val="28"/>
          <w:szCs w:val="28"/>
        </w:rPr>
        <w:br/>
        <w:t>(Ký, ghi rõ h</w:t>
      </w:r>
      <w:r w:rsidRPr="00D76500">
        <w:rPr>
          <w:rFonts w:ascii="Times New Roman" w:hAnsi="Times New Roman" w:cs="Times New Roman"/>
          <w:b/>
          <w:sz w:val="28"/>
          <w:szCs w:val="28"/>
        </w:rPr>
        <w:t>ọ</w:t>
      </w:r>
      <w:r w:rsidRPr="00D76500">
        <w:rPr>
          <w:rFonts w:ascii="Times New Roman" w:hAnsi="Times New Roman" w:cs="Times New Roman"/>
          <w:b/>
          <w:sz w:val="28"/>
          <w:szCs w:val="28"/>
        </w:rPr>
        <w:t xml:space="preserve"> tên)</w:t>
      </w:r>
    </w:p>
    <w:sectPr w:rsidR="00FD4A5B" w:rsidRPr="00D7650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76500"/>
    <w:rsid w:val="00FC693F"/>
    <w:rsid w:val="00FD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6CEED21C-E0BD-46AA-B8BC-DA776CE08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02900D-38E6-4914-B7C2-470F5F31D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BIÊN BẢN PHỎNG VẤN TUYỂN DỤNG</vt:lpstr>
      <vt:lpstr>    HỘI ĐỒNG PHỎNG VẤN:</vt:lpstr>
      <vt:lpstr>    ỨNG VIÊN THAM GIA PHỎNG VẤN:</vt:lpstr>
      <vt:lpstr>    NỘI DUNG PHỎNG VẤN:</vt:lpstr>
      <vt:lpstr>    KẾT LUẬN CỦA HỘI ĐỒNG:</vt:lpstr>
    </vt:vector>
  </TitlesOfParts>
  <Manager/>
  <Company/>
  <LinksUpToDate>false</LinksUpToDate>
  <CharactersWithSpaces>1809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2025-05-30T00:35:00Z</dcterms:created>
  <dcterms:modified xsi:type="dcterms:W3CDTF">2025-05-30T00:35:00Z</dcterms:modified>
  <cp:category/>
</cp:coreProperties>
</file>