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032"/>
      </w:tblGrid>
      <w:tr w:rsidR="00952241" w:rsidRPr="00952241" w:rsidTr="00952241">
        <w:tc>
          <w:tcPr>
            <w:tcW w:w="2660" w:type="dxa"/>
          </w:tcPr>
          <w:p w:rsidR="00952241" w:rsidRPr="00952241" w:rsidRDefault="00952241" w:rsidP="00952241">
            <w:pPr>
              <w:rPr>
                <w:b/>
                <w:sz w:val="28"/>
                <w:szCs w:val="28"/>
              </w:rPr>
            </w:pPr>
            <w:r w:rsidRPr="00952241">
              <w:rPr>
                <w:b/>
                <w:sz w:val="28"/>
                <w:szCs w:val="28"/>
              </w:rPr>
              <w:t>CÔNG TY … [TÊN CÔNG TY]</w:t>
            </w:r>
          </w:p>
          <w:p w:rsidR="00952241" w:rsidRPr="00952241" w:rsidRDefault="00952241" w:rsidP="00952241">
            <w:pPr>
              <w:rPr>
                <w:b/>
                <w:sz w:val="28"/>
                <w:szCs w:val="28"/>
              </w:rPr>
            </w:pPr>
            <w:r w:rsidRPr="00952241">
              <w:rPr>
                <w:b/>
                <w:sz w:val="28"/>
                <w:szCs w:val="28"/>
              </w:rPr>
              <w:t>Địa chỉ: [Địa chỉ công ty]</w:t>
            </w:r>
          </w:p>
        </w:tc>
        <w:tc>
          <w:tcPr>
            <w:tcW w:w="6196" w:type="dxa"/>
          </w:tcPr>
          <w:p w:rsidR="00952241" w:rsidRPr="00952241" w:rsidRDefault="00952241" w:rsidP="00952241">
            <w:pPr>
              <w:jc w:val="center"/>
              <w:rPr>
                <w:b/>
                <w:sz w:val="28"/>
                <w:szCs w:val="28"/>
              </w:rPr>
            </w:pPr>
            <w:r w:rsidRPr="00952241">
              <w:rPr>
                <w:b/>
                <w:sz w:val="28"/>
                <w:szCs w:val="28"/>
              </w:rPr>
              <w:t>CỘNG HÒA XÃ HỘI CHỦ NGHĨA VIỆT NAM</w:t>
            </w:r>
          </w:p>
          <w:p w:rsidR="00952241" w:rsidRPr="00952241" w:rsidRDefault="00952241" w:rsidP="00952241">
            <w:pPr>
              <w:jc w:val="center"/>
              <w:rPr>
                <w:b/>
                <w:sz w:val="28"/>
                <w:szCs w:val="28"/>
              </w:rPr>
            </w:pPr>
            <w:r w:rsidRPr="00952241">
              <w:rPr>
                <w:b/>
                <w:sz w:val="28"/>
                <w:szCs w:val="28"/>
              </w:rPr>
              <w:t>Độc lập-Tự do-Hạnh phúc</w:t>
            </w:r>
          </w:p>
        </w:tc>
      </w:tr>
    </w:tbl>
    <w:p w:rsidR="00C11992" w:rsidRPr="00952241" w:rsidRDefault="00952241">
      <w:pPr>
        <w:rPr>
          <w:sz w:val="28"/>
          <w:szCs w:val="28"/>
        </w:rPr>
      </w:pPr>
      <w:r w:rsidRPr="00952241">
        <w:rPr>
          <w:sz w:val="28"/>
          <w:szCs w:val="28"/>
        </w:rPr>
        <w:t>S</w:t>
      </w:r>
      <w:r w:rsidRPr="00952241">
        <w:rPr>
          <w:sz w:val="28"/>
          <w:szCs w:val="28"/>
        </w:rPr>
        <w:t>ố</w:t>
      </w:r>
      <w:r w:rsidRPr="00952241">
        <w:rPr>
          <w:sz w:val="28"/>
          <w:szCs w:val="28"/>
        </w:rPr>
        <w:t>: [S</w:t>
      </w:r>
      <w:r w:rsidRPr="00952241">
        <w:rPr>
          <w:sz w:val="28"/>
          <w:szCs w:val="28"/>
        </w:rPr>
        <w:t>ố</w:t>
      </w:r>
      <w:r w:rsidRPr="00952241">
        <w:rPr>
          <w:sz w:val="28"/>
          <w:szCs w:val="28"/>
        </w:rPr>
        <w:t xml:space="preserve"> văn b</w:t>
      </w:r>
      <w:r w:rsidRPr="00952241">
        <w:rPr>
          <w:sz w:val="28"/>
          <w:szCs w:val="28"/>
        </w:rPr>
        <w:t>ả</w:t>
      </w:r>
      <w:r w:rsidRPr="00952241">
        <w:rPr>
          <w:sz w:val="28"/>
          <w:szCs w:val="28"/>
        </w:rPr>
        <w:t>n]/TB-CTY</w:t>
      </w:r>
    </w:p>
    <w:p w:rsidR="00C11992" w:rsidRPr="00952241" w:rsidRDefault="00952241">
      <w:pPr>
        <w:jc w:val="center"/>
        <w:rPr>
          <w:sz w:val="28"/>
          <w:szCs w:val="28"/>
        </w:rPr>
      </w:pPr>
      <w:r w:rsidRPr="00952241">
        <w:rPr>
          <w:b/>
          <w:sz w:val="28"/>
          <w:szCs w:val="28"/>
        </w:rPr>
        <w:t>THÔNG BÁO</w:t>
      </w:r>
      <w:r w:rsidRPr="00952241">
        <w:rPr>
          <w:b/>
          <w:sz w:val="28"/>
          <w:szCs w:val="28"/>
        </w:rPr>
        <w:br/>
        <w:t>V/v: Ch</w:t>
      </w:r>
      <w:r w:rsidRPr="00952241">
        <w:rPr>
          <w:b/>
          <w:sz w:val="28"/>
          <w:szCs w:val="28"/>
        </w:rPr>
        <w:t>ấ</w:t>
      </w:r>
      <w:r w:rsidRPr="00952241">
        <w:rPr>
          <w:b/>
          <w:sz w:val="28"/>
          <w:szCs w:val="28"/>
        </w:rPr>
        <w:t>m d</w:t>
      </w:r>
      <w:r w:rsidRPr="00952241">
        <w:rPr>
          <w:b/>
          <w:sz w:val="28"/>
          <w:szCs w:val="28"/>
        </w:rPr>
        <w:t>ứ</w:t>
      </w:r>
      <w:r w:rsidRPr="00952241">
        <w:rPr>
          <w:b/>
          <w:sz w:val="28"/>
          <w:szCs w:val="28"/>
        </w:rPr>
        <w:t>t h</w:t>
      </w:r>
      <w:r w:rsidRPr="00952241">
        <w:rPr>
          <w:b/>
          <w:sz w:val="28"/>
          <w:szCs w:val="28"/>
        </w:rPr>
        <w:t>ợ</w:t>
      </w:r>
      <w:r w:rsidRPr="00952241">
        <w:rPr>
          <w:b/>
          <w:sz w:val="28"/>
          <w:szCs w:val="28"/>
        </w:rPr>
        <w:t>p đ</w:t>
      </w:r>
      <w:r w:rsidRPr="00952241">
        <w:rPr>
          <w:b/>
          <w:sz w:val="28"/>
          <w:szCs w:val="28"/>
        </w:rPr>
        <w:t>ồ</w:t>
      </w:r>
      <w:r w:rsidRPr="00952241">
        <w:rPr>
          <w:b/>
          <w:sz w:val="28"/>
          <w:szCs w:val="28"/>
        </w:rPr>
        <w:t>ng lao đ</w:t>
      </w:r>
      <w:r w:rsidRPr="00952241">
        <w:rPr>
          <w:b/>
          <w:sz w:val="28"/>
          <w:szCs w:val="28"/>
        </w:rPr>
        <w:t>ộ</w:t>
      </w:r>
      <w:r w:rsidRPr="00952241">
        <w:rPr>
          <w:b/>
          <w:sz w:val="28"/>
          <w:szCs w:val="28"/>
        </w:rPr>
        <w:t>ng do hành vi vi ph</w:t>
      </w:r>
      <w:r w:rsidRPr="00952241">
        <w:rPr>
          <w:b/>
          <w:sz w:val="28"/>
          <w:szCs w:val="28"/>
        </w:rPr>
        <w:t>ạ</w:t>
      </w:r>
      <w:r w:rsidRPr="00952241">
        <w:rPr>
          <w:b/>
          <w:sz w:val="28"/>
          <w:szCs w:val="28"/>
        </w:rPr>
        <w:t>m k</w:t>
      </w:r>
      <w:r w:rsidRPr="00952241">
        <w:rPr>
          <w:b/>
          <w:sz w:val="28"/>
          <w:szCs w:val="28"/>
        </w:rPr>
        <w:t>ỷ</w:t>
      </w:r>
      <w:r w:rsidRPr="00952241">
        <w:rPr>
          <w:b/>
          <w:sz w:val="28"/>
          <w:szCs w:val="28"/>
        </w:rPr>
        <w:t xml:space="preserve"> lu</w:t>
      </w:r>
      <w:r w:rsidRPr="00952241">
        <w:rPr>
          <w:b/>
          <w:sz w:val="28"/>
          <w:szCs w:val="28"/>
        </w:rPr>
        <w:t>ậ</w:t>
      </w:r>
      <w:r w:rsidRPr="00952241">
        <w:rPr>
          <w:b/>
          <w:sz w:val="28"/>
          <w:szCs w:val="28"/>
        </w:rPr>
        <w:t>t</w:t>
      </w:r>
    </w:p>
    <w:p w:rsidR="00C11992" w:rsidRPr="00952241" w:rsidRDefault="00952241">
      <w:pPr>
        <w:rPr>
          <w:sz w:val="28"/>
          <w:szCs w:val="28"/>
        </w:rPr>
      </w:pPr>
      <w:r w:rsidRPr="00952241">
        <w:rPr>
          <w:sz w:val="28"/>
          <w:szCs w:val="28"/>
        </w:rPr>
        <w:t>Kính g</w:t>
      </w:r>
      <w:r w:rsidRPr="00952241">
        <w:rPr>
          <w:sz w:val="28"/>
          <w:szCs w:val="28"/>
        </w:rPr>
        <w:t>ử</w:t>
      </w:r>
      <w:r w:rsidRPr="00952241">
        <w:rPr>
          <w:sz w:val="28"/>
          <w:szCs w:val="28"/>
        </w:rPr>
        <w:t>i: Ông/Bà [H</w:t>
      </w:r>
      <w:r w:rsidRPr="00952241">
        <w:rPr>
          <w:sz w:val="28"/>
          <w:szCs w:val="28"/>
        </w:rPr>
        <w:t>ọ</w:t>
      </w:r>
      <w:r w:rsidRPr="00952241">
        <w:rPr>
          <w:sz w:val="28"/>
          <w:szCs w:val="28"/>
        </w:rPr>
        <w:t xml:space="preserve"> và tên ngư</w:t>
      </w:r>
      <w:r w:rsidRPr="00952241">
        <w:rPr>
          <w:sz w:val="28"/>
          <w:szCs w:val="28"/>
        </w:rPr>
        <w:t>ờ</w:t>
      </w:r>
      <w:r w:rsidRPr="00952241">
        <w:rPr>
          <w:sz w:val="28"/>
          <w:szCs w:val="28"/>
        </w:rPr>
        <w:t>i lao đ</w:t>
      </w:r>
      <w:r w:rsidRPr="00952241">
        <w:rPr>
          <w:sz w:val="28"/>
          <w:szCs w:val="28"/>
        </w:rPr>
        <w:t>ộ</w:t>
      </w:r>
      <w:r w:rsidRPr="00952241">
        <w:rPr>
          <w:sz w:val="28"/>
          <w:szCs w:val="28"/>
        </w:rPr>
        <w:t>ng]</w:t>
      </w:r>
    </w:p>
    <w:p w:rsidR="00C11992" w:rsidRPr="00952241" w:rsidRDefault="00952241">
      <w:pPr>
        <w:rPr>
          <w:sz w:val="28"/>
          <w:szCs w:val="28"/>
        </w:rPr>
      </w:pPr>
      <w:r w:rsidRPr="00952241">
        <w:rPr>
          <w:sz w:val="28"/>
          <w:szCs w:val="28"/>
        </w:rPr>
        <w:t>Ch</w:t>
      </w:r>
      <w:r w:rsidRPr="00952241">
        <w:rPr>
          <w:sz w:val="28"/>
          <w:szCs w:val="28"/>
        </w:rPr>
        <w:t>ứ</w:t>
      </w:r>
      <w:r w:rsidRPr="00952241">
        <w:rPr>
          <w:sz w:val="28"/>
          <w:szCs w:val="28"/>
        </w:rPr>
        <w:t>c v</w:t>
      </w:r>
      <w:r w:rsidRPr="00952241">
        <w:rPr>
          <w:sz w:val="28"/>
          <w:szCs w:val="28"/>
        </w:rPr>
        <w:t>ụ</w:t>
      </w:r>
      <w:r w:rsidRPr="00952241">
        <w:rPr>
          <w:sz w:val="28"/>
          <w:szCs w:val="28"/>
        </w:rPr>
        <w:t>: [Ch</w:t>
      </w:r>
      <w:r w:rsidRPr="00952241">
        <w:rPr>
          <w:sz w:val="28"/>
          <w:szCs w:val="28"/>
        </w:rPr>
        <w:t>ứ</w:t>
      </w:r>
      <w:r w:rsidRPr="00952241">
        <w:rPr>
          <w:sz w:val="28"/>
          <w:szCs w:val="28"/>
        </w:rPr>
        <w:t>c danh]</w:t>
      </w:r>
    </w:p>
    <w:p w:rsidR="00C11992" w:rsidRPr="00952241" w:rsidRDefault="00952241">
      <w:pPr>
        <w:rPr>
          <w:sz w:val="28"/>
          <w:szCs w:val="28"/>
        </w:rPr>
      </w:pPr>
      <w:r w:rsidRPr="00952241">
        <w:rPr>
          <w:sz w:val="28"/>
          <w:szCs w:val="28"/>
        </w:rPr>
        <w:t>Phòng ban: [Tên b</w:t>
      </w:r>
      <w:r w:rsidRPr="00952241">
        <w:rPr>
          <w:sz w:val="28"/>
          <w:szCs w:val="28"/>
        </w:rPr>
        <w:t>ộ</w:t>
      </w:r>
      <w:r w:rsidRPr="00952241">
        <w:rPr>
          <w:sz w:val="28"/>
          <w:szCs w:val="28"/>
        </w:rPr>
        <w:t xml:space="preserve"> ph</w:t>
      </w:r>
      <w:r w:rsidRPr="00952241">
        <w:rPr>
          <w:sz w:val="28"/>
          <w:szCs w:val="28"/>
        </w:rPr>
        <w:t>ậ</w:t>
      </w:r>
      <w:r w:rsidRPr="00952241">
        <w:rPr>
          <w:sz w:val="28"/>
          <w:szCs w:val="28"/>
        </w:rPr>
        <w:t>n/phòng ban]</w:t>
      </w:r>
    </w:p>
    <w:p w:rsidR="00C11992" w:rsidRPr="00952241" w:rsidRDefault="00952241">
      <w:pPr>
        <w:rPr>
          <w:sz w:val="28"/>
          <w:szCs w:val="28"/>
        </w:rPr>
      </w:pPr>
      <w:r w:rsidRPr="00952241">
        <w:rPr>
          <w:sz w:val="28"/>
          <w:szCs w:val="28"/>
        </w:rPr>
        <w:t>Căn c</w:t>
      </w:r>
      <w:r w:rsidRPr="00952241">
        <w:rPr>
          <w:sz w:val="28"/>
          <w:szCs w:val="28"/>
        </w:rPr>
        <w:t>ứ</w:t>
      </w:r>
      <w:r w:rsidRPr="00952241">
        <w:rPr>
          <w:sz w:val="28"/>
          <w:szCs w:val="28"/>
        </w:rPr>
        <w:t xml:space="preserve"> </w:t>
      </w:r>
      <w:r w:rsidRPr="00952241">
        <w:rPr>
          <w:sz w:val="28"/>
          <w:szCs w:val="28"/>
        </w:rPr>
        <w:t>vào:</w:t>
      </w:r>
    </w:p>
    <w:p w:rsidR="00C11992" w:rsidRPr="00952241" w:rsidRDefault="00952241">
      <w:pPr>
        <w:rPr>
          <w:sz w:val="28"/>
          <w:szCs w:val="28"/>
        </w:rPr>
      </w:pPr>
      <w:r w:rsidRPr="00952241">
        <w:rPr>
          <w:sz w:val="28"/>
          <w:szCs w:val="28"/>
        </w:rPr>
        <w:t>- B</w:t>
      </w:r>
      <w:r w:rsidRPr="00952241">
        <w:rPr>
          <w:sz w:val="28"/>
          <w:szCs w:val="28"/>
        </w:rPr>
        <w:t>ộ</w:t>
      </w:r>
      <w:r w:rsidRPr="00952241">
        <w:rPr>
          <w:sz w:val="28"/>
          <w:szCs w:val="28"/>
        </w:rPr>
        <w:t xml:space="preserve"> lu</w:t>
      </w:r>
      <w:r w:rsidRPr="00952241">
        <w:rPr>
          <w:sz w:val="28"/>
          <w:szCs w:val="28"/>
        </w:rPr>
        <w:t>ậ</w:t>
      </w:r>
      <w:r w:rsidRPr="00952241">
        <w:rPr>
          <w:sz w:val="28"/>
          <w:szCs w:val="28"/>
        </w:rPr>
        <w:t>t Lao đ</w:t>
      </w:r>
      <w:r w:rsidRPr="00952241">
        <w:rPr>
          <w:sz w:val="28"/>
          <w:szCs w:val="28"/>
        </w:rPr>
        <w:t>ộ</w:t>
      </w:r>
      <w:r w:rsidRPr="00952241">
        <w:rPr>
          <w:sz w:val="28"/>
          <w:szCs w:val="28"/>
        </w:rPr>
        <w:t>ng năm 2019;</w:t>
      </w:r>
    </w:p>
    <w:p w:rsidR="00C11992" w:rsidRPr="00952241" w:rsidRDefault="00952241">
      <w:pPr>
        <w:rPr>
          <w:sz w:val="28"/>
          <w:szCs w:val="28"/>
        </w:rPr>
      </w:pPr>
      <w:r w:rsidRPr="00952241">
        <w:rPr>
          <w:sz w:val="28"/>
          <w:szCs w:val="28"/>
        </w:rPr>
        <w:t>- N</w:t>
      </w:r>
      <w:r w:rsidRPr="00952241">
        <w:rPr>
          <w:sz w:val="28"/>
          <w:szCs w:val="28"/>
        </w:rPr>
        <w:t>ộ</w:t>
      </w:r>
      <w:r w:rsidRPr="00952241">
        <w:rPr>
          <w:sz w:val="28"/>
          <w:szCs w:val="28"/>
        </w:rPr>
        <w:t>i quy lao đ</w:t>
      </w:r>
      <w:r w:rsidRPr="00952241">
        <w:rPr>
          <w:sz w:val="28"/>
          <w:szCs w:val="28"/>
        </w:rPr>
        <w:t>ộ</w:t>
      </w:r>
      <w:r w:rsidRPr="00952241">
        <w:rPr>
          <w:sz w:val="28"/>
          <w:szCs w:val="28"/>
        </w:rPr>
        <w:t>ng c</w:t>
      </w:r>
      <w:r w:rsidRPr="00952241">
        <w:rPr>
          <w:sz w:val="28"/>
          <w:szCs w:val="28"/>
        </w:rPr>
        <w:t>ủ</w:t>
      </w:r>
      <w:r w:rsidRPr="00952241">
        <w:rPr>
          <w:sz w:val="28"/>
          <w:szCs w:val="28"/>
        </w:rPr>
        <w:t>a Công ty ban hành ngày [ngày/tháng/năm];</w:t>
      </w:r>
    </w:p>
    <w:p w:rsidR="00C11992" w:rsidRPr="00952241" w:rsidRDefault="00952241">
      <w:pPr>
        <w:rPr>
          <w:sz w:val="28"/>
          <w:szCs w:val="28"/>
        </w:rPr>
      </w:pPr>
      <w:r w:rsidRPr="00952241">
        <w:rPr>
          <w:sz w:val="28"/>
          <w:szCs w:val="28"/>
        </w:rPr>
        <w:t>- Biên b</w:t>
      </w:r>
      <w:r w:rsidRPr="00952241">
        <w:rPr>
          <w:sz w:val="28"/>
          <w:szCs w:val="28"/>
        </w:rPr>
        <w:t>ả</w:t>
      </w:r>
      <w:r w:rsidRPr="00952241">
        <w:rPr>
          <w:sz w:val="28"/>
          <w:szCs w:val="28"/>
        </w:rPr>
        <w:t>n vi ph</w:t>
      </w:r>
      <w:r w:rsidRPr="00952241">
        <w:rPr>
          <w:sz w:val="28"/>
          <w:szCs w:val="28"/>
        </w:rPr>
        <w:t>ạ</w:t>
      </w:r>
      <w:r w:rsidRPr="00952241">
        <w:rPr>
          <w:sz w:val="28"/>
          <w:szCs w:val="28"/>
        </w:rPr>
        <w:t>m k</w:t>
      </w:r>
      <w:r w:rsidRPr="00952241">
        <w:rPr>
          <w:sz w:val="28"/>
          <w:szCs w:val="28"/>
        </w:rPr>
        <w:t>ỷ</w:t>
      </w:r>
      <w:r w:rsidRPr="00952241">
        <w:rPr>
          <w:sz w:val="28"/>
          <w:szCs w:val="28"/>
        </w:rPr>
        <w:t xml:space="preserve"> lu</w:t>
      </w:r>
      <w:r w:rsidRPr="00952241">
        <w:rPr>
          <w:sz w:val="28"/>
          <w:szCs w:val="28"/>
        </w:rPr>
        <w:t>ậ</w:t>
      </w:r>
      <w:r w:rsidRPr="00952241">
        <w:rPr>
          <w:sz w:val="28"/>
          <w:szCs w:val="28"/>
        </w:rPr>
        <w:t>t l</w:t>
      </w:r>
      <w:r w:rsidRPr="00952241">
        <w:rPr>
          <w:sz w:val="28"/>
          <w:szCs w:val="28"/>
        </w:rPr>
        <w:t>ậ</w:t>
      </w:r>
      <w:r w:rsidRPr="00952241">
        <w:rPr>
          <w:sz w:val="28"/>
          <w:szCs w:val="28"/>
        </w:rPr>
        <w:t>p ngày [ngày/tháng/năm];</w:t>
      </w:r>
    </w:p>
    <w:p w:rsidR="00C11992" w:rsidRPr="00952241" w:rsidRDefault="00952241">
      <w:pPr>
        <w:rPr>
          <w:sz w:val="28"/>
          <w:szCs w:val="28"/>
        </w:rPr>
      </w:pPr>
      <w:r w:rsidRPr="00952241">
        <w:rPr>
          <w:sz w:val="28"/>
          <w:szCs w:val="28"/>
        </w:rPr>
        <w:t>- Quy</w:t>
      </w:r>
      <w:r w:rsidRPr="00952241">
        <w:rPr>
          <w:sz w:val="28"/>
          <w:szCs w:val="28"/>
        </w:rPr>
        <w:t>ế</w:t>
      </w:r>
      <w:r w:rsidRPr="00952241">
        <w:rPr>
          <w:sz w:val="28"/>
          <w:szCs w:val="28"/>
        </w:rPr>
        <w:t>t đ</w:t>
      </w:r>
      <w:r w:rsidRPr="00952241">
        <w:rPr>
          <w:sz w:val="28"/>
          <w:szCs w:val="28"/>
        </w:rPr>
        <w:t>ị</w:t>
      </w:r>
      <w:r w:rsidRPr="00952241">
        <w:rPr>
          <w:sz w:val="28"/>
          <w:szCs w:val="28"/>
        </w:rPr>
        <w:t>nh x</w:t>
      </w:r>
      <w:r w:rsidRPr="00952241">
        <w:rPr>
          <w:sz w:val="28"/>
          <w:szCs w:val="28"/>
        </w:rPr>
        <w:t>ử</w:t>
      </w:r>
      <w:r w:rsidRPr="00952241">
        <w:rPr>
          <w:sz w:val="28"/>
          <w:szCs w:val="28"/>
        </w:rPr>
        <w:t xml:space="preserve"> lý k</w:t>
      </w:r>
      <w:r w:rsidRPr="00952241">
        <w:rPr>
          <w:sz w:val="28"/>
          <w:szCs w:val="28"/>
        </w:rPr>
        <w:t>ỷ</w:t>
      </w:r>
      <w:r w:rsidRPr="00952241">
        <w:rPr>
          <w:sz w:val="28"/>
          <w:szCs w:val="28"/>
        </w:rPr>
        <w:t xml:space="preserve"> lu</w:t>
      </w:r>
      <w:r w:rsidRPr="00952241">
        <w:rPr>
          <w:sz w:val="28"/>
          <w:szCs w:val="28"/>
        </w:rPr>
        <w:t>ậ</w:t>
      </w:r>
      <w:r w:rsidRPr="00952241">
        <w:rPr>
          <w:sz w:val="28"/>
          <w:szCs w:val="28"/>
        </w:rPr>
        <w:t>t lao đ</w:t>
      </w:r>
      <w:r w:rsidRPr="00952241">
        <w:rPr>
          <w:sz w:val="28"/>
          <w:szCs w:val="28"/>
        </w:rPr>
        <w:t>ộ</w:t>
      </w:r>
      <w:r w:rsidRPr="00952241">
        <w:rPr>
          <w:sz w:val="28"/>
          <w:szCs w:val="28"/>
        </w:rPr>
        <w:t>ng s</w:t>
      </w:r>
      <w:r w:rsidRPr="00952241">
        <w:rPr>
          <w:sz w:val="28"/>
          <w:szCs w:val="28"/>
        </w:rPr>
        <w:t>ố</w:t>
      </w:r>
      <w:r w:rsidRPr="00952241">
        <w:rPr>
          <w:sz w:val="28"/>
          <w:szCs w:val="28"/>
        </w:rPr>
        <w:t xml:space="preserve"> [s</w:t>
      </w:r>
      <w:r w:rsidRPr="00952241">
        <w:rPr>
          <w:sz w:val="28"/>
          <w:szCs w:val="28"/>
        </w:rPr>
        <w:t>ố</w:t>
      </w:r>
      <w:r w:rsidRPr="00952241">
        <w:rPr>
          <w:sz w:val="28"/>
          <w:szCs w:val="28"/>
        </w:rPr>
        <w:t xml:space="preserve"> quy</w:t>
      </w:r>
      <w:r w:rsidRPr="00952241">
        <w:rPr>
          <w:sz w:val="28"/>
          <w:szCs w:val="28"/>
        </w:rPr>
        <w:t>ế</w:t>
      </w:r>
      <w:r w:rsidRPr="00952241">
        <w:rPr>
          <w:sz w:val="28"/>
          <w:szCs w:val="28"/>
        </w:rPr>
        <w:t>t đ</w:t>
      </w:r>
      <w:r w:rsidRPr="00952241">
        <w:rPr>
          <w:sz w:val="28"/>
          <w:szCs w:val="28"/>
        </w:rPr>
        <w:t>ị</w:t>
      </w:r>
      <w:r w:rsidRPr="00952241">
        <w:rPr>
          <w:sz w:val="28"/>
          <w:szCs w:val="28"/>
        </w:rPr>
        <w:t>nh] ban hành ngày [ngày/tháng/năm];</w:t>
      </w:r>
    </w:p>
    <w:p w:rsidR="00C11992" w:rsidRPr="00952241" w:rsidRDefault="00952241">
      <w:pPr>
        <w:rPr>
          <w:sz w:val="28"/>
          <w:szCs w:val="28"/>
        </w:rPr>
      </w:pPr>
      <w:r w:rsidRPr="00952241">
        <w:rPr>
          <w:sz w:val="28"/>
          <w:szCs w:val="28"/>
        </w:rPr>
        <w:t xml:space="preserve">Công ty thông báo </w:t>
      </w:r>
      <w:r w:rsidRPr="00952241">
        <w:rPr>
          <w:sz w:val="28"/>
          <w:szCs w:val="28"/>
        </w:rPr>
        <w:t>v</w:t>
      </w:r>
      <w:r w:rsidRPr="00952241">
        <w:rPr>
          <w:sz w:val="28"/>
          <w:szCs w:val="28"/>
        </w:rPr>
        <w:t>ề</w:t>
      </w:r>
      <w:r w:rsidRPr="00952241">
        <w:rPr>
          <w:sz w:val="28"/>
          <w:szCs w:val="28"/>
        </w:rPr>
        <w:t xml:space="preserve"> vi</w:t>
      </w:r>
      <w:r w:rsidRPr="00952241">
        <w:rPr>
          <w:sz w:val="28"/>
          <w:szCs w:val="28"/>
        </w:rPr>
        <w:t>ệ</w:t>
      </w:r>
      <w:r w:rsidRPr="00952241">
        <w:rPr>
          <w:sz w:val="28"/>
          <w:szCs w:val="28"/>
        </w:rPr>
        <w:t>c ch</w:t>
      </w:r>
      <w:r w:rsidRPr="00952241">
        <w:rPr>
          <w:sz w:val="28"/>
          <w:szCs w:val="28"/>
        </w:rPr>
        <w:t>ấ</w:t>
      </w:r>
      <w:r w:rsidRPr="00952241">
        <w:rPr>
          <w:sz w:val="28"/>
          <w:szCs w:val="28"/>
        </w:rPr>
        <w:t>m d</w:t>
      </w:r>
      <w:r w:rsidRPr="00952241">
        <w:rPr>
          <w:sz w:val="28"/>
          <w:szCs w:val="28"/>
        </w:rPr>
        <w:t>ứ</w:t>
      </w:r>
      <w:r w:rsidRPr="00952241">
        <w:rPr>
          <w:sz w:val="28"/>
          <w:szCs w:val="28"/>
        </w:rPr>
        <w:t>t h</w:t>
      </w:r>
      <w:r w:rsidRPr="00952241">
        <w:rPr>
          <w:sz w:val="28"/>
          <w:szCs w:val="28"/>
        </w:rPr>
        <w:t>ợ</w:t>
      </w:r>
      <w:r w:rsidRPr="00952241">
        <w:rPr>
          <w:sz w:val="28"/>
          <w:szCs w:val="28"/>
        </w:rPr>
        <w:t>p đ</w:t>
      </w:r>
      <w:r w:rsidRPr="00952241">
        <w:rPr>
          <w:sz w:val="28"/>
          <w:szCs w:val="28"/>
        </w:rPr>
        <w:t>ồ</w:t>
      </w:r>
      <w:r w:rsidRPr="00952241">
        <w:rPr>
          <w:sz w:val="28"/>
          <w:szCs w:val="28"/>
        </w:rPr>
        <w:t>ng lao đ</w:t>
      </w:r>
      <w:r w:rsidRPr="00952241">
        <w:rPr>
          <w:sz w:val="28"/>
          <w:szCs w:val="28"/>
        </w:rPr>
        <w:t>ộ</w:t>
      </w:r>
      <w:r w:rsidRPr="00952241">
        <w:rPr>
          <w:sz w:val="28"/>
          <w:szCs w:val="28"/>
        </w:rPr>
        <w:t>ng v</w:t>
      </w:r>
      <w:r w:rsidRPr="00952241">
        <w:rPr>
          <w:sz w:val="28"/>
          <w:szCs w:val="28"/>
        </w:rPr>
        <w:t>ớ</w:t>
      </w:r>
      <w:r w:rsidRPr="00952241">
        <w:rPr>
          <w:sz w:val="28"/>
          <w:szCs w:val="28"/>
        </w:rPr>
        <w:t>i Ông/Bà [H</w:t>
      </w:r>
      <w:r w:rsidRPr="00952241">
        <w:rPr>
          <w:sz w:val="28"/>
          <w:szCs w:val="28"/>
        </w:rPr>
        <w:t>ọ</w:t>
      </w:r>
      <w:r w:rsidRPr="00952241">
        <w:rPr>
          <w:sz w:val="28"/>
          <w:szCs w:val="28"/>
        </w:rPr>
        <w:t xml:space="preserve"> và tên] như sau:</w:t>
      </w:r>
    </w:p>
    <w:p w:rsidR="00C11992" w:rsidRPr="00952241" w:rsidRDefault="00952241">
      <w:pPr>
        <w:rPr>
          <w:sz w:val="28"/>
          <w:szCs w:val="28"/>
        </w:rPr>
      </w:pPr>
      <w:r w:rsidRPr="00952241">
        <w:rPr>
          <w:sz w:val="28"/>
          <w:szCs w:val="28"/>
        </w:rPr>
        <w:t>- Hình th</w:t>
      </w:r>
      <w:r w:rsidRPr="00952241">
        <w:rPr>
          <w:sz w:val="28"/>
          <w:szCs w:val="28"/>
        </w:rPr>
        <w:t>ứ</w:t>
      </w:r>
      <w:r w:rsidRPr="00952241">
        <w:rPr>
          <w:sz w:val="28"/>
          <w:szCs w:val="28"/>
        </w:rPr>
        <w:t>c ch</w:t>
      </w:r>
      <w:r w:rsidRPr="00952241">
        <w:rPr>
          <w:sz w:val="28"/>
          <w:szCs w:val="28"/>
        </w:rPr>
        <w:t>ấ</w:t>
      </w:r>
      <w:r w:rsidRPr="00952241">
        <w:rPr>
          <w:sz w:val="28"/>
          <w:szCs w:val="28"/>
        </w:rPr>
        <w:t>m d</w:t>
      </w:r>
      <w:r w:rsidRPr="00952241">
        <w:rPr>
          <w:sz w:val="28"/>
          <w:szCs w:val="28"/>
        </w:rPr>
        <w:t>ứ</w:t>
      </w:r>
      <w:r w:rsidRPr="00952241">
        <w:rPr>
          <w:sz w:val="28"/>
          <w:szCs w:val="28"/>
        </w:rPr>
        <w:t>t: Sa th</w:t>
      </w:r>
      <w:r w:rsidRPr="00952241">
        <w:rPr>
          <w:sz w:val="28"/>
          <w:szCs w:val="28"/>
        </w:rPr>
        <w:t>ả</w:t>
      </w:r>
      <w:r w:rsidRPr="00952241">
        <w:rPr>
          <w:sz w:val="28"/>
          <w:szCs w:val="28"/>
        </w:rPr>
        <w:t>i</w:t>
      </w:r>
    </w:p>
    <w:p w:rsidR="00C11992" w:rsidRPr="00952241" w:rsidRDefault="00952241">
      <w:pPr>
        <w:rPr>
          <w:sz w:val="28"/>
          <w:szCs w:val="28"/>
        </w:rPr>
      </w:pPr>
      <w:r w:rsidRPr="00952241">
        <w:rPr>
          <w:sz w:val="28"/>
          <w:szCs w:val="28"/>
        </w:rPr>
        <w:t>- Lý do: [Nêu rõ hành vi vi ph</w:t>
      </w:r>
      <w:r w:rsidRPr="00952241">
        <w:rPr>
          <w:sz w:val="28"/>
          <w:szCs w:val="28"/>
        </w:rPr>
        <w:t>ạ</w:t>
      </w:r>
      <w:r w:rsidRPr="00952241">
        <w:rPr>
          <w:sz w:val="28"/>
          <w:szCs w:val="28"/>
        </w:rPr>
        <w:t>m n</w:t>
      </w:r>
      <w:r w:rsidRPr="00952241">
        <w:rPr>
          <w:sz w:val="28"/>
          <w:szCs w:val="28"/>
        </w:rPr>
        <w:t>ộ</w:t>
      </w:r>
      <w:r w:rsidRPr="00952241">
        <w:rPr>
          <w:sz w:val="28"/>
          <w:szCs w:val="28"/>
        </w:rPr>
        <w:t>i quy]</w:t>
      </w:r>
    </w:p>
    <w:p w:rsidR="00C11992" w:rsidRPr="00952241" w:rsidRDefault="00952241">
      <w:pPr>
        <w:rPr>
          <w:sz w:val="28"/>
          <w:szCs w:val="28"/>
        </w:rPr>
      </w:pPr>
      <w:r w:rsidRPr="00952241">
        <w:rPr>
          <w:sz w:val="28"/>
          <w:szCs w:val="28"/>
        </w:rPr>
        <w:t>- Ngày ch</w:t>
      </w:r>
      <w:r w:rsidRPr="00952241">
        <w:rPr>
          <w:sz w:val="28"/>
          <w:szCs w:val="28"/>
        </w:rPr>
        <w:t>ấ</w:t>
      </w:r>
      <w:r w:rsidRPr="00952241">
        <w:rPr>
          <w:sz w:val="28"/>
          <w:szCs w:val="28"/>
        </w:rPr>
        <w:t>m d</w:t>
      </w:r>
      <w:r w:rsidRPr="00952241">
        <w:rPr>
          <w:sz w:val="28"/>
          <w:szCs w:val="28"/>
        </w:rPr>
        <w:t>ứ</w:t>
      </w:r>
      <w:r w:rsidRPr="00952241">
        <w:rPr>
          <w:sz w:val="28"/>
          <w:szCs w:val="28"/>
        </w:rPr>
        <w:t>t h</w:t>
      </w:r>
      <w:r w:rsidRPr="00952241">
        <w:rPr>
          <w:sz w:val="28"/>
          <w:szCs w:val="28"/>
        </w:rPr>
        <w:t>ợ</w:t>
      </w:r>
      <w:r w:rsidRPr="00952241">
        <w:rPr>
          <w:sz w:val="28"/>
          <w:szCs w:val="28"/>
        </w:rPr>
        <w:t>p đ</w:t>
      </w:r>
      <w:r w:rsidRPr="00952241">
        <w:rPr>
          <w:sz w:val="28"/>
          <w:szCs w:val="28"/>
        </w:rPr>
        <w:t>ồ</w:t>
      </w:r>
      <w:r w:rsidRPr="00952241">
        <w:rPr>
          <w:sz w:val="28"/>
          <w:szCs w:val="28"/>
        </w:rPr>
        <w:t>ng: [ngày/tháng/năm]</w:t>
      </w:r>
    </w:p>
    <w:p w:rsidR="00C11992" w:rsidRPr="00952241" w:rsidRDefault="00952241">
      <w:pPr>
        <w:rPr>
          <w:sz w:val="28"/>
          <w:szCs w:val="28"/>
        </w:rPr>
      </w:pPr>
      <w:r w:rsidRPr="00952241">
        <w:rPr>
          <w:sz w:val="28"/>
          <w:szCs w:val="28"/>
        </w:rPr>
        <w:t>Đ</w:t>
      </w:r>
      <w:r w:rsidRPr="00952241">
        <w:rPr>
          <w:sz w:val="28"/>
          <w:szCs w:val="28"/>
        </w:rPr>
        <w:t>ề</w:t>
      </w:r>
      <w:r w:rsidRPr="00952241">
        <w:rPr>
          <w:sz w:val="28"/>
          <w:szCs w:val="28"/>
        </w:rPr>
        <w:t xml:space="preserve"> ngh</w:t>
      </w:r>
      <w:r w:rsidRPr="00952241">
        <w:rPr>
          <w:sz w:val="28"/>
          <w:szCs w:val="28"/>
        </w:rPr>
        <w:t>ị</w:t>
      </w:r>
      <w:r w:rsidRPr="00952241">
        <w:rPr>
          <w:sz w:val="28"/>
          <w:szCs w:val="28"/>
        </w:rPr>
        <w:t xml:space="preserve"> Ông/Bà bàn giao công vi</w:t>
      </w:r>
      <w:r w:rsidRPr="00952241">
        <w:rPr>
          <w:sz w:val="28"/>
          <w:szCs w:val="28"/>
        </w:rPr>
        <w:t>ệ</w:t>
      </w:r>
      <w:r w:rsidRPr="00952241">
        <w:rPr>
          <w:sz w:val="28"/>
          <w:szCs w:val="28"/>
        </w:rPr>
        <w:t>c, tài s</w:t>
      </w:r>
      <w:r w:rsidRPr="00952241">
        <w:rPr>
          <w:sz w:val="28"/>
          <w:szCs w:val="28"/>
        </w:rPr>
        <w:t>ả</w:t>
      </w:r>
      <w:r w:rsidRPr="00952241">
        <w:rPr>
          <w:sz w:val="28"/>
          <w:szCs w:val="28"/>
        </w:rPr>
        <w:t>n (n</w:t>
      </w:r>
      <w:r w:rsidRPr="00952241">
        <w:rPr>
          <w:sz w:val="28"/>
          <w:szCs w:val="28"/>
        </w:rPr>
        <w:t>ế</w:t>
      </w:r>
      <w:r w:rsidRPr="00952241">
        <w:rPr>
          <w:sz w:val="28"/>
          <w:szCs w:val="28"/>
        </w:rPr>
        <w:t>u có) cho ngư</w:t>
      </w:r>
      <w:r w:rsidRPr="00952241">
        <w:rPr>
          <w:sz w:val="28"/>
          <w:szCs w:val="28"/>
        </w:rPr>
        <w:t>ờ</w:t>
      </w:r>
      <w:r w:rsidRPr="00952241">
        <w:rPr>
          <w:sz w:val="28"/>
          <w:szCs w:val="28"/>
        </w:rPr>
        <w:t>i đư</w:t>
      </w:r>
      <w:r w:rsidRPr="00952241">
        <w:rPr>
          <w:sz w:val="28"/>
          <w:szCs w:val="28"/>
        </w:rPr>
        <w:t>ợ</w:t>
      </w:r>
      <w:r w:rsidRPr="00952241">
        <w:rPr>
          <w:sz w:val="28"/>
          <w:szCs w:val="28"/>
        </w:rPr>
        <w:t xml:space="preserve">c </w:t>
      </w:r>
      <w:r w:rsidRPr="00952241">
        <w:rPr>
          <w:sz w:val="28"/>
          <w:szCs w:val="28"/>
        </w:rPr>
        <w:t>ủ</w:t>
      </w:r>
      <w:r w:rsidRPr="00952241">
        <w:rPr>
          <w:sz w:val="28"/>
          <w:szCs w:val="28"/>
        </w:rPr>
        <w:t>y quy</w:t>
      </w:r>
      <w:r w:rsidRPr="00952241">
        <w:rPr>
          <w:sz w:val="28"/>
          <w:szCs w:val="28"/>
        </w:rPr>
        <w:t>ề</w:t>
      </w:r>
      <w:r w:rsidRPr="00952241">
        <w:rPr>
          <w:sz w:val="28"/>
          <w:szCs w:val="28"/>
        </w:rPr>
        <w:t>n theo quy đ</w:t>
      </w:r>
      <w:r w:rsidRPr="00952241">
        <w:rPr>
          <w:sz w:val="28"/>
          <w:szCs w:val="28"/>
        </w:rPr>
        <w:t>ị</w:t>
      </w:r>
      <w:r w:rsidRPr="00952241">
        <w:rPr>
          <w:sz w:val="28"/>
          <w:szCs w:val="28"/>
        </w:rPr>
        <w:t>nh c</w:t>
      </w:r>
      <w:r w:rsidRPr="00952241">
        <w:rPr>
          <w:sz w:val="28"/>
          <w:szCs w:val="28"/>
        </w:rPr>
        <w:t>ủ</w:t>
      </w:r>
      <w:r w:rsidRPr="00952241">
        <w:rPr>
          <w:sz w:val="28"/>
          <w:szCs w:val="28"/>
        </w:rPr>
        <w:t>a Công ty.</w:t>
      </w:r>
    </w:p>
    <w:p w:rsidR="00C11992" w:rsidRPr="00952241" w:rsidRDefault="00952241">
      <w:pPr>
        <w:rPr>
          <w:sz w:val="28"/>
          <w:szCs w:val="28"/>
        </w:rPr>
      </w:pPr>
      <w:r w:rsidRPr="00952241">
        <w:rPr>
          <w:sz w:val="28"/>
          <w:szCs w:val="28"/>
        </w:rPr>
        <w:t>Công ty s</w:t>
      </w:r>
      <w:r w:rsidRPr="00952241">
        <w:rPr>
          <w:sz w:val="28"/>
          <w:szCs w:val="28"/>
        </w:rPr>
        <w:t>ẽ</w:t>
      </w:r>
      <w:r w:rsidRPr="00952241">
        <w:rPr>
          <w:sz w:val="28"/>
          <w:szCs w:val="28"/>
        </w:rPr>
        <w:t xml:space="preserve"> ti</w:t>
      </w:r>
      <w:r w:rsidRPr="00952241">
        <w:rPr>
          <w:sz w:val="28"/>
          <w:szCs w:val="28"/>
        </w:rPr>
        <w:t>ế</w:t>
      </w:r>
      <w:r w:rsidRPr="00952241">
        <w:rPr>
          <w:sz w:val="28"/>
          <w:szCs w:val="28"/>
        </w:rPr>
        <w:t>n hành thanh toán các kho</w:t>
      </w:r>
      <w:r w:rsidRPr="00952241">
        <w:rPr>
          <w:sz w:val="28"/>
          <w:szCs w:val="28"/>
        </w:rPr>
        <w:t>ả</w:t>
      </w:r>
      <w:r w:rsidRPr="00952241">
        <w:rPr>
          <w:sz w:val="28"/>
          <w:szCs w:val="28"/>
        </w:rPr>
        <w:t>n lương và ch</w:t>
      </w:r>
      <w:r w:rsidRPr="00952241">
        <w:rPr>
          <w:sz w:val="28"/>
          <w:szCs w:val="28"/>
        </w:rPr>
        <w:t>ế</w:t>
      </w:r>
      <w:r w:rsidRPr="00952241">
        <w:rPr>
          <w:sz w:val="28"/>
          <w:szCs w:val="28"/>
        </w:rPr>
        <w:t xml:space="preserve"> đ</w:t>
      </w:r>
      <w:r w:rsidRPr="00952241">
        <w:rPr>
          <w:sz w:val="28"/>
          <w:szCs w:val="28"/>
        </w:rPr>
        <w:t>ộ</w:t>
      </w:r>
      <w:r w:rsidRPr="00952241">
        <w:rPr>
          <w:sz w:val="28"/>
          <w:szCs w:val="28"/>
        </w:rPr>
        <w:t xml:space="preserve"> (n</w:t>
      </w:r>
      <w:r w:rsidRPr="00952241">
        <w:rPr>
          <w:sz w:val="28"/>
          <w:szCs w:val="28"/>
        </w:rPr>
        <w:t>ế</w:t>
      </w:r>
      <w:r w:rsidRPr="00952241">
        <w:rPr>
          <w:sz w:val="28"/>
          <w:szCs w:val="28"/>
        </w:rPr>
        <w:t>u có) theo quy đ</w:t>
      </w:r>
      <w:r w:rsidRPr="00952241">
        <w:rPr>
          <w:sz w:val="28"/>
          <w:szCs w:val="28"/>
        </w:rPr>
        <w:t>ị</w:t>
      </w:r>
      <w:r w:rsidRPr="00952241">
        <w:rPr>
          <w:sz w:val="28"/>
          <w:szCs w:val="28"/>
        </w:rPr>
        <w:t>nh c</w:t>
      </w:r>
      <w:r w:rsidRPr="00952241">
        <w:rPr>
          <w:sz w:val="28"/>
          <w:szCs w:val="28"/>
        </w:rPr>
        <w:t>ủ</w:t>
      </w:r>
      <w:r w:rsidRPr="00952241">
        <w:rPr>
          <w:sz w:val="28"/>
          <w:szCs w:val="28"/>
        </w:rPr>
        <w:t>a pháp lu</w:t>
      </w:r>
      <w:r w:rsidRPr="00952241">
        <w:rPr>
          <w:sz w:val="28"/>
          <w:szCs w:val="28"/>
        </w:rPr>
        <w:t>ậ</w:t>
      </w:r>
      <w:r w:rsidRPr="00952241">
        <w:rPr>
          <w:sz w:val="28"/>
          <w:szCs w:val="28"/>
        </w:rPr>
        <w:t>t sau khi hoàn t</w:t>
      </w:r>
      <w:r w:rsidRPr="00952241">
        <w:rPr>
          <w:sz w:val="28"/>
          <w:szCs w:val="28"/>
        </w:rPr>
        <w:t>ấ</w:t>
      </w:r>
      <w:r w:rsidRPr="00952241">
        <w:rPr>
          <w:sz w:val="28"/>
          <w:szCs w:val="28"/>
        </w:rPr>
        <w:t>t bàn giao.</w:t>
      </w:r>
    </w:p>
    <w:p w:rsidR="00C11992" w:rsidRPr="00952241" w:rsidRDefault="00952241">
      <w:pPr>
        <w:rPr>
          <w:sz w:val="28"/>
          <w:szCs w:val="28"/>
        </w:rPr>
      </w:pPr>
      <w:r w:rsidRPr="00952241">
        <w:rPr>
          <w:sz w:val="28"/>
          <w:szCs w:val="28"/>
        </w:rPr>
        <w:t>Trân tr</w:t>
      </w:r>
      <w:r w:rsidRPr="00952241">
        <w:rPr>
          <w:sz w:val="28"/>
          <w:szCs w:val="28"/>
        </w:rPr>
        <w:t>ọ</w:t>
      </w:r>
      <w:r w:rsidRPr="00952241">
        <w:rPr>
          <w:sz w:val="28"/>
          <w:szCs w:val="28"/>
        </w:rPr>
        <w:t>ng.</w:t>
      </w:r>
    </w:p>
    <w:p w:rsidR="00C11992" w:rsidRPr="00952241" w:rsidRDefault="00952241" w:rsidP="00952241">
      <w:pPr>
        <w:jc w:val="right"/>
        <w:rPr>
          <w:b/>
          <w:sz w:val="28"/>
          <w:szCs w:val="28"/>
        </w:rPr>
      </w:pPr>
      <w:bookmarkStart w:id="0" w:name="_GoBack"/>
      <w:bookmarkEnd w:id="0"/>
      <w:r w:rsidRPr="00952241">
        <w:rPr>
          <w:b/>
          <w:sz w:val="28"/>
          <w:szCs w:val="28"/>
        </w:rPr>
        <w:lastRenderedPageBreak/>
        <w:br/>
        <w:t>Đ</w:t>
      </w:r>
      <w:r w:rsidRPr="00952241">
        <w:rPr>
          <w:b/>
          <w:sz w:val="28"/>
          <w:szCs w:val="28"/>
        </w:rPr>
        <w:t>Ạ</w:t>
      </w:r>
      <w:r w:rsidRPr="00952241">
        <w:rPr>
          <w:b/>
          <w:sz w:val="28"/>
          <w:szCs w:val="28"/>
        </w:rPr>
        <w:t>I DI</w:t>
      </w:r>
      <w:r w:rsidRPr="00952241">
        <w:rPr>
          <w:b/>
          <w:sz w:val="28"/>
          <w:szCs w:val="28"/>
        </w:rPr>
        <w:t>Ệ</w:t>
      </w:r>
      <w:r w:rsidRPr="00952241">
        <w:rPr>
          <w:b/>
          <w:sz w:val="28"/>
          <w:szCs w:val="28"/>
        </w:rPr>
        <w:t>N CÔNG TY</w:t>
      </w:r>
      <w:r w:rsidRPr="00952241">
        <w:rPr>
          <w:b/>
          <w:sz w:val="28"/>
          <w:szCs w:val="28"/>
        </w:rPr>
        <w:br/>
        <w:t>[Ch</w:t>
      </w:r>
      <w:r w:rsidRPr="00952241">
        <w:rPr>
          <w:b/>
          <w:sz w:val="28"/>
          <w:szCs w:val="28"/>
        </w:rPr>
        <w:t>ữ</w:t>
      </w:r>
      <w:r w:rsidRPr="00952241">
        <w:rPr>
          <w:b/>
          <w:sz w:val="28"/>
          <w:szCs w:val="28"/>
        </w:rPr>
        <w:t xml:space="preserve"> ký, h</w:t>
      </w:r>
      <w:r w:rsidRPr="00952241">
        <w:rPr>
          <w:b/>
          <w:sz w:val="28"/>
          <w:szCs w:val="28"/>
        </w:rPr>
        <w:t>ọ</w:t>
      </w:r>
      <w:r w:rsidRPr="00952241">
        <w:rPr>
          <w:b/>
          <w:sz w:val="28"/>
          <w:szCs w:val="28"/>
        </w:rPr>
        <w:t xml:space="preserve"> tên, ch</w:t>
      </w:r>
      <w:r w:rsidRPr="00952241">
        <w:rPr>
          <w:b/>
          <w:sz w:val="28"/>
          <w:szCs w:val="28"/>
        </w:rPr>
        <w:t>ứ</w:t>
      </w:r>
      <w:r w:rsidRPr="00952241">
        <w:rPr>
          <w:b/>
          <w:sz w:val="28"/>
          <w:szCs w:val="28"/>
        </w:rPr>
        <w:t>c v</w:t>
      </w:r>
      <w:r w:rsidRPr="00952241">
        <w:rPr>
          <w:b/>
          <w:sz w:val="28"/>
          <w:szCs w:val="28"/>
        </w:rPr>
        <w:t>ụ</w:t>
      </w:r>
      <w:r w:rsidRPr="00952241">
        <w:rPr>
          <w:b/>
          <w:sz w:val="28"/>
          <w:szCs w:val="28"/>
        </w:rPr>
        <w:t>]</w:t>
      </w:r>
    </w:p>
    <w:sectPr w:rsidR="00C11992" w:rsidRPr="0095224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52241"/>
    <w:rsid w:val="00AA1D8D"/>
    <w:rsid w:val="00B47730"/>
    <w:rsid w:val="00C1199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1FF787E4-066A-465D-ABD2-49C73249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F54589-AB38-4E23-B9FF-30BD560B8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1028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2025-05-30T00:59:00Z</dcterms:created>
  <dcterms:modified xsi:type="dcterms:W3CDTF">2025-05-30T00:59:00Z</dcterms:modified>
  <cp:category/>
</cp:coreProperties>
</file>