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6169"/>
      </w:tblGrid>
      <w:tr w:rsidR="00A256CE" w:rsidRPr="00A256CE" w:rsidTr="00A256CE">
        <w:tc>
          <w:tcPr>
            <w:tcW w:w="2518" w:type="dxa"/>
          </w:tcPr>
          <w:p w:rsidR="00A256CE" w:rsidRPr="00A256CE" w:rsidRDefault="00A256CE" w:rsidP="00A256CE">
            <w:pPr>
              <w:rPr>
                <w:b/>
                <w:sz w:val="28"/>
                <w:szCs w:val="28"/>
              </w:rPr>
            </w:pPr>
            <w:r w:rsidRPr="00A256CE">
              <w:rPr>
                <w:b/>
                <w:sz w:val="28"/>
                <w:szCs w:val="28"/>
              </w:rPr>
              <w:t xml:space="preserve">CÔNG TY … </w:t>
            </w:r>
            <w:r w:rsidRPr="00A256CE">
              <w:rPr>
                <w:b/>
                <w:sz w:val="28"/>
                <w:szCs w:val="28"/>
              </w:rPr>
              <w:t>[TÊN CÔNG TY]</w:t>
            </w:r>
          </w:p>
          <w:p w:rsidR="00A256CE" w:rsidRPr="00A256CE" w:rsidRDefault="00A256CE" w:rsidP="00A256CE">
            <w:pPr>
              <w:rPr>
                <w:b/>
                <w:sz w:val="28"/>
                <w:szCs w:val="28"/>
              </w:rPr>
            </w:pPr>
            <w:r w:rsidRPr="00A256CE">
              <w:rPr>
                <w:b/>
                <w:sz w:val="28"/>
                <w:szCs w:val="28"/>
              </w:rPr>
              <w:t>Số: …/QĐ-[MÃ SỐ]</w:t>
            </w:r>
          </w:p>
        </w:tc>
        <w:tc>
          <w:tcPr>
            <w:tcW w:w="6338" w:type="dxa"/>
          </w:tcPr>
          <w:p w:rsidR="00A256CE" w:rsidRPr="00A256CE" w:rsidRDefault="00A256CE" w:rsidP="00A256CE">
            <w:pPr>
              <w:jc w:val="center"/>
              <w:rPr>
                <w:b/>
                <w:sz w:val="28"/>
                <w:szCs w:val="28"/>
              </w:rPr>
            </w:pPr>
            <w:r w:rsidRPr="00A256CE">
              <w:rPr>
                <w:b/>
                <w:sz w:val="28"/>
                <w:szCs w:val="28"/>
              </w:rPr>
              <w:t>CỘNG HÒA XÃ HỘI CHỦ NGHĨA VIỆT NAM</w:t>
            </w:r>
          </w:p>
          <w:p w:rsidR="00A256CE" w:rsidRPr="00A256CE" w:rsidRDefault="00A256CE" w:rsidP="00A256CE">
            <w:pPr>
              <w:jc w:val="center"/>
              <w:rPr>
                <w:b/>
                <w:sz w:val="28"/>
                <w:szCs w:val="28"/>
              </w:rPr>
            </w:pPr>
            <w:r w:rsidRPr="00A256CE">
              <w:rPr>
                <w:b/>
                <w:sz w:val="28"/>
                <w:szCs w:val="28"/>
              </w:rPr>
              <w:t>Độc lập-Tự do-Hạnh phúc</w:t>
            </w:r>
          </w:p>
        </w:tc>
      </w:tr>
    </w:tbl>
    <w:p w:rsidR="00A256CE" w:rsidRPr="00A256CE" w:rsidRDefault="00A256CE" w:rsidP="00A256CE">
      <w:pPr>
        <w:rPr>
          <w:b/>
          <w:sz w:val="28"/>
          <w:szCs w:val="28"/>
        </w:rPr>
      </w:pPr>
    </w:p>
    <w:p w:rsidR="00347C8F" w:rsidRPr="00A256CE" w:rsidRDefault="00A256CE" w:rsidP="00A256CE">
      <w:pPr>
        <w:jc w:val="center"/>
        <w:rPr>
          <w:b/>
          <w:sz w:val="28"/>
          <w:szCs w:val="28"/>
        </w:rPr>
      </w:pPr>
      <w:r w:rsidRPr="00A256CE">
        <w:rPr>
          <w:b/>
          <w:sz w:val="28"/>
          <w:szCs w:val="28"/>
        </w:rPr>
        <w:t>QUY</w:t>
      </w:r>
      <w:r w:rsidRPr="00A256CE">
        <w:rPr>
          <w:b/>
          <w:sz w:val="28"/>
          <w:szCs w:val="28"/>
        </w:rPr>
        <w:t>Ế</w:t>
      </w:r>
      <w:r w:rsidRPr="00A256CE">
        <w:rPr>
          <w:b/>
          <w:sz w:val="28"/>
          <w:szCs w:val="28"/>
        </w:rPr>
        <w:t>T Đ</w:t>
      </w:r>
      <w:r w:rsidRPr="00A256CE">
        <w:rPr>
          <w:b/>
          <w:sz w:val="28"/>
          <w:szCs w:val="28"/>
        </w:rPr>
        <w:t>Ị</w:t>
      </w:r>
      <w:r w:rsidRPr="00A256CE">
        <w:rPr>
          <w:b/>
          <w:sz w:val="28"/>
          <w:szCs w:val="28"/>
        </w:rPr>
        <w:t>NH</w:t>
      </w:r>
    </w:p>
    <w:p w:rsidR="00347C8F" w:rsidRPr="00A256CE" w:rsidRDefault="00A256CE" w:rsidP="00A256CE">
      <w:pPr>
        <w:jc w:val="center"/>
        <w:rPr>
          <w:b/>
          <w:sz w:val="28"/>
          <w:szCs w:val="28"/>
        </w:rPr>
      </w:pPr>
      <w:r w:rsidRPr="00A256CE">
        <w:rPr>
          <w:b/>
          <w:sz w:val="28"/>
          <w:szCs w:val="28"/>
        </w:rPr>
        <w:t>V</w:t>
      </w:r>
      <w:r w:rsidRPr="00A256CE">
        <w:rPr>
          <w:b/>
          <w:sz w:val="28"/>
          <w:szCs w:val="28"/>
        </w:rPr>
        <w:t>ề</w:t>
      </w:r>
      <w:r w:rsidRPr="00A256CE">
        <w:rPr>
          <w:b/>
          <w:sz w:val="28"/>
          <w:szCs w:val="28"/>
        </w:rPr>
        <w:t xml:space="preserve"> vi</w:t>
      </w:r>
      <w:r w:rsidRPr="00A256CE">
        <w:rPr>
          <w:b/>
          <w:sz w:val="28"/>
          <w:szCs w:val="28"/>
        </w:rPr>
        <w:t>ệ</w:t>
      </w:r>
      <w:r w:rsidRPr="00A256CE">
        <w:rPr>
          <w:b/>
          <w:sz w:val="28"/>
          <w:szCs w:val="28"/>
        </w:rPr>
        <w:t>c b</w:t>
      </w:r>
      <w:r w:rsidRPr="00A256CE">
        <w:rPr>
          <w:b/>
          <w:sz w:val="28"/>
          <w:szCs w:val="28"/>
        </w:rPr>
        <w:t>ổ</w:t>
      </w:r>
      <w:r w:rsidRPr="00A256CE">
        <w:rPr>
          <w:b/>
          <w:sz w:val="28"/>
          <w:szCs w:val="28"/>
        </w:rPr>
        <w:t xml:space="preserve"> nhi</w:t>
      </w:r>
      <w:r w:rsidRPr="00A256CE">
        <w:rPr>
          <w:b/>
          <w:sz w:val="28"/>
          <w:szCs w:val="28"/>
        </w:rPr>
        <w:t>ệ</w:t>
      </w:r>
      <w:r w:rsidRPr="00A256CE">
        <w:rPr>
          <w:b/>
          <w:sz w:val="28"/>
          <w:szCs w:val="28"/>
        </w:rPr>
        <w:t>m Giám sát trư</w:t>
      </w:r>
      <w:r w:rsidRPr="00A256CE">
        <w:rPr>
          <w:b/>
          <w:sz w:val="28"/>
          <w:szCs w:val="28"/>
        </w:rPr>
        <w:t>ở</w:t>
      </w:r>
      <w:r w:rsidRPr="00A256CE">
        <w:rPr>
          <w:b/>
          <w:sz w:val="28"/>
          <w:szCs w:val="28"/>
        </w:rPr>
        <w:t>ng đi</w:t>
      </w:r>
      <w:r w:rsidRPr="00A256CE">
        <w:rPr>
          <w:b/>
          <w:sz w:val="28"/>
          <w:szCs w:val="28"/>
        </w:rPr>
        <w:t>ề</w:t>
      </w:r>
      <w:r w:rsidRPr="00A256CE">
        <w:rPr>
          <w:b/>
          <w:sz w:val="28"/>
          <w:szCs w:val="28"/>
        </w:rPr>
        <w:t>u hành ho</w:t>
      </w:r>
      <w:r w:rsidRPr="00A256CE">
        <w:rPr>
          <w:b/>
          <w:sz w:val="28"/>
          <w:szCs w:val="28"/>
        </w:rPr>
        <w:t>ạ</w:t>
      </w:r>
      <w:r w:rsidRPr="00A256CE">
        <w:rPr>
          <w:b/>
          <w:sz w:val="28"/>
          <w:szCs w:val="28"/>
        </w:rPr>
        <w:t>t đ</w:t>
      </w:r>
      <w:r w:rsidRPr="00A256CE">
        <w:rPr>
          <w:b/>
          <w:sz w:val="28"/>
          <w:szCs w:val="28"/>
        </w:rPr>
        <w:t>ộ</w:t>
      </w:r>
      <w:r w:rsidRPr="00A256CE">
        <w:rPr>
          <w:b/>
          <w:sz w:val="28"/>
          <w:szCs w:val="28"/>
        </w:rPr>
        <w:t>ng giám sát thi công xây d</w:t>
      </w:r>
      <w:r w:rsidRPr="00A256CE">
        <w:rPr>
          <w:b/>
          <w:sz w:val="28"/>
          <w:szCs w:val="28"/>
        </w:rPr>
        <w:t>ự</w:t>
      </w:r>
      <w:r w:rsidRPr="00A256CE">
        <w:rPr>
          <w:b/>
          <w:sz w:val="28"/>
          <w:szCs w:val="28"/>
        </w:rPr>
        <w:t>ng và l</w:t>
      </w:r>
      <w:r w:rsidRPr="00A256CE">
        <w:rPr>
          <w:b/>
          <w:sz w:val="28"/>
          <w:szCs w:val="28"/>
        </w:rPr>
        <w:t>ắ</w:t>
      </w:r>
      <w:r w:rsidRPr="00A256CE">
        <w:rPr>
          <w:b/>
          <w:sz w:val="28"/>
          <w:szCs w:val="28"/>
        </w:rPr>
        <w:t>p đ</w:t>
      </w:r>
      <w:r w:rsidRPr="00A256CE">
        <w:rPr>
          <w:b/>
          <w:sz w:val="28"/>
          <w:szCs w:val="28"/>
        </w:rPr>
        <w:t>ặ</w:t>
      </w:r>
      <w:r w:rsidRPr="00A256CE">
        <w:rPr>
          <w:b/>
          <w:sz w:val="28"/>
          <w:szCs w:val="28"/>
        </w:rPr>
        <w:t>t thi</w:t>
      </w:r>
      <w:r w:rsidRPr="00A256CE">
        <w:rPr>
          <w:b/>
          <w:sz w:val="28"/>
          <w:szCs w:val="28"/>
        </w:rPr>
        <w:t>ế</w:t>
      </w:r>
      <w:r w:rsidRPr="00A256CE">
        <w:rPr>
          <w:b/>
          <w:sz w:val="28"/>
          <w:szCs w:val="28"/>
        </w:rPr>
        <w:t>t b</w:t>
      </w:r>
      <w:r w:rsidRPr="00A256CE">
        <w:rPr>
          <w:b/>
          <w:sz w:val="28"/>
          <w:szCs w:val="28"/>
        </w:rPr>
        <w:t>ị</w:t>
      </w:r>
    </w:p>
    <w:p w:rsidR="00347C8F" w:rsidRPr="00A256CE" w:rsidRDefault="00A256CE">
      <w:pPr>
        <w:rPr>
          <w:sz w:val="28"/>
          <w:szCs w:val="28"/>
        </w:rPr>
      </w:pPr>
      <w:r w:rsidRPr="00A256CE">
        <w:rPr>
          <w:sz w:val="28"/>
          <w:szCs w:val="28"/>
        </w:rPr>
        <w:t>GIÁM Đ</w:t>
      </w:r>
      <w:r w:rsidRPr="00A256CE">
        <w:rPr>
          <w:sz w:val="28"/>
          <w:szCs w:val="28"/>
        </w:rPr>
        <w:t>Ố</w:t>
      </w:r>
      <w:r w:rsidRPr="00A256CE">
        <w:rPr>
          <w:sz w:val="28"/>
          <w:szCs w:val="28"/>
        </w:rPr>
        <w:t xml:space="preserve">C CÔNG TY </w:t>
      </w:r>
      <w:r w:rsidRPr="00A256CE">
        <w:rPr>
          <w:sz w:val="28"/>
          <w:szCs w:val="28"/>
        </w:rPr>
        <w:t>[TÊN CÔNG TY]</w:t>
      </w:r>
    </w:p>
    <w:p w:rsidR="00347C8F" w:rsidRPr="00A256CE" w:rsidRDefault="00A256CE">
      <w:pPr>
        <w:rPr>
          <w:sz w:val="28"/>
          <w:szCs w:val="28"/>
        </w:rPr>
      </w:pPr>
      <w:r w:rsidRPr="00A256CE">
        <w:rPr>
          <w:sz w:val="28"/>
          <w:szCs w:val="28"/>
        </w:rPr>
        <w:t>Căn c</w:t>
      </w:r>
      <w:r w:rsidRPr="00A256CE">
        <w:rPr>
          <w:sz w:val="28"/>
          <w:szCs w:val="28"/>
        </w:rPr>
        <w:t>ứ</w:t>
      </w:r>
      <w:r w:rsidRPr="00A256CE">
        <w:rPr>
          <w:sz w:val="28"/>
          <w:szCs w:val="28"/>
        </w:rPr>
        <w:t>:</w:t>
      </w:r>
    </w:p>
    <w:p w:rsidR="00347C8F" w:rsidRPr="00A256CE" w:rsidRDefault="00A256CE">
      <w:pPr>
        <w:rPr>
          <w:sz w:val="28"/>
          <w:szCs w:val="28"/>
        </w:rPr>
      </w:pPr>
      <w:r w:rsidRPr="00A256CE">
        <w:rPr>
          <w:sz w:val="28"/>
          <w:szCs w:val="28"/>
        </w:rPr>
        <w:t>– Lu</w:t>
      </w:r>
      <w:r w:rsidRPr="00A256CE">
        <w:rPr>
          <w:sz w:val="28"/>
          <w:szCs w:val="28"/>
        </w:rPr>
        <w:t>ậ</w:t>
      </w:r>
      <w:r w:rsidRPr="00A256CE">
        <w:rPr>
          <w:sz w:val="28"/>
          <w:szCs w:val="28"/>
        </w:rPr>
        <w:t>t Xây d</w:t>
      </w:r>
      <w:r w:rsidRPr="00A256CE">
        <w:rPr>
          <w:sz w:val="28"/>
          <w:szCs w:val="28"/>
        </w:rPr>
        <w:t>ự</w:t>
      </w:r>
      <w:r w:rsidRPr="00A256CE">
        <w:rPr>
          <w:sz w:val="28"/>
          <w:szCs w:val="28"/>
        </w:rPr>
        <w:t>ng s</w:t>
      </w:r>
      <w:r w:rsidRPr="00A256CE">
        <w:rPr>
          <w:sz w:val="28"/>
          <w:szCs w:val="28"/>
        </w:rPr>
        <w:t>ố</w:t>
      </w:r>
      <w:r w:rsidRPr="00A256CE">
        <w:rPr>
          <w:sz w:val="28"/>
          <w:szCs w:val="28"/>
        </w:rPr>
        <w:t xml:space="preserve"> 50/2014/QH13 ngày 18/6/2014 và các văn b</w:t>
      </w:r>
      <w:r w:rsidRPr="00A256CE">
        <w:rPr>
          <w:sz w:val="28"/>
          <w:szCs w:val="28"/>
        </w:rPr>
        <w:t>ả</w:t>
      </w:r>
      <w:r w:rsidRPr="00A256CE">
        <w:rPr>
          <w:sz w:val="28"/>
          <w:szCs w:val="28"/>
        </w:rPr>
        <w:t>n hư</w:t>
      </w:r>
      <w:r w:rsidRPr="00A256CE">
        <w:rPr>
          <w:sz w:val="28"/>
          <w:szCs w:val="28"/>
        </w:rPr>
        <w:t>ớ</w:t>
      </w:r>
      <w:r w:rsidRPr="00A256CE">
        <w:rPr>
          <w:sz w:val="28"/>
          <w:szCs w:val="28"/>
        </w:rPr>
        <w:t>ng d</w:t>
      </w:r>
      <w:r w:rsidRPr="00A256CE">
        <w:rPr>
          <w:sz w:val="28"/>
          <w:szCs w:val="28"/>
        </w:rPr>
        <w:t>ẫ</w:t>
      </w:r>
      <w:r w:rsidRPr="00A256CE">
        <w:rPr>
          <w:sz w:val="28"/>
          <w:szCs w:val="28"/>
        </w:rPr>
        <w:t>n thi hành;</w:t>
      </w:r>
    </w:p>
    <w:p w:rsidR="00347C8F" w:rsidRPr="00A256CE" w:rsidRDefault="00A256CE">
      <w:pPr>
        <w:rPr>
          <w:sz w:val="28"/>
          <w:szCs w:val="28"/>
        </w:rPr>
      </w:pPr>
      <w:r w:rsidRPr="00A256CE">
        <w:rPr>
          <w:sz w:val="28"/>
          <w:szCs w:val="28"/>
        </w:rPr>
        <w:t>– Ngh</w:t>
      </w:r>
      <w:r w:rsidRPr="00A256CE">
        <w:rPr>
          <w:sz w:val="28"/>
          <w:szCs w:val="28"/>
        </w:rPr>
        <w:t>ị</w:t>
      </w:r>
      <w:r w:rsidRPr="00A256CE">
        <w:rPr>
          <w:sz w:val="28"/>
          <w:szCs w:val="28"/>
        </w:rPr>
        <w:t xml:space="preserve"> đ</w:t>
      </w:r>
      <w:r w:rsidRPr="00A256CE">
        <w:rPr>
          <w:sz w:val="28"/>
          <w:szCs w:val="28"/>
        </w:rPr>
        <w:t>ị</w:t>
      </w:r>
      <w:r w:rsidRPr="00A256CE">
        <w:rPr>
          <w:sz w:val="28"/>
          <w:szCs w:val="28"/>
        </w:rPr>
        <w:t>nh s</w:t>
      </w:r>
      <w:r w:rsidRPr="00A256CE">
        <w:rPr>
          <w:sz w:val="28"/>
          <w:szCs w:val="28"/>
        </w:rPr>
        <w:t>ố</w:t>
      </w:r>
      <w:r w:rsidRPr="00A256CE">
        <w:rPr>
          <w:sz w:val="28"/>
          <w:szCs w:val="28"/>
        </w:rPr>
        <w:t xml:space="preserve"> 06/2021/NĐ-CP ngày 26/01/2021 v</w:t>
      </w:r>
      <w:r w:rsidRPr="00A256CE">
        <w:rPr>
          <w:sz w:val="28"/>
          <w:szCs w:val="28"/>
        </w:rPr>
        <w:t>ề</w:t>
      </w:r>
      <w:r w:rsidRPr="00A256CE">
        <w:rPr>
          <w:sz w:val="28"/>
          <w:szCs w:val="28"/>
        </w:rPr>
        <w:t xml:space="preserve"> qu</w:t>
      </w:r>
      <w:r w:rsidRPr="00A256CE">
        <w:rPr>
          <w:sz w:val="28"/>
          <w:szCs w:val="28"/>
        </w:rPr>
        <w:t>ả</w:t>
      </w:r>
      <w:r w:rsidRPr="00A256CE">
        <w:rPr>
          <w:sz w:val="28"/>
          <w:szCs w:val="28"/>
        </w:rPr>
        <w:t>n lý ch</w:t>
      </w:r>
      <w:r w:rsidRPr="00A256CE">
        <w:rPr>
          <w:sz w:val="28"/>
          <w:szCs w:val="28"/>
        </w:rPr>
        <w:t>ấ</w:t>
      </w:r>
      <w:r w:rsidRPr="00A256CE">
        <w:rPr>
          <w:sz w:val="28"/>
          <w:szCs w:val="28"/>
        </w:rPr>
        <w:t>t lư</w:t>
      </w:r>
      <w:r w:rsidRPr="00A256CE">
        <w:rPr>
          <w:sz w:val="28"/>
          <w:szCs w:val="28"/>
        </w:rPr>
        <w:t>ợ</w:t>
      </w:r>
      <w:r w:rsidRPr="00A256CE">
        <w:rPr>
          <w:sz w:val="28"/>
          <w:szCs w:val="28"/>
        </w:rPr>
        <w:t>ng thi công xây d</w:t>
      </w:r>
      <w:r w:rsidRPr="00A256CE">
        <w:rPr>
          <w:sz w:val="28"/>
          <w:szCs w:val="28"/>
        </w:rPr>
        <w:t>ự</w:t>
      </w:r>
      <w:r w:rsidRPr="00A256CE">
        <w:rPr>
          <w:sz w:val="28"/>
          <w:szCs w:val="28"/>
        </w:rPr>
        <w:t>ng;</w:t>
      </w:r>
    </w:p>
    <w:p w:rsidR="00347C8F" w:rsidRPr="00A256CE" w:rsidRDefault="00A256CE">
      <w:pPr>
        <w:rPr>
          <w:sz w:val="28"/>
          <w:szCs w:val="28"/>
        </w:rPr>
      </w:pPr>
      <w:r w:rsidRPr="00A256CE">
        <w:rPr>
          <w:sz w:val="28"/>
          <w:szCs w:val="28"/>
        </w:rPr>
        <w:t>– Nhu c</w:t>
      </w:r>
      <w:r w:rsidRPr="00A256CE">
        <w:rPr>
          <w:sz w:val="28"/>
          <w:szCs w:val="28"/>
        </w:rPr>
        <w:t>ầ</w:t>
      </w:r>
      <w:r w:rsidRPr="00A256CE">
        <w:rPr>
          <w:sz w:val="28"/>
          <w:szCs w:val="28"/>
        </w:rPr>
        <w:t>u t</w:t>
      </w:r>
      <w:r w:rsidRPr="00A256CE">
        <w:rPr>
          <w:sz w:val="28"/>
          <w:szCs w:val="28"/>
        </w:rPr>
        <w:t>ổ</w:t>
      </w:r>
      <w:r w:rsidRPr="00A256CE">
        <w:rPr>
          <w:sz w:val="28"/>
          <w:szCs w:val="28"/>
        </w:rPr>
        <w:t xml:space="preserve"> ch</w:t>
      </w:r>
      <w:r w:rsidRPr="00A256CE">
        <w:rPr>
          <w:sz w:val="28"/>
          <w:szCs w:val="28"/>
        </w:rPr>
        <w:t>ứ</w:t>
      </w:r>
      <w:r w:rsidRPr="00A256CE">
        <w:rPr>
          <w:sz w:val="28"/>
          <w:szCs w:val="28"/>
        </w:rPr>
        <w:t>c tri</w:t>
      </w:r>
      <w:r w:rsidRPr="00A256CE">
        <w:rPr>
          <w:sz w:val="28"/>
          <w:szCs w:val="28"/>
        </w:rPr>
        <w:t>ể</w:t>
      </w:r>
      <w:r w:rsidRPr="00A256CE">
        <w:rPr>
          <w:sz w:val="28"/>
          <w:szCs w:val="28"/>
        </w:rPr>
        <w:t>n khai ho</w:t>
      </w:r>
      <w:r w:rsidRPr="00A256CE">
        <w:rPr>
          <w:sz w:val="28"/>
          <w:szCs w:val="28"/>
        </w:rPr>
        <w:t>ạ</w:t>
      </w:r>
      <w:r w:rsidRPr="00A256CE">
        <w:rPr>
          <w:sz w:val="28"/>
          <w:szCs w:val="28"/>
        </w:rPr>
        <w:t>t đ</w:t>
      </w:r>
      <w:r w:rsidRPr="00A256CE">
        <w:rPr>
          <w:sz w:val="28"/>
          <w:szCs w:val="28"/>
        </w:rPr>
        <w:t>ộ</w:t>
      </w:r>
      <w:r w:rsidRPr="00A256CE">
        <w:rPr>
          <w:sz w:val="28"/>
          <w:szCs w:val="28"/>
        </w:rPr>
        <w:t>ng giám sát thi công xây d</w:t>
      </w:r>
      <w:r w:rsidRPr="00A256CE">
        <w:rPr>
          <w:sz w:val="28"/>
          <w:szCs w:val="28"/>
        </w:rPr>
        <w:t>ự</w:t>
      </w:r>
      <w:r w:rsidRPr="00A256CE">
        <w:rPr>
          <w:sz w:val="28"/>
          <w:szCs w:val="28"/>
        </w:rPr>
        <w:t xml:space="preserve">ng </w:t>
      </w:r>
      <w:r w:rsidRPr="00A256CE">
        <w:rPr>
          <w:sz w:val="28"/>
          <w:szCs w:val="28"/>
        </w:rPr>
        <w:t>công trình [Tên công trình];</w:t>
      </w:r>
    </w:p>
    <w:p w:rsidR="00347C8F" w:rsidRPr="00A256CE" w:rsidRDefault="00A256CE">
      <w:pPr>
        <w:rPr>
          <w:sz w:val="28"/>
          <w:szCs w:val="28"/>
        </w:rPr>
      </w:pPr>
      <w:r w:rsidRPr="00A256CE">
        <w:rPr>
          <w:sz w:val="28"/>
          <w:szCs w:val="28"/>
        </w:rPr>
        <w:t>– Năng l</w:t>
      </w:r>
      <w:r w:rsidRPr="00A256CE">
        <w:rPr>
          <w:sz w:val="28"/>
          <w:szCs w:val="28"/>
        </w:rPr>
        <w:t>ự</w:t>
      </w:r>
      <w:r w:rsidRPr="00A256CE">
        <w:rPr>
          <w:sz w:val="28"/>
          <w:szCs w:val="28"/>
        </w:rPr>
        <w:t>c và kinh nghi</w:t>
      </w:r>
      <w:r w:rsidRPr="00A256CE">
        <w:rPr>
          <w:sz w:val="28"/>
          <w:szCs w:val="28"/>
        </w:rPr>
        <w:t>ệ</w:t>
      </w:r>
      <w:r w:rsidRPr="00A256CE">
        <w:rPr>
          <w:sz w:val="28"/>
          <w:szCs w:val="28"/>
        </w:rPr>
        <w:t>m c</w:t>
      </w:r>
      <w:r w:rsidRPr="00A256CE">
        <w:rPr>
          <w:sz w:val="28"/>
          <w:szCs w:val="28"/>
        </w:rPr>
        <w:t>ủ</w:t>
      </w:r>
      <w:r w:rsidRPr="00A256CE">
        <w:rPr>
          <w:sz w:val="28"/>
          <w:szCs w:val="28"/>
        </w:rPr>
        <w:t>a ông/bà [H</w:t>
      </w:r>
      <w:r w:rsidRPr="00A256CE">
        <w:rPr>
          <w:sz w:val="28"/>
          <w:szCs w:val="28"/>
        </w:rPr>
        <w:t>ọ</w:t>
      </w:r>
      <w:r w:rsidRPr="00A256CE">
        <w:rPr>
          <w:sz w:val="28"/>
          <w:szCs w:val="28"/>
        </w:rPr>
        <w:t xml:space="preserve"> và tên];</w:t>
      </w:r>
    </w:p>
    <w:p w:rsidR="00347C8F" w:rsidRPr="00A256CE" w:rsidRDefault="00A256CE">
      <w:pPr>
        <w:rPr>
          <w:sz w:val="28"/>
          <w:szCs w:val="28"/>
        </w:rPr>
      </w:pPr>
      <w:r w:rsidRPr="00A256CE">
        <w:rPr>
          <w:sz w:val="28"/>
          <w:szCs w:val="28"/>
        </w:rPr>
        <w:t>QUY</w:t>
      </w:r>
      <w:r w:rsidRPr="00A256CE">
        <w:rPr>
          <w:sz w:val="28"/>
          <w:szCs w:val="28"/>
        </w:rPr>
        <w:t>Ế</w:t>
      </w:r>
      <w:r w:rsidRPr="00A256CE">
        <w:rPr>
          <w:sz w:val="28"/>
          <w:szCs w:val="28"/>
        </w:rPr>
        <w:t>T Đ</w:t>
      </w:r>
      <w:r w:rsidRPr="00A256CE">
        <w:rPr>
          <w:sz w:val="28"/>
          <w:szCs w:val="28"/>
        </w:rPr>
        <w:t>Ị</w:t>
      </w:r>
      <w:r w:rsidRPr="00A256CE">
        <w:rPr>
          <w:sz w:val="28"/>
          <w:szCs w:val="28"/>
        </w:rPr>
        <w:t>NH:</w:t>
      </w:r>
    </w:p>
    <w:p w:rsidR="00347C8F" w:rsidRPr="00A256CE" w:rsidRDefault="00A256CE">
      <w:pPr>
        <w:rPr>
          <w:sz w:val="28"/>
          <w:szCs w:val="28"/>
        </w:rPr>
      </w:pPr>
      <w:r w:rsidRPr="00A256CE">
        <w:rPr>
          <w:sz w:val="28"/>
          <w:szCs w:val="28"/>
        </w:rPr>
        <w:t>Đi</w:t>
      </w:r>
      <w:r w:rsidRPr="00A256CE">
        <w:rPr>
          <w:sz w:val="28"/>
          <w:szCs w:val="28"/>
        </w:rPr>
        <w:t>ề</w:t>
      </w:r>
      <w:r w:rsidRPr="00A256CE">
        <w:rPr>
          <w:sz w:val="28"/>
          <w:szCs w:val="28"/>
        </w:rPr>
        <w:t>u 1. B</w:t>
      </w:r>
      <w:r w:rsidRPr="00A256CE">
        <w:rPr>
          <w:sz w:val="28"/>
          <w:szCs w:val="28"/>
        </w:rPr>
        <w:t>ổ</w:t>
      </w:r>
      <w:r w:rsidRPr="00A256CE">
        <w:rPr>
          <w:sz w:val="28"/>
          <w:szCs w:val="28"/>
        </w:rPr>
        <w:t xml:space="preserve"> nhi</w:t>
      </w:r>
      <w:r w:rsidRPr="00A256CE">
        <w:rPr>
          <w:sz w:val="28"/>
          <w:szCs w:val="28"/>
        </w:rPr>
        <w:t>ệ</w:t>
      </w:r>
      <w:r w:rsidRPr="00A256CE">
        <w:rPr>
          <w:sz w:val="28"/>
          <w:szCs w:val="28"/>
        </w:rPr>
        <w:t>m ông/bà [H</w:t>
      </w:r>
      <w:r w:rsidRPr="00A256CE">
        <w:rPr>
          <w:sz w:val="28"/>
          <w:szCs w:val="28"/>
        </w:rPr>
        <w:t>ọ</w:t>
      </w:r>
      <w:r w:rsidRPr="00A256CE">
        <w:rPr>
          <w:sz w:val="28"/>
          <w:szCs w:val="28"/>
        </w:rPr>
        <w:t xml:space="preserve"> và tên], sinh ngày [dd/mm/yyyy], ch</w:t>
      </w:r>
      <w:r w:rsidRPr="00A256CE">
        <w:rPr>
          <w:sz w:val="28"/>
          <w:szCs w:val="28"/>
        </w:rPr>
        <w:t>ứ</w:t>
      </w:r>
      <w:r w:rsidRPr="00A256CE">
        <w:rPr>
          <w:sz w:val="28"/>
          <w:szCs w:val="28"/>
        </w:rPr>
        <w:t>c v</w:t>
      </w:r>
      <w:r w:rsidRPr="00A256CE">
        <w:rPr>
          <w:sz w:val="28"/>
          <w:szCs w:val="28"/>
        </w:rPr>
        <w:t>ụ</w:t>
      </w:r>
      <w:r w:rsidRPr="00A256CE">
        <w:rPr>
          <w:sz w:val="28"/>
          <w:szCs w:val="28"/>
        </w:rPr>
        <w:t xml:space="preserve"> hi</w:t>
      </w:r>
      <w:r w:rsidRPr="00A256CE">
        <w:rPr>
          <w:sz w:val="28"/>
          <w:szCs w:val="28"/>
        </w:rPr>
        <w:t>ệ</w:t>
      </w:r>
      <w:r w:rsidRPr="00A256CE">
        <w:rPr>
          <w:sz w:val="28"/>
          <w:szCs w:val="28"/>
        </w:rPr>
        <w:t>n t</w:t>
      </w:r>
      <w:r w:rsidRPr="00A256CE">
        <w:rPr>
          <w:sz w:val="28"/>
          <w:szCs w:val="28"/>
        </w:rPr>
        <w:t>ạ</w:t>
      </w:r>
      <w:r w:rsidRPr="00A256CE">
        <w:rPr>
          <w:sz w:val="28"/>
          <w:szCs w:val="28"/>
        </w:rPr>
        <w:t>i: [Ch</w:t>
      </w:r>
      <w:r w:rsidRPr="00A256CE">
        <w:rPr>
          <w:sz w:val="28"/>
          <w:szCs w:val="28"/>
        </w:rPr>
        <w:t>ứ</w:t>
      </w:r>
      <w:r w:rsidRPr="00A256CE">
        <w:rPr>
          <w:sz w:val="28"/>
          <w:szCs w:val="28"/>
        </w:rPr>
        <w:t>c danh hi</w:t>
      </w:r>
      <w:r w:rsidRPr="00A256CE">
        <w:rPr>
          <w:sz w:val="28"/>
          <w:szCs w:val="28"/>
        </w:rPr>
        <w:t>ệ</w:t>
      </w:r>
      <w:r w:rsidRPr="00A256CE">
        <w:rPr>
          <w:sz w:val="28"/>
          <w:szCs w:val="28"/>
        </w:rPr>
        <w:t>n t</w:t>
      </w:r>
      <w:r w:rsidRPr="00A256CE">
        <w:rPr>
          <w:sz w:val="28"/>
          <w:szCs w:val="28"/>
        </w:rPr>
        <w:t>ạ</w:t>
      </w:r>
      <w:r w:rsidRPr="00A256CE">
        <w:rPr>
          <w:sz w:val="28"/>
          <w:szCs w:val="28"/>
        </w:rPr>
        <w:t>i], là Giám sát trư</w:t>
      </w:r>
      <w:r w:rsidRPr="00A256CE">
        <w:rPr>
          <w:sz w:val="28"/>
          <w:szCs w:val="28"/>
        </w:rPr>
        <w:t>ở</w:t>
      </w:r>
      <w:r w:rsidRPr="00A256CE">
        <w:rPr>
          <w:sz w:val="28"/>
          <w:szCs w:val="28"/>
        </w:rPr>
        <w:t>ng công trình: [Tên công trình].</w:t>
      </w:r>
    </w:p>
    <w:p w:rsidR="00347C8F" w:rsidRPr="00A256CE" w:rsidRDefault="00A256CE">
      <w:pPr>
        <w:rPr>
          <w:sz w:val="28"/>
          <w:szCs w:val="28"/>
        </w:rPr>
      </w:pPr>
      <w:r w:rsidRPr="00A256CE">
        <w:rPr>
          <w:sz w:val="28"/>
          <w:szCs w:val="28"/>
        </w:rPr>
        <w:t>Đi</w:t>
      </w:r>
      <w:r w:rsidRPr="00A256CE">
        <w:rPr>
          <w:sz w:val="28"/>
          <w:szCs w:val="28"/>
        </w:rPr>
        <w:t>ề</w:t>
      </w:r>
      <w:r w:rsidRPr="00A256CE">
        <w:rPr>
          <w:sz w:val="28"/>
          <w:szCs w:val="28"/>
        </w:rPr>
        <w:t xml:space="preserve">u 2. Ông/bà </w:t>
      </w:r>
      <w:r w:rsidRPr="00A256CE">
        <w:rPr>
          <w:sz w:val="28"/>
          <w:szCs w:val="28"/>
        </w:rPr>
        <w:t>[Tên] có trách nhi</w:t>
      </w:r>
      <w:r w:rsidRPr="00A256CE">
        <w:rPr>
          <w:sz w:val="28"/>
          <w:szCs w:val="28"/>
        </w:rPr>
        <w:t>ệ</w:t>
      </w:r>
      <w:r w:rsidRPr="00A256CE">
        <w:rPr>
          <w:sz w:val="28"/>
          <w:szCs w:val="28"/>
        </w:rPr>
        <w:t>m đi</w:t>
      </w:r>
      <w:r w:rsidRPr="00A256CE">
        <w:rPr>
          <w:sz w:val="28"/>
          <w:szCs w:val="28"/>
        </w:rPr>
        <w:t>ề</w:t>
      </w:r>
      <w:r w:rsidRPr="00A256CE">
        <w:rPr>
          <w:sz w:val="28"/>
          <w:szCs w:val="28"/>
        </w:rPr>
        <w:t>u hành, t</w:t>
      </w:r>
      <w:r w:rsidRPr="00A256CE">
        <w:rPr>
          <w:sz w:val="28"/>
          <w:szCs w:val="28"/>
        </w:rPr>
        <w:t>ổ</w:t>
      </w:r>
      <w:r w:rsidRPr="00A256CE">
        <w:rPr>
          <w:sz w:val="28"/>
          <w:szCs w:val="28"/>
        </w:rPr>
        <w:t xml:space="preserve"> ch</w:t>
      </w:r>
      <w:r w:rsidRPr="00A256CE">
        <w:rPr>
          <w:sz w:val="28"/>
          <w:szCs w:val="28"/>
        </w:rPr>
        <w:t>ứ</w:t>
      </w:r>
      <w:r w:rsidRPr="00A256CE">
        <w:rPr>
          <w:sz w:val="28"/>
          <w:szCs w:val="28"/>
        </w:rPr>
        <w:t>c, tri</w:t>
      </w:r>
      <w:r w:rsidRPr="00A256CE">
        <w:rPr>
          <w:sz w:val="28"/>
          <w:szCs w:val="28"/>
        </w:rPr>
        <w:t>ể</w:t>
      </w:r>
      <w:r w:rsidRPr="00A256CE">
        <w:rPr>
          <w:sz w:val="28"/>
          <w:szCs w:val="28"/>
        </w:rPr>
        <w:t>n khai công tác giám sát thi công xây d</w:t>
      </w:r>
      <w:r w:rsidRPr="00A256CE">
        <w:rPr>
          <w:sz w:val="28"/>
          <w:szCs w:val="28"/>
        </w:rPr>
        <w:t>ự</w:t>
      </w:r>
      <w:r w:rsidRPr="00A256CE">
        <w:rPr>
          <w:sz w:val="28"/>
          <w:szCs w:val="28"/>
        </w:rPr>
        <w:t>ng và l</w:t>
      </w:r>
      <w:r w:rsidRPr="00A256CE">
        <w:rPr>
          <w:sz w:val="28"/>
          <w:szCs w:val="28"/>
        </w:rPr>
        <w:t>ắ</w:t>
      </w:r>
      <w:r w:rsidRPr="00A256CE">
        <w:rPr>
          <w:sz w:val="28"/>
          <w:szCs w:val="28"/>
        </w:rPr>
        <w:t>p đ</w:t>
      </w:r>
      <w:r w:rsidRPr="00A256CE">
        <w:rPr>
          <w:sz w:val="28"/>
          <w:szCs w:val="28"/>
        </w:rPr>
        <w:t>ặ</w:t>
      </w:r>
      <w:r w:rsidRPr="00A256CE">
        <w:rPr>
          <w:sz w:val="28"/>
          <w:szCs w:val="28"/>
        </w:rPr>
        <w:t>t thi</w:t>
      </w:r>
      <w:r w:rsidRPr="00A256CE">
        <w:rPr>
          <w:sz w:val="28"/>
          <w:szCs w:val="28"/>
        </w:rPr>
        <w:t>ế</w:t>
      </w:r>
      <w:r w:rsidRPr="00A256CE">
        <w:rPr>
          <w:sz w:val="28"/>
          <w:szCs w:val="28"/>
        </w:rPr>
        <w:t>t b</w:t>
      </w:r>
      <w:r w:rsidRPr="00A256CE">
        <w:rPr>
          <w:sz w:val="28"/>
          <w:szCs w:val="28"/>
        </w:rPr>
        <w:t>ị</w:t>
      </w:r>
      <w:r w:rsidRPr="00A256CE">
        <w:rPr>
          <w:sz w:val="28"/>
          <w:szCs w:val="28"/>
        </w:rPr>
        <w:t xml:space="preserve"> theo đúng quy đ</w:t>
      </w:r>
      <w:r w:rsidRPr="00A256CE">
        <w:rPr>
          <w:sz w:val="28"/>
          <w:szCs w:val="28"/>
        </w:rPr>
        <w:t>ị</w:t>
      </w:r>
      <w:r w:rsidRPr="00A256CE">
        <w:rPr>
          <w:sz w:val="28"/>
          <w:szCs w:val="28"/>
        </w:rPr>
        <w:t>nh pháp lu</w:t>
      </w:r>
      <w:r w:rsidRPr="00A256CE">
        <w:rPr>
          <w:sz w:val="28"/>
          <w:szCs w:val="28"/>
        </w:rPr>
        <w:t>ậ</w:t>
      </w:r>
      <w:r w:rsidRPr="00A256CE">
        <w:rPr>
          <w:sz w:val="28"/>
          <w:szCs w:val="28"/>
        </w:rPr>
        <w:t>t, h</w:t>
      </w:r>
      <w:r w:rsidRPr="00A256CE">
        <w:rPr>
          <w:sz w:val="28"/>
          <w:szCs w:val="28"/>
        </w:rPr>
        <w:t>ợ</w:t>
      </w:r>
      <w:r w:rsidRPr="00A256CE">
        <w:rPr>
          <w:sz w:val="28"/>
          <w:szCs w:val="28"/>
        </w:rPr>
        <w:t>p đ</w:t>
      </w:r>
      <w:r w:rsidRPr="00A256CE">
        <w:rPr>
          <w:sz w:val="28"/>
          <w:szCs w:val="28"/>
        </w:rPr>
        <w:t>ồ</w:t>
      </w:r>
      <w:r w:rsidRPr="00A256CE">
        <w:rPr>
          <w:sz w:val="28"/>
          <w:szCs w:val="28"/>
        </w:rPr>
        <w:t>ng và yêu c</w:t>
      </w:r>
      <w:r w:rsidRPr="00A256CE">
        <w:rPr>
          <w:sz w:val="28"/>
          <w:szCs w:val="28"/>
        </w:rPr>
        <w:t>ầ</w:t>
      </w:r>
      <w:r w:rsidRPr="00A256CE">
        <w:rPr>
          <w:sz w:val="28"/>
          <w:szCs w:val="28"/>
        </w:rPr>
        <w:t>u k</w:t>
      </w:r>
      <w:r w:rsidRPr="00A256CE">
        <w:rPr>
          <w:sz w:val="28"/>
          <w:szCs w:val="28"/>
        </w:rPr>
        <w:t>ỹ</w:t>
      </w:r>
      <w:r w:rsidRPr="00A256CE">
        <w:rPr>
          <w:sz w:val="28"/>
          <w:szCs w:val="28"/>
        </w:rPr>
        <w:t xml:space="preserve"> thu</w:t>
      </w:r>
      <w:r w:rsidRPr="00A256CE">
        <w:rPr>
          <w:sz w:val="28"/>
          <w:szCs w:val="28"/>
        </w:rPr>
        <w:t>ậ</w:t>
      </w:r>
      <w:r w:rsidRPr="00A256CE">
        <w:rPr>
          <w:sz w:val="28"/>
          <w:szCs w:val="28"/>
        </w:rPr>
        <w:t>t c</w:t>
      </w:r>
      <w:r w:rsidRPr="00A256CE">
        <w:rPr>
          <w:sz w:val="28"/>
          <w:szCs w:val="28"/>
        </w:rPr>
        <w:t>ủ</w:t>
      </w:r>
      <w:r w:rsidRPr="00A256CE">
        <w:rPr>
          <w:sz w:val="28"/>
          <w:szCs w:val="28"/>
        </w:rPr>
        <w:t>a d</w:t>
      </w:r>
      <w:r w:rsidRPr="00A256CE">
        <w:rPr>
          <w:sz w:val="28"/>
          <w:szCs w:val="28"/>
        </w:rPr>
        <w:t>ự</w:t>
      </w:r>
      <w:r w:rsidRPr="00A256CE">
        <w:rPr>
          <w:sz w:val="28"/>
          <w:szCs w:val="28"/>
        </w:rPr>
        <w:t xml:space="preserve"> án.</w:t>
      </w:r>
    </w:p>
    <w:p w:rsidR="00347C8F" w:rsidRPr="00A256CE" w:rsidRDefault="00A256CE">
      <w:pPr>
        <w:rPr>
          <w:sz w:val="28"/>
          <w:szCs w:val="28"/>
        </w:rPr>
      </w:pPr>
      <w:r w:rsidRPr="00A256CE">
        <w:rPr>
          <w:sz w:val="28"/>
          <w:szCs w:val="28"/>
        </w:rPr>
        <w:t>Đi</w:t>
      </w:r>
      <w:r w:rsidRPr="00A256CE">
        <w:rPr>
          <w:sz w:val="28"/>
          <w:szCs w:val="28"/>
        </w:rPr>
        <w:t>ề</w:t>
      </w:r>
      <w:r w:rsidRPr="00A256CE">
        <w:rPr>
          <w:sz w:val="28"/>
          <w:szCs w:val="28"/>
        </w:rPr>
        <w:t>u 3. Quy</w:t>
      </w:r>
      <w:r w:rsidRPr="00A256CE">
        <w:rPr>
          <w:sz w:val="28"/>
          <w:szCs w:val="28"/>
        </w:rPr>
        <w:t>ế</w:t>
      </w:r>
      <w:r w:rsidRPr="00A256CE">
        <w:rPr>
          <w:sz w:val="28"/>
          <w:szCs w:val="28"/>
        </w:rPr>
        <w:t>t đ</w:t>
      </w:r>
      <w:r w:rsidRPr="00A256CE">
        <w:rPr>
          <w:sz w:val="28"/>
          <w:szCs w:val="28"/>
        </w:rPr>
        <w:t>ị</w:t>
      </w:r>
      <w:r w:rsidRPr="00A256CE">
        <w:rPr>
          <w:sz w:val="28"/>
          <w:szCs w:val="28"/>
        </w:rPr>
        <w:t>nh này có hi</w:t>
      </w:r>
      <w:r w:rsidRPr="00A256CE">
        <w:rPr>
          <w:sz w:val="28"/>
          <w:szCs w:val="28"/>
        </w:rPr>
        <w:t>ệ</w:t>
      </w:r>
      <w:r w:rsidRPr="00A256CE">
        <w:rPr>
          <w:sz w:val="28"/>
          <w:szCs w:val="28"/>
        </w:rPr>
        <w:t>u l</w:t>
      </w:r>
      <w:r w:rsidRPr="00A256CE">
        <w:rPr>
          <w:sz w:val="28"/>
          <w:szCs w:val="28"/>
        </w:rPr>
        <w:t>ự</w:t>
      </w:r>
      <w:r w:rsidRPr="00A256CE">
        <w:rPr>
          <w:sz w:val="28"/>
          <w:szCs w:val="28"/>
        </w:rPr>
        <w:t>c k</w:t>
      </w:r>
      <w:r w:rsidRPr="00A256CE">
        <w:rPr>
          <w:sz w:val="28"/>
          <w:szCs w:val="28"/>
        </w:rPr>
        <w:t>ể</w:t>
      </w:r>
      <w:r w:rsidRPr="00A256CE">
        <w:rPr>
          <w:sz w:val="28"/>
          <w:szCs w:val="28"/>
        </w:rPr>
        <w:t xml:space="preserve"> t</w:t>
      </w:r>
      <w:r w:rsidRPr="00A256CE">
        <w:rPr>
          <w:sz w:val="28"/>
          <w:szCs w:val="28"/>
        </w:rPr>
        <w:t>ừ</w:t>
      </w:r>
      <w:r w:rsidRPr="00A256CE">
        <w:rPr>
          <w:sz w:val="28"/>
          <w:szCs w:val="28"/>
        </w:rPr>
        <w:t xml:space="preserve"> ngày ký. Các phòng ban, cá nhân có li</w:t>
      </w:r>
      <w:r w:rsidRPr="00A256CE">
        <w:rPr>
          <w:sz w:val="28"/>
          <w:szCs w:val="28"/>
        </w:rPr>
        <w:t>ên quan và ông/bà [Tên] ch</w:t>
      </w:r>
      <w:r w:rsidRPr="00A256CE">
        <w:rPr>
          <w:sz w:val="28"/>
          <w:szCs w:val="28"/>
        </w:rPr>
        <w:t>ị</w:t>
      </w:r>
      <w:r w:rsidRPr="00A256CE">
        <w:rPr>
          <w:sz w:val="28"/>
          <w:szCs w:val="28"/>
        </w:rPr>
        <w:t>u trách nhi</w:t>
      </w:r>
      <w:r w:rsidRPr="00A256CE">
        <w:rPr>
          <w:sz w:val="28"/>
          <w:szCs w:val="28"/>
        </w:rPr>
        <w:t>ệ</w:t>
      </w:r>
      <w:r w:rsidRPr="00A256CE">
        <w:rPr>
          <w:sz w:val="28"/>
          <w:szCs w:val="28"/>
        </w:rPr>
        <w:t>m thi hành quy</w:t>
      </w:r>
      <w:r w:rsidRPr="00A256CE">
        <w:rPr>
          <w:sz w:val="28"/>
          <w:szCs w:val="28"/>
        </w:rPr>
        <w:t>ế</w:t>
      </w:r>
      <w:r w:rsidRPr="00A256CE">
        <w:rPr>
          <w:sz w:val="28"/>
          <w:szCs w:val="28"/>
        </w:rPr>
        <w:t>t đ</w:t>
      </w:r>
      <w:r w:rsidRPr="00A256CE">
        <w:rPr>
          <w:sz w:val="28"/>
          <w:szCs w:val="28"/>
        </w:rPr>
        <w:t>ị</w:t>
      </w:r>
      <w:r w:rsidRPr="00A256CE">
        <w:rPr>
          <w:sz w:val="28"/>
          <w:szCs w:val="28"/>
        </w:rPr>
        <w:t>nh này.</w:t>
      </w:r>
    </w:p>
    <w:p w:rsidR="00347C8F" w:rsidRPr="00A256CE" w:rsidRDefault="00A256CE">
      <w:pPr>
        <w:rPr>
          <w:sz w:val="28"/>
          <w:szCs w:val="28"/>
        </w:rPr>
      </w:pPr>
      <w:r w:rsidRPr="00A256CE">
        <w:rPr>
          <w:sz w:val="28"/>
          <w:szCs w:val="28"/>
        </w:rPr>
        <w:t>Nơi nh</w:t>
      </w:r>
      <w:r w:rsidRPr="00A256CE">
        <w:rPr>
          <w:sz w:val="28"/>
          <w:szCs w:val="28"/>
        </w:rPr>
        <w:t>ậ</w:t>
      </w:r>
      <w:r w:rsidRPr="00A256CE">
        <w:rPr>
          <w:sz w:val="28"/>
          <w:szCs w:val="28"/>
        </w:rPr>
        <w:t>n:</w:t>
      </w:r>
    </w:p>
    <w:p w:rsidR="00347C8F" w:rsidRPr="00A256CE" w:rsidRDefault="00A256CE">
      <w:pPr>
        <w:rPr>
          <w:sz w:val="28"/>
          <w:szCs w:val="28"/>
        </w:rPr>
      </w:pPr>
      <w:r w:rsidRPr="00A256CE">
        <w:rPr>
          <w:sz w:val="28"/>
          <w:szCs w:val="28"/>
        </w:rPr>
        <w:t>– Như đi</w:t>
      </w:r>
      <w:r w:rsidRPr="00A256CE">
        <w:rPr>
          <w:sz w:val="28"/>
          <w:szCs w:val="28"/>
        </w:rPr>
        <w:t>ề</w:t>
      </w:r>
      <w:r w:rsidRPr="00A256CE">
        <w:rPr>
          <w:sz w:val="28"/>
          <w:szCs w:val="28"/>
        </w:rPr>
        <w:t>u 3;</w:t>
      </w:r>
    </w:p>
    <w:p w:rsidR="00347C8F" w:rsidRPr="00A256CE" w:rsidRDefault="00A256CE">
      <w:pPr>
        <w:rPr>
          <w:sz w:val="28"/>
          <w:szCs w:val="28"/>
        </w:rPr>
      </w:pPr>
      <w:r w:rsidRPr="00A256CE">
        <w:rPr>
          <w:sz w:val="28"/>
          <w:szCs w:val="28"/>
        </w:rPr>
        <w:lastRenderedPageBreak/>
        <w:t>– Lưu VP.</w:t>
      </w:r>
      <w:bookmarkStart w:id="0" w:name="_GoBack"/>
      <w:bookmarkEnd w:id="0"/>
    </w:p>
    <w:p w:rsidR="00347C8F" w:rsidRPr="00A256CE" w:rsidRDefault="00A256CE" w:rsidP="00A256CE">
      <w:pPr>
        <w:jc w:val="right"/>
        <w:rPr>
          <w:i/>
          <w:sz w:val="28"/>
          <w:szCs w:val="28"/>
        </w:rPr>
      </w:pPr>
      <w:r w:rsidRPr="00A256CE">
        <w:rPr>
          <w:i/>
          <w:sz w:val="28"/>
          <w:szCs w:val="28"/>
        </w:rPr>
        <w:t>[Đ</w:t>
      </w:r>
      <w:r w:rsidRPr="00A256CE">
        <w:rPr>
          <w:i/>
          <w:sz w:val="28"/>
          <w:szCs w:val="28"/>
        </w:rPr>
        <w:t>ị</w:t>
      </w:r>
      <w:r w:rsidRPr="00A256CE">
        <w:rPr>
          <w:i/>
          <w:sz w:val="28"/>
          <w:szCs w:val="28"/>
        </w:rPr>
        <w:t>a danh], ngày … tháng … năm 20…</w:t>
      </w:r>
    </w:p>
    <w:p w:rsidR="00347C8F" w:rsidRPr="00A256CE" w:rsidRDefault="00A256CE" w:rsidP="00A256CE">
      <w:pPr>
        <w:jc w:val="right"/>
        <w:rPr>
          <w:b/>
          <w:sz w:val="28"/>
          <w:szCs w:val="28"/>
        </w:rPr>
      </w:pPr>
      <w:r w:rsidRPr="00A256CE">
        <w:rPr>
          <w:b/>
          <w:sz w:val="28"/>
          <w:szCs w:val="28"/>
        </w:rPr>
        <w:t>GIÁM Đ</w:t>
      </w:r>
      <w:r w:rsidRPr="00A256CE">
        <w:rPr>
          <w:b/>
          <w:sz w:val="28"/>
          <w:szCs w:val="28"/>
        </w:rPr>
        <w:t>Ố</w:t>
      </w:r>
      <w:r w:rsidRPr="00A256CE">
        <w:rPr>
          <w:b/>
          <w:sz w:val="28"/>
          <w:szCs w:val="28"/>
        </w:rPr>
        <w:t>C</w:t>
      </w:r>
    </w:p>
    <w:p w:rsidR="00347C8F" w:rsidRPr="00A256CE" w:rsidRDefault="00A256CE" w:rsidP="00A256CE">
      <w:pPr>
        <w:jc w:val="right"/>
        <w:rPr>
          <w:b/>
          <w:sz w:val="28"/>
          <w:szCs w:val="28"/>
        </w:rPr>
      </w:pPr>
      <w:r w:rsidRPr="00A256CE">
        <w:rPr>
          <w:b/>
          <w:sz w:val="28"/>
          <w:szCs w:val="28"/>
        </w:rPr>
        <w:t>(Ký, ghi rõ h</w:t>
      </w:r>
      <w:r w:rsidRPr="00A256CE">
        <w:rPr>
          <w:b/>
          <w:sz w:val="28"/>
          <w:szCs w:val="28"/>
        </w:rPr>
        <w:t>ọ</w:t>
      </w:r>
      <w:r w:rsidRPr="00A256CE">
        <w:rPr>
          <w:b/>
          <w:sz w:val="28"/>
          <w:szCs w:val="28"/>
        </w:rPr>
        <w:t xml:space="preserve"> tên, đóng d</w:t>
      </w:r>
      <w:r w:rsidRPr="00A256CE">
        <w:rPr>
          <w:b/>
          <w:sz w:val="28"/>
          <w:szCs w:val="28"/>
        </w:rPr>
        <w:t>ấ</w:t>
      </w:r>
      <w:r w:rsidRPr="00A256CE">
        <w:rPr>
          <w:b/>
          <w:sz w:val="28"/>
          <w:szCs w:val="28"/>
        </w:rPr>
        <w:t>u n</w:t>
      </w:r>
      <w:r w:rsidRPr="00A256CE">
        <w:rPr>
          <w:b/>
          <w:sz w:val="28"/>
          <w:szCs w:val="28"/>
        </w:rPr>
        <w:t>ế</w:t>
      </w:r>
      <w:r w:rsidRPr="00A256CE">
        <w:rPr>
          <w:b/>
          <w:sz w:val="28"/>
          <w:szCs w:val="28"/>
        </w:rPr>
        <w:t>u có)</w:t>
      </w:r>
    </w:p>
    <w:p w:rsidR="00A256CE" w:rsidRPr="00A256CE" w:rsidRDefault="00A256CE">
      <w:pPr>
        <w:rPr>
          <w:sz w:val="28"/>
          <w:szCs w:val="28"/>
        </w:rPr>
      </w:pPr>
    </w:p>
    <w:sectPr w:rsidR="00A256CE" w:rsidRPr="00A256C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7C8F"/>
    <w:rsid w:val="00A256C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FC6998AF-9672-45C2-B51B-4841DCB78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D75C552-0279-4D4E-AE06-619122E1A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2025-05-29T01:46:00Z</dcterms:created>
  <dcterms:modified xsi:type="dcterms:W3CDTF">2025-05-29T01:46:00Z</dcterms:modified>
  <cp:category/>
</cp:coreProperties>
</file>