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38A" w:rsidRPr="006D13E6" w:rsidRDefault="006D13E6" w:rsidP="006D13E6">
      <w:pPr>
        <w:jc w:val="center"/>
        <w:rPr>
          <w:b/>
          <w:sz w:val="28"/>
          <w:szCs w:val="28"/>
        </w:rPr>
      </w:pPr>
      <w:r w:rsidRPr="006D13E6">
        <w:rPr>
          <w:b/>
          <w:sz w:val="28"/>
          <w:szCs w:val="28"/>
        </w:rPr>
        <w:t>C</w:t>
      </w:r>
      <w:r w:rsidRPr="006D13E6">
        <w:rPr>
          <w:b/>
          <w:sz w:val="28"/>
          <w:szCs w:val="28"/>
        </w:rPr>
        <w:t>Ộ</w:t>
      </w:r>
      <w:r w:rsidRPr="006D13E6">
        <w:rPr>
          <w:b/>
          <w:sz w:val="28"/>
          <w:szCs w:val="28"/>
        </w:rPr>
        <w:t>NG HÒA XÃ H</w:t>
      </w:r>
      <w:r w:rsidRPr="006D13E6">
        <w:rPr>
          <w:b/>
          <w:sz w:val="28"/>
          <w:szCs w:val="28"/>
        </w:rPr>
        <w:t>Ộ</w:t>
      </w:r>
      <w:r w:rsidRPr="006D13E6">
        <w:rPr>
          <w:b/>
          <w:sz w:val="28"/>
          <w:szCs w:val="28"/>
        </w:rPr>
        <w:t>I CH</w:t>
      </w:r>
      <w:r w:rsidRPr="006D13E6">
        <w:rPr>
          <w:b/>
          <w:sz w:val="28"/>
          <w:szCs w:val="28"/>
        </w:rPr>
        <w:t>Ủ</w:t>
      </w:r>
      <w:r w:rsidRPr="006D13E6">
        <w:rPr>
          <w:b/>
          <w:sz w:val="28"/>
          <w:szCs w:val="28"/>
        </w:rPr>
        <w:t xml:space="preserve"> NGHĨA VI</w:t>
      </w:r>
      <w:r w:rsidRPr="006D13E6">
        <w:rPr>
          <w:b/>
          <w:sz w:val="28"/>
          <w:szCs w:val="28"/>
        </w:rPr>
        <w:t>Ệ</w:t>
      </w:r>
      <w:r w:rsidRPr="006D13E6">
        <w:rPr>
          <w:b/>
          <w:sz w:val="28"/>
          <w:szCs w:val="28"/>
        </w:rPr>
        <w:t>T NAM</w:t>
      </w:r>
    </w:p>
    <w:p w:rsidR="0082038A" w:rsidRDefault="006D13E6" w:rsidP="006D13E6">
      <w:pPr>
        <w:jc w:val="center"/>
        <w:rPr>
          <w:b/>
          <w:sz w:val="28"/>
          <w:szCs w:val="28"/>
        </w:rPr>
      </w:pPr>
      <w:r w:rsidRPr="006D13E6">
        <w:rPr>
          <w:b/>
          <w:sz w:val="28"/>
          <w:szCs w:val="28"/>
        </w:rPr>
        <w:t>Đ</w:t>
      </w:r>
      <w:r w:rsidRPr="006D13E6">
        <w:rPr>
          <w:b/>
          <w:sz w:val="28"/>
          <w:szCs w:val="28"/>
        </w:rPr>
        <w:t>ộ</w:t>
      </w:r>
      <w:r w:rsidRPr="006D13E6">
        <w:rPr>
          <w:b/>
          <w:sz w:val="28"/>
          <w:szCs w:val="28"/>
        </w:rPr>
        <w:t>c l</w:t>
      </w:r>
      <w:r w:rsidRPr="006D13E6">
        <w:rPr>
          <w:b/>
          <w:sz w:val="28"/>
          <w:szCs w:val="28"/>
        </w:rPr>
        <w:t>ậ</w:t>
      </w:r>
      <w:r w:rsidRPr="006D13E6">
        <w:rPr>
          <w:b/>
          <w:sz w:val="28"/>
          <w:szCs w:val="28"/>
        </w:rPr>
        <w:t>p – T</w:t>
      </w:r>
      <w:r w:rsidRPr="006D13E6">
        <w:rPr>
          <w:b/>
          <w:sz w:val="28"/>
          <w:szCs w:val="28"/>
        </w:rPr>
        <w:t>ự</w:t>
      </w:r>
      <w:r w:rsidRPr="006D13E6">
        <w:rPr>
          <w:b/>
          <w:sz w:val="28"/>
          <w:szCs w:val="28"/>
        </w:rPr>
        <w:t xml:space="preserve"> do – H</w:t>
      </w:r>
      <w:r w:rsidRPr="006D13E6">
        <w:rPr>
          <w:b/>
          <w:sz w:val="28"/>
          <w:szCs w:val="28"/>
        </w:rPr>
        <w:t>ạ</w:t>
      </w:r>
      <w:r w:rsidRPr="006D13E6">
        <w:rPr>
          <w:b/>
          <w:sz w:val="28"/>
          <w:szCs w:val="28"/>
        </w:rPr>
        <w:t>nh phúc</w:t>
      </w:r>
    </w:p>
    <w:p w:rsidR="006D13E6" w:rsidRPr="006D13E6" w:rsidRDefault="006D13E6" w:rsidP="006D13E6">
      <w:pPr>
        <w:jc w:val="center"/>
        <w:rPr>
          <w:b/>
          <w:sz w:val="28"/>
          <w:szCs w:val="28"/>
        </w:rPr>
      </w:pPr>
    </w:p>
    <w:p w:rsidR="0082038A" w:rsidRPr="006D13E6" w:rsidRDefault="006D13E6" w:rsidP="006D13E6">
      <w:pPr>
        <w:jc w:val="center"/>
        <w:rPr>
          <w:b/>
          <w:sz w:val="28"/>
          <w:szCs w:val="28"/>
        </w:rPr>
      </w:pPr>
      <w:r w:rsidRPr="006D13E6">
        <w:rPr>
          <w:b/>
          <w:sz w:val="28"/>
          <w:szCs w:val="28"/>
        </w:rPr>
        <w:t>BIÊN B</w:t>
      </w:r>
      <w:r w:rsidRPr="006D13E6">
        <w:rPr>
          <w:b/>
          <w:sz w:val="28"/>
          <w:szCs w:val="28"/>
        </w:rPr>
        <w:t>Ả</w:t>
      </w:r>
      <w:r w:rsidRPr="006D13E6">
        <w:rPr>
          <w:b/>
          <w:sz w:val="28"/>
          <w:szCs w:val="28"/>
        </w:rPr>
        <w:t>N GI</w:t>
      </w:r>
      <w:r w:rsidRPr="006D13E6">
        <w:rPr>
          <w:b/>
          <w:sz w:val="28"/>
          <w:szCs w:val="28"/>
        </w:rPr>
        <w:t>Ả</w:t>
      </w:r>
      <w:r w:rsidRPr="006D13E6">
        <w:rPr>
          <w:b/>
          <w:sz w:val="28"/>
          <w:szCs w:val="28"/>
        </w:rPr>
        <w:t>I TRÌNH</w:t>
      </w:r>
    </w:p>
    <w:p w:rsidR="0082038A" w:rsidRPr="006D13E6" w:rsidRDefault="006D13E6" w:rsidP="006D13E6">
      <w:pPr>
        <w:jc w:val="center"/>
        <w:rPr>
          <w:b/>
          <w:sz w:val="28"/>
          <w:szCs w:val="28"/>
        </w:rPr>
      </w:pPr>
      <w:r w:rsidRPr="006D13E6">
        <w:rPr>
          <w:b/>
          <w:sz w:val="28"/>
          <w:szCs w:val="28"/>
        </w:rPr>
        <w:t>(V/v: M</w:t>
      </w:r>
      <w:r w:rsidRPr="006D13E6">
        <w:rPr>
          <w:b/>
          <w:sz w:val="28"/>
          <w:szCs w:val="28"/>
        </w:rPr>
        <w:t xml:space="preserve">ất hóa đơn … </w:t>
      </w:r>
      <w:r w:rsidRPr="006D13E6">
        <w:rPr>
          <w:b/>
          <w:sz w:val="28"/>
          <w:szCs w:val="28"/>
        </w:rPr>
        <w:t xml:space="preserve"> s</w:t>
      </w:r>
      <w:r w:rsidRPr="006D13E6">
        <w:rPr>
          <w:b/>
          <w:sz w:val="28"/>
          <w:szCs w:val="28"/>
        </w:rPr>
        <w:t>ố</w:t>
      </w:r>
      <w:r w:rsidRPr="006D13E6">
        <w:rPr>
          <w:b/>
          <w:sz w:val="28"/>
          <w:szCs w:val="28"/>
        </w:rPr>
        <w:t>… ký hi</w:t>
      </w:r>
      <w:r w:rsidRPr="006D13E6">
        <w:rPr>
          <w:b/>
          <w:sz w:val="28"/>
          <w:szCs w:val="28"/>
        </w:rPr>
        <w:t>ệ</w:t>
      </w:r>
      <w:r w:rsidRPr="006D13E6">
        <w:rPr>
          <w:b/>
          <w:sz w:val="28"/>
          <w:szCs w:val="28"/>
        </w:rPr>
        <w:t>u…)</w:t>
      </w:r>
    </w:p>
    <w:p w:rsidR="0082038A" w:rsidRPr="006D13E6" w:rsidRDefault="006D13E6">
      <w:pPr>
        <w:rPr>
          <w:sz w:val="28"/>
          <w:szCs w:val="28"/>
        </w:rPr>
      </w:pPr>
      <w:r w:rsidRPr="006D13E6">
        <w:rPr>
          <w:sz w:val="28"/>
          <w:szCs w:val="28"/>
        </w:rPr>
        <w:t>Kính g</w:t>
      </w:r>
      <w:r w:rsidRPr="006D13E6">
        <w:rPr>
          <w:sz w:val="28"/>
          <w:szCs w:val="28"/>
        </w:rPr>
        <w:t>ử</w:t>
      </w:r>
      <w:r w:rsidRPr="006D13E6">
        <w:rPr>
          <w:sz w:val="28"/>
          <w:szCs w:val="28"/>
        </w:rPr>
        <w:t>i: Ban Giám đ</w:t>
      </w:r>
      <w:r w:rsidRPr="006D13E6">
        <w:rPr>
          <w:sz w:val="28"/>
          <w:szCs w:val="28"/>
        </w:rPr>
        <w:t>ố</w:t>
      </w:r>
      <w:r w:rsidRPr="006D13E6">
        <w:rPr>
          <w:sz w:val="28"/>
          <w:szCs w:val="28"/>
        </w:rPr>
        <w:t>c Công ty [Tên công ty]</w:t>
      </w:r>
    </w:p>
    <w:p w:rsidR="0082038A" w:rsidRPr="006D13E6" w:rsidRDefault="006D13E6">
      <w:pPr>
        <w:rPr>
          <w:sz w:val="28"/>
          <w:szCs w:val="28"/>
        </w:rPr>
      </w:pPr>
      <w:r w:rsidRPr="006D13E6">
        <w:rPr>
          <w:sz w:val="28"/>
          <w:szCs w:val="28"/>
        </w:rPr>
        <w:t>Tôi tên là: [H</w:t>
      </w:r>
      <w:r w:rsidRPr="006D13E6">
        <w:rPr>
          <w:sz w:val="28"/>
          <w:szCs w:val="28"/>
        </w:rPr>
        <w:t>ọ</w:t>
      </w:r>
      <w:r w:rsidRPr="006D13E6">
        <w:rPr>
          <w:sz w:val="28"/>
          <w:szCs w:val="28"/>
        </w:rPr>
        <w:t xml:space="preserve"> và tên]</w:t>
      </w:r>
    </w:p>
    <w:p w:rsidR="0082038A" w:rsidRPr="006D13E6" w:rsidRDefault="006D13E6">
      <w:pPr>
        <w:rPr>
          <w:sz w:val="28"/>
          <w:szCs w:val="28"/>
        </w:rPr>
      </w:pPr>
      <w:r w:rsidRPr="006D13E6">
        <w:rPr>
          <w:sz w:val="28"/>
          <w:szCs w:val="28"/>
        </w:rPr>
        <w:t>Ch</w:t>
      </w:r>
      <w:r w:rsidRPr="006D13E6">
        <w:rPr>
          <w:sz w:val="28"/>
          <w:szCs w:val="28"/>
        </w:rPr>
        <w:t>ứ</w:t>
      </w:r>
      <w:r w:rsidRPr="006D13E6">
        <w:rPr>
          <w:sz w:val="28"/>
          <w:szCs w:val="28"/>
        </w:rPr>
        <w:t>c v</w:t>
      </w:r>
      <w:r w:rsidRPr="006D13E6">
        <w:rPr>
          <w:sz w:val="28"/>
          <w:szCs w:val="28"/>
        </w:rPr>
        <w:t>ụ</w:t>
      </w:r>
      <w:r w:rsidRPr="006D13E6">
        <w:rPr>
          <w:sz w:val="28"/>
          <w:szCs w:val="28"/>
        </w:rPr>
        <w:t>: [Nhân viên k</w:t>
      </w:r>
      <w:r w:rsidRPr="006D13E6">
        <w:rPr>
          <w:sz w:val="28"/>
          <w:szCs w:val="28"/>
        </w:rPr>
        <w:t>ế</w:t>
      </w:r>
      <w:r w:rsidRPr="006D13E6">
        <w:rPr>
          <w:sz w:val="28"/>
          <w:szCs w:val="28"/>
        </w:rPr>
        <w:t xml:space="preserve"> toán/phòng ban liên quan]</w:t>
      </w:r>
    </w:p>
    <w:p w:rsidR="0082038A" w:rsidRPr="006D13E6" w:rsidRDefault="006D13E6">
      <w:pPr>
        <w:rPr>
          <w:sz w:val="28"/>
          <w:szCs w:val="28"/>
        </w:rPr>
      </w:pPr>
      <w:r w:rsidRPr="006D13E6">
        <w:rPr>
          <w:sz w:val="28"/>
          <w:szCs w:val="28"/>
        </w:rPr>
        <w:t>B</w:t>
      </w:r>
      <w:r w:rsidRPr="006D13E6">
        <w:rPr>
          <w:sz w:val="28"/>
          <w:szCs w:val="28"/>
        </w:rPr>
        <w:t>ộ</w:t>
      </w:r>
      <w:r w:rsidRPr="006D13E6">
        <w:rPr>
          <w:sz w:val="28"/>
          <w:szCs w:val="28"/>
        </w:rPr>
        <w:t xml:space="preserve"> </w:t>
      </w:r>
      <w:r w:rsidRPr="006D13E6">
        <w:rPr>
          <w:sz w:val="28"/>
          <w:szCs w:val="28"/>
        </w:rPr>
        <w:t>ph</w:t>
      </w:r>
      <w:r w:rsidRPr="006D13E6">
        <w:rPr>
          <w:sz w:val="28"/>
          <w:szCs w:val="28"/>
        </w:rPr>
        <w:t>ậ</w:t>
      </w:r>
      <w:r w:rsidRPr="006D13E6">
        <w:rPr>
          <w:sz w:val="28"/>
          <w:szCs w:val="28"/>
        </w:rPr>
        <w:t>n: [Tên phòng ban]</w:t>
      </w:r>
    </w:p>
    <w:p w:rsidR="0082038A" w:rsidRPr="006D13E6" w:rsidRDefault="006D13E6">
      <w:pPr>
        <w:rPr>
          <w:sz w:val="28"/>
          <w:szCs w:val="28"/>
        </w:rPr>
      </w:pPr>
      <w:r w:rsidRPr="006D13E6">
        <w:rPr>
          <w:sz w:val="28"/>
          <w:szCs w:val="28"/>
        </w:rPr>
        <w:t>Nay tôi làm biên b</w:t>
      </w:r>
      <w:r w:rsidRPr="006D13E6">
        <w:rPr>
          <w:sz w:val="28"/>
          <w:szCs w:val="28"/>
        </w:rPr>
        <w:t>ả</w:t>
      </w:r>
      <w:r w:rsidRPr="006D13E6">
        <w:rPr>
          <w:sz w:val="28"/>
          <w:szCs w:val="28"/>
        </w:rPr>
        <w:t>n này đ</w:t>
      </w:r>
      <w:r w:rsidRPr="006D13E6">
        <w:rPr>
          <w:sz w:val="28"/>
          <w:szCs w:val="28"/>
        </w:rPr>
        <w:t>ể</w:t>
      </w:r>
      <w:r w:rsidRPr="006D13E6">
        <w:rPr>
          <w:sz w:val="28"/>
          <w:szCs w:val="28"/>
        </w:rPr>
        <w:t xml:space="preserve"> trình bày và gi</w:t>
      </w:r>
      <w:r w:rsidRPr="006D13E6">
        <w:rPr>
          <w:sz w:val="28"/>
          <w:szCs w:val="28"/>
        </w:rPr>
        <w:t>ả</w:t>
      </w:r>
      <w:r w:rsidRPr="006D13E6">
        <w:rPr>
          <w:sz w:val="28"/>
          <w:szCs w:val="28"/>
        </w:rPr>
        <w:t>i trình v</w:t>
      </w:r>
      <w:r w:rsidRPr="006D13E6">
        <w:rPr>
          <w:sz w:val="28"/>
          <w:szCs w:val="28"/>
        </w:rPr>
        <w:t>ề</w:t>
      </w:r>
      <w:r w:rsidRPr="006D13E6">
        <w:rPr>
          <w:sz w:val="28"/>
          <w:szCs w:val="28"/>
        </w:rPr>
        <w:t xml:space="preserve"> s</w:t>
      </w:r>
      <w:r w:rsidRPr="006D13E6">
        <w:rPr>
          <w:sz w:val="28"/>
          <w:szCs w:val="28"/>
        </w:rPr>
        <w:t>ự</w:t>
      </w:r>
      <w:r w:rsidRPr="006D13E6">
        <w:rPr>
          <w:sz w:val="28"/>
          <w:szCs w:val="28"/>
        </w:rPr>
        <w:t xml:space="preserve"> vi</w:t>
      </w:r>
      <w:r w:rsidRPr="006D13E6">
        <w:rPr>
          <w:sz w:val="28"/>
          <w:szCs w:val="28"/>
        </w:rPr>
        <w:t>ệ</w:t>
      </w:r>
      <w:r w:rsidRPr="006D13E6">
        <w:rPr>
          <w:sz w:val="28"/>
          <w:szCs w:val="28"/>
        </w:rPr>
        <w:t>c m</w:t>
      </w:r>
      <w:r w:rsidRPr="006D13E6">
        <w:rPr>
          <w:sz w:val="28"/>
          <w:szCs w:val="28"/>
        </w:rPr>
        <w:t>ấ</w:t>
      </w:r>
      <w:r w:rsidRPr="006D13E6">
        <w:rPr>
          <w:sz w:val="28"/>
          <w:szCs w:val="28"/>
        </w:rPr>
        <w:t>t hóa đơn như sau:</w:t>
      </w:r>
    </w:p>
    <w:p w:rsidR="0082038A" w:rsidRPr="006D13E6" w:rsidRDefault="006D13E6">
      <w:pPr>
        <w:rPr>
          <w:sz w:val="28"/>
          <w:szCs w:val="28"/>
        </w:rPr>
      </w:pPr>
      <w:r w:rsidRPr="006D13E6">
        <w:rPr>
          <w:sz w:val="28"/>
          <w:szCs w:val="28"/>
        </w:rPr>
        <w:t>1. Thông tin hóa đơn b</w:t>
      </w:r>
      <w:r w:rsidRPr="006D13E6">
        <w:rPr>
          <w:sz w:val="28"/>
          <w:szCs w:val="28"/>
        </w:rPr>
        <w:t>ị</w:t>
      </w:r>
      <w:r w:rsidRPr="006D13E6">
        <w:rPr>
          <w:sz w:val="28"/>
          <w:szCs w:val="28"/>
        </w:rPr>
        <w:t xml:space="preserve"> m</w:t>
      </w:r>
      <w:r w:rsidRPr="006D13E6">
        <w:rPr>
          <w:sz w:val="28"/>
          <w:szCs w:val="28"/>
        </w:rPr>
        <w:t>ấ</w:t>
      </w:r>
      <w:r w:rsidRPr="006D13E6">
        <w:rPr>
          <w:sz w:val="28"/>
          <w:szCs w:val="28"/>
        </w:rPr>
        <w:t>t:</w:t>
      </w:r>
    </w:p>
    <w:p w:rsidR="0082038A" w:rsidRPr="006D13E6" w:rsidRDefault="006D13E6">
      <w:pPr>
        <w:rPr>
          <w:sz w:val="28"/>
          <w:szCs w:val="28"/>
        </w:rPr>
      </w:pPr>
      <w:r w:rsidRPr="006D13E6">
        <w:rPr>
          <w:sz w:val="28"/>
          <w:szCs w:val="28"/>
        </w:rPr>
        <w:t>- S</w:t>
      </w:r>
      <w:r w:rsidRPr="006D13E6">
        <w:rPr>
          <w:sz w:val="28"/>
          <w:szCs w:val="28"/>
        </w:rPr>
        <w:t>ố</w:t>
      </w:r>
      <w:r w:rsidRPr="006D13E6">
        <w:rPr>
          <w:sz w:val="28"/>
          <w:szCs w:val="28"/>
        </w:rPr>
        <w:t xml:space="preserve"> hóa đơn: [Ví d</w:t>
      </w:r>
      <w:r w:rsidRPr="006D13E6">
        <w:rPr>
          <w:sz w:val="28"/>
          <w:szCs w:val="28"/>
        </w:rPr>
        <w:t>ụ</w:t>
      </w:r>
      <w:r w:rsidRPr="006D13E6">
        <w:rPr>
          <w:sz w:val="28"/>
          <w:szCs w:val="28"/>
        </w:rPr>
        <w:t>: 0001234]</w:t>
      </w:r>
    </w:p>
    <w:p w:rsidR="0082038A" w:rsidRPr="006D13E6" w:rsidRDefault="006D13E6">
      <w:pPr>
        <w:rPr>
          <w:sz w:val="28"/>
          <w:szCs w:val="28"/>
        </w:rPr>
      </w:pPr>
      <w:r w:rsidRPr="006D13E6">
        <w:rPr>
          <w:sz w:val="28"/>
          <w:szCs w:val="28"/>
        </w:rPr>
        <w:t>- Ký hi</w:t>
      </w:r>
      <w:r w:rsidRPr="006D13E6">
        <w:rPr>
          <w:sz w:val="28"/>
          <w:szCs w:val="28"/>
        </w:rPr>
        <w:t>ệ</w:t>
      </w:r>
      <w:r w:rsidRPr="006D13E6">
        <w:rPr>
          <w:sz w:val="28"/>
          <w:szCs w:val="28"/>
        </w:rPr>
        <w:t>u: [Ví d</w:t>
      </w:r>
      <w:r w:rsidRPr="006D13E6">
        <w:rPr>
          <w:sz w:val="28"/>
          <w:szCs w:val="28"/>
        </w:rPr>
        <w:t>ụ</w:t>
      </w:r>
      <w:r w:rsidRPr="006D13E6">
        <w:rPr>
          <w:sz w:val="28"/>
          <w:szCs w:val="28"/>
        </w:rPr>
        <w:t>: AA/22P]</w:t>
      </w:r>
    </w:p>
    <w:p w:rsidR="0082038A" w:rsidRPr="006D13E6" w:rsidRDefault="006D13E6">
      <w:pPr>
        <w:rPr>
          <w:sz w:val="28"/>
          <w:szCs w:val="28"/>
        </w:rPr>
      </w:pPr>
      <w:r w:rsidRPr="006D13E6">
        <w:rPr>
          <w:sz w:val="28"/>
          <w:szCs w:val="28"/>
        </w:rPr>
        <w:t>- Ngày phát hành: [dd/mm/yyyy]</w:t>
      </w:r>
    </w:p>
    <w:p w:rsidR="0082038A" w:rsidRPr="006D13E6" w:rsidRDefault="006D13E6">
      <w:pPr>
        <w:rPr>
          <w:sz w:val="28"/>
          <w:szCs w:val="28"/>
        </w:rPr>
      </w:pPr>
      <w:r w:rsidRPr="006D13E6">
        <w:rPr>
          <w:sz w:val="28"/>
          <w:szCs w:val="28"/>
        </w:rPr>
        <w:t>- Đơn v</w:t>
      </w:r>
      <w:r w:rsidRPr="006D13E6">
        <w:rPr>
          <w:sz w:val="28"/>
          <w:szCs w:val="28"/>
        </w:rPr>
        <w:t>ị</w:t>
      </w:r>
      <w:r w:rsidRPr="006D13E6">
        <w:rPr>
          <w:sz w:val="28"/>
          <w:szCs w:val="28"/>
        </w:rPr>
        <w:t xml:space="preserve"> phát hành: [Tên công ty</w:t>
      </w:r>
      <w:r w:rsidRPr="006D13E6">
        <w:rPr>
          <w:sz w:val="28"/>
          <w:szCs w:val="28"/>
        </w:rPr>
        <w:t xml:space="preserve"> phát hành hóa đơn]</w:t>
      </w:r>
    </w:p>
    <w:p w:rsidR="0082038A" w:rsidRPr="006D13E6" w:rsidRDefault="006D13E6">
      <w:pPr>
        <w:rPr>
          <w:sz w:val="28"/>
          <w:szCs w:val="28"/>
        </w:rPr>
      </w:pPr>
      <w:r w:rsidRPr="006D13E6">
        <w:rPr>
          <w:sz w:val="28"/>
          <w:szCs w:val="28"/>
        </w:rPr>
        <w:t>- Đơn v</w:t>
      </w:r>
      <w:r w:rsidRPr="006D13E6">
        <w:rPr>
          <w:sz w:val="28"/>
          <w:szCs w:val="28"/>
        </w:rPr>
        <w:t>ị</w:t>
      </w:r>
      <w:r w:rsidRPr="006D13E6">
        <w:rPr>
          <w:sz w:val="28"/>
          <w:szCs w:val="28"/>
        </w:rPr>
        <w:t xml:space="preserve"> nh</w:t>
      </w:r>
      <w:r w:rsidRPr="006D13E6">
        <w:rPr>
          <w:sz w:val="28"/>
          <w:szCs w:val="28"/>
        </w:rPr>
        <w:t>ậ</w:t>
      </w:r>
      <w:r w:rsidRPr="006D13E6">
        <w:rPr>
          <w:sz w:val="28"/>
          <w:szCs w:val="28"/>
        </w:rPr>
        <w:t>n hóa đơn (n</w:t>
      </w:r>
      <w:r w:rsidRPr="006D13E6">
        <w:rPr>
          <w:sz w:val="28"/>
          <w:szCs w:val="28"/>
        </w:rPr>
        <w:t>ế</w:t>
      </w:r>
      <w:r w:rsidRPr="006D13E6">
        <w:rPr>
          <w:sz w:val="28"/>
          <w:szCs w:val="28"/>
        </w:rPr>
        <w:t>u có): [Tên đ</w:t>
      </w:r>
      <w:r w:rsidRPr="006D13E6">
        <w:rPr>
          <w:sz w:val="28"/>
          <w:szCs w:val="28"/>
        </w:rPr>
        <w:t>ố</w:t>
      </w:r>
      <w:r w:rsidRPr="006D13E6">
        <w:rPr>
          <w:sz w:val="28"/>
          <w:szCs w:val="28"/>
        </w:rPr>
        <w:t>i tác]</w:t>
      </w:r>
    </w:p>
    <w:p w:rsidR="0082038A" w:rsidRPr="006D13E6" w:rsidRDefault="006D13E6">
      <w:pPr>
        <w:rPr>
          <w:sz w:val="28"/>
          <w:szCs w:val="28"/>
        </w:rPr>
      </w:pPr>
      <w:r w:rsidRPr="006D13E6">
        <w:rPr>
          <w:sz w:val="28"/>
          <w:szCs w:val="28"/>
        </w:rPr>
        <w:t>2. Di</w:t>
      </w:r>
      <w:r w:rsidRPr="006D13E6">
        <w:rPr>
          <w:sz w:val="28"/>
          <w:szCs w:val="28"/>
        </w:rPr>
        <w:t>ễ</w:t>
      </w:r>
      <w:r w:rsidRPr="006D13E6">
        <w:rPr>
          <w:sz w:val="28"/>
          <w:szCs w:val="28"/>
        </w:rPr>
        <w:t>n bi</w:t>
      </w:r>
      <w:r w:rsidRPr="006D13E6">
        <w:rPr>
          <w:sz w:val="28"/>
          <w:szCs w:val="28"/>
        </w:rPr>
        <w:t>ế</w:t>
      </w:r>
      <w:r w:rsidRPr="006D13E6">
        <w:rPr>
          <w:sz w:val="28"/>
          <w:szCs w:val="28"/>
        </w:rPr>
        <w:t>n s</w:t>
      </w:r>
      <w:r w:rsidRPr="006D13E6">
        <w:rPr>
          <w:sz w:val="28"/>
          <w:szCs w:val="28"/>
        </w:rPr>
        <w:t>ự</w:t>
      </w:r>
      <w:r w:rsidRPr="006D13E6">
        <w:rPr>
          <w:sz w:val="28"/>
          <w:szCs w:val="28"/>
        </w:rPr>
        <w:t xml:space="preserve"> vi</w:t>
      </w:r>
      <w:r w:rsidRPr="006D13E6">
        <w:rPr>
          <w:sz w:val="28"/>
          <w:szCs w:val="28"/>
        </w:rPr>
        <w:t>ệ</w:t>
      </w:r>
      <w:r w:rsidRPr="006D13E6">
        <w:rPr>
          <w:sz w:val="28"/>
          <w:szCs w:val="28"/>
        </w:rPr>
        <w:t>c:</w:t>
      </w:r>
    </w:p>
    <w:p w:rsidR="0082038A" w:rsidRPr="006D13E6" w:rsidRDefault="006D13E6">
      <w:pPr>
        <w:rPr>
          <w:sz w:val="28"/>
          <w:szCs w:val="28"/>
        </w:rPr>
      </w:pPr>
      <w:r w:rsidRPr="006D13E6">
        <w:rPr>
          <w:sz w:val="28"/>
          <w:szCs w:val="28"/>
        </w:rPr>
        <w:t>Ví d</w:t>
      </w:r>
      <w:r w:rsidRPr="006D13E6">
        <w:rPr>
          <w:sz w:val="28"/>
          <w:szCs w:val="28"/>
        </w:rPr>
        <w:t>ụ</w:t>
      </w:r>
      <w:r w:rsidRPr="006D13E6">
        <w:rPr>
          <w:sz w:val="28"/>
          <w:szCs w:val="28"/>
        </w:rPr>
        <w:t>: Ngày 15/05/2025, trong quá trình ki</w:t>
      </w:r>
      <w:r w:rsidRPr="006D13E6">
        <w:rPr>
          <w:sz w:val="28"/>
          <w:szCs w:val="28"/>
        </w:rPr>
        <w:t>ể</w:t>
      </w:r>
      <w:r w:rsidRPr="006D13E6">
        <w:rPr>
          <w:sz w:val="28"/>
          <w:szCs w:val="28"/>
        </w:rPr>
        <w:t>m tra h</w:t>
      </w:r>
      <w:r w:rsidRPr="006D13E6">
        <w:rPr>
          <w:sz w:val="28"/>
          <w:szCs w:val="28"/>
        </w:rPr>
        <w:t>ồ</w:t>
      </w:r>
      <w:r w:rsidRPr="006D13E6">
        <w:rPr>
          <w:sz w:val="28"/>
          <w:szCs w:val="28"/>
        </w:rPr>
        <w:t xml:space="preserve"> sơ ch</w:t>
      </w:r>
      <w:r w:rsidRPr="006D13E6">
        <w:rPr>
          <w:sz w:val="28"/>
          <w:szCs w:val="28"/>
        </w:rPr>
        <w:t>ứ</w:t>
      </w:r>
      <w:r w:rsidRPr="006D13E6">
        <w:rPr>
          <w:sz w:val="28"/>
          <w:szCs w:val="28"/>
        </w:rPr>
        <w:t>ng t</w:t>
      </w:r>
      <w:r w:rsidRPr="006D13E6">
        <w:rPr>
          <w:sz w:val="28"/>
          <w:szCs w:val="28"/>
        </w:rPr>
        <w:t>ừ</w:t>
      </w:r>
      <w:r w:rsidRPr="006D13E6">
        <w:rPr>
          <w:sz w:val="28"/>
          <w:szCs w:val="28"/>
        </w:rPr>
        <w:t xml:space="preserve"> t</w:t>
      </w:r>
      <w:r w:rsidRPr="006D13E6">
        <w:rPr>
          <w:sz w:val="28"/>
          <w:szCs w:val="28"/>
        </w:rPr>
        <w:t>ạ</w:t>
      </w:r>
      <w:r w:rsidRPr="006D13E6">
        <w:rPr>
          <w:sz w:val="28"/>
          <w:szCs w:val="28"/>
        </w:rPr>
        <w:t>i phòng k</w:t>
      </w:r>
      <w:r w:rsidRPr="006D13E6">
        <w:rPr>
          <w:sz w:val="28"/>
          <w:szCs w:val="28"/>
        </w:rPr>
        <w:t>ế</w:t>
      </w:r>
      <w:r w:rsidRPr="006D13E6">
        <w:rPr>
          <w:sz w:val="28"/>
          <w:szCs w:val="28"/>
        </w:rPr>
        <w:t xml:space="preserve"> toán, tôi phát hi</w:t>
      </w:r>
      <w:r w:rsidRPr="006D13E6">
        <w:rPr>
          <w:sz w:val="28"/>
          <w:szCs w:val="28"/>
        </w:rPr>
        <w:t>ệ</w:t>
      </w:r>
      <w:r w:rsidRPr="006D13E6">
        <w:rPr>
          <w:sz w:val="28"/>
          <w:szCs w:val="28"/>
        </w:rPr>
        <w:t>n m</w:t>
      </w:r>
      <w:r w:rsidRPr="006D13E6">
        <w:rPr>
          <w:sz w:val="28"/>
          <w:szCs w:val="28"/>
        </w:rPr>
        <w:t>ộ</w:t>
      </w:r>
      <w:r w:rsidRPr="006D13E6">
        <w:rPr>
          <w:sz w:val="28"/>
          <w:szCs w:val="28"/>
        </w:rPr>
        <w:t>t hóa đơn đ</w:t>
      </w:r>
      <w:r w:rsidRPr="006D13E6">
        <w:rPr>
          <w:sz w:val="28"/>
          <w:szCs w:val="28"/>
        </w:rPr>
        <w:t>ầ</w:t>
      </w:r>
      <w:r w:rsidRPr="006D13E6">
        <w:rPr>
          <w:sz w:val="28"/>
          <w:szCs w:val="28"/>
        </w:rPr>
        <w:t>u vào/đ</w:t>
      </w:r>
      <w:r w:rsidRPr="006D13E6">
        <w:rPr>
          <w:sz w:val="28"/>
          <w:szCs w:val="28"/>
        </w:rPr>
        <w:t>ầ</w:t>
      </w:r>
      <w:r w:rsidRPr="006D13E6">
        <w:rPr>
          <w:sz w:val="28"/>
          <w:szCs w:val="28"/>
        </w:rPr>
        <w:t>u ra đã b</w:t>
      </w:r>
      <w:r w:rsidRPr="006D13E6">
        <w:rPr>
          <w:sz w:val="28"/>
          <w:szCs w:val="28"/>
        </w:rPr>
        <w:t>ị</w:t>
      </w:r>
      <w:r w:rsidRPr="006D13E6">
        <w:rPr>
          <w:sz w:val="28"/>
          <w:szCs w:val="28"/>
        </w:rPr>
        <w:t xml:space="preserve"> th</w:t>
      </w:r>
      <w:r w:rsidRPr="006D13E6">
        <w:rPr>
          <w:sz w:val="28"/>
          <w:szCs w:val="28"/>
        </w:rPr>
        <w:t>ấ</w:t>
      </w:r>
      <w:r w:rsidRPr="006D13E6">
        <w:rPr>
          <w:sz w:val="28"/>
          <w:szCs w:val="28"/>
        </w:rPr>
        <w:t>t l</w:t>
      </w:r>
      <w:r w:rsidRPr="006D13E6">
        <w:rPr>
          <w:sz w:val="28"/>
          <w:szCs w:val="28"/>
        </w:rPr>
        <w:t>ạ</w:t>
      </w:r>
      <w:r w:rsidRPr="006D13E6">
        <w:rPr>
          <w:sz w:val="28"/>
          <w:szCs w:val="28"/>
        </w:rPr>
        <w:t>c. Hóa đơn này trư</w:t>
      </w:r>
      <w:r w:rsidRPr="006D13E6">
        <w:rPr>
          <w:sz w:val="28"/>
          <w:szCs w:val="28"/>
        </w:rPr>
        <w:t>ớ</w:t>
      </w:r>
      <w:r w:rsidRPr="006D13E6">
        <w:rPr>
          <w:sz w:val="28"/>
          <w:szCs w:val="28"/>
        </w:rPr>
        <w:t>c đó đư</w:t>
      </w:r>
      <w:r w:rsidRPr="006D13E6">
        <w:rPr>
          <w:sz w:val="28"/>
          <w:szCs w:val="28"/>
        </w:rPr>
        <w:t>ợ</w:t>
      </w:r>
      <w:r w:rsidRPr="006D13E6">
        <w:rPr>
          <w:sz w:val="28"/>
          <w:szCs w:val="28"/>
        </w:rPr>
        <w:t>c lư</w:t>
      </w:r>
      <w:r w:rsidRPr="006D13E6">
        <w:rPr>
          <w:sz w:val="28"/>
          <w:szCs w:val="28"/>
        </w:rPr>
        <w:t>u tr</w:t>
      </w:r>
      <w:r w:rsidRPr="006D13E6">
        <w:rPr>
          <w:sz w:val="28"/>
          <w:szCs w:val="28"/>
        </w:rPr>
        <w:t>ữ</w:t>
      </w:r>
      <w:r w:rsidRPr="006D13E6">
        <w:rPr>
          <w:sz w:val="28"/>
          <w:szCs w:val="28"/>
        </w:rPr>
        <w:t xml:space="preserve"> t</w:t>
      </w:r>
      <w:r w:rsidRPr="006D13E6">
        <w:rPr>
          <w:sz w:val="28"/>
          <w:szCs w:val="28"/>
        </w:rPr>
        <w:t>ạ</w:t>
      </w:r>
      <w:r w:rsidRPr="006D13E6">
        <w:rPr>
          <w:sz w:val="28"/>
          <w:szCs w:val="28"/>
        </w:rPr>
        <w:t>i t</w:t>
      </w:r>
      <w:r w:rsidRPr="006D13E6">
        <w:rPr>
          <w:sz w:val="28"/>
          <w:szCs w:val="28"/>
        </w:rPr>
        <w:t>ủ</w:t>
      </w:r>
      <w:r w:rsidRPr="006D13E6">
        <w:rPr>
          <w:sz w:val="28"/>
          <w:szCs w:val="28"/>
        </w:rPr>
        <w:t xml:space="preserve"> h</w:t>
      </w:r>
      <w:r w:rsidRPr="006D13E6">
        <w:rPr>
          <w:sz w:val="28"/>
          <w:szCs w:val="28"/>
        </w:rPr>
        <w:t>ồ</w:t>
      </w:r>
      <w:r w:rsidRPr="006D13E6">
        <w:rPr>
          <w:sz w:val="28"/>
          <w:szCs w:val="28"/>
        </w:rPr>
        <w:t xml:space="preserve"> sơ k</w:t>
      </w:r>
      <w:r w:rsidRPr="006D13E6">
        <w:rPr>
          <w:sz w:val="28"/>
          <w:szCs w:val="28"/>
        </w:rPr>
        <w:t>ế</w:t>
      </w:r>
      <w:r w:rsidRPr="006D13E6">
        <w:rPr>
          <w:sz w:val="28"/>
          <w:szCs w:val="28"/>
        </w:rPr>
        <w:t xml:space="preserve"> toán c</w:t>
      </w:r>
      <w:r w:rsidRPr="006D13E6">
        <w:rPr>
          <w:sz w:val="28"/>
          <w:szCs w:val="28"/>
        </w:rPr>
        <w:t>ủ</w:t>
      </w:r>
      <w:r w:rsidRPr="006D13E6">
        <w:rPr>
          <w:sz w:val="28"/>
          <w:szCs w:val="28"/>
        </w:rPr>
        <w:t>a công ty…</w:t>
      </w:r>
    </w:p>
    <w:p w:rsidR="0082038A" w:rsidRPr="006D13E6" w:rsidRDefault="006D13E6">
      <w:pPr>
        <w:rPr>
          <w:sz w:val="28"/>
          <w:szCs w:val="28"/>
        </w:rPr>
      </w:pPr>
      <w:r w:rsidRPr="006D13E6">
        <w:rPr>
          <w:sz w:val="28"/>
          <w:szCs w:val="28"/>
        </w:rPr>
        <w:t>3. Nguyên nhân m</w:t>
      </w:r>
      <w:r w:rsidRPr="006D13E6">
        <w:rPr>
          <w:sz w:val="28"/>
          <w:szCs w:val="28"/>
        </w:rPr>
        <w:t>ấ</w:t>
      </w:r>
      <w:r w:rsidRPr="006D13E6">
        <w:rPr>
          <w:sz w:val="28"/>
          <w:szCs w:val="28"/>
        </w:rPr>
        <w:t>t hóa đơn:</w:t>
      </w:r>
    </w:p>
    <w:p w:rsidR="0082038A" w:rsidRPr="006D13E6" w:rsidRDefault="006D13E6">
      <w:pPr>
        <w:rPr>
          <w:sz w:val="28"/>
          <w:szCs w:val="28"/>
        </w:rPr>
      </w:pPr>
      <w:r w:rsidRPr="006D13E6">
        <w:rPr>
          <w:sz w:val="28"/>
          <w:szCs w:val="28"/>
        </w:rPr>
        <w:t>Ví d</w:t>
      </w:r>
      <w:r w:rsidRPr="006D13E6">
        <w:rPr>
          <w:sz w:val="28"/>
          <w:szCs w:val="28"/>
        </w:rPr>
        <w:t>ụ</w:t>
      </w:r>
      <w:r w:rsidRPr="006D13E6">
        <w:rPr>
          <w:sz w:val="28"/>
          <w:szCs w:val="28"/>
        </w:rPr>
        <w:t>: Do sơ su</w:t>
      </w:r>
      <w:r w:rsidRPr="006D13E6">
        <w:rPr>
          <w:sz w:val="28"/>
          <w:szCs w:val="28"/>
        </w:rPr>
        <w:t>ấ</w:t>
      </w:r>
      <w:r w:rsidRPr="006D13E6">
        <w:rPr>
          <w:sz w:val="28"/>
          <w:szCs w:val="28"/>
        </w:rPr>
        <w:t>t trong quá trình lưu tr</w:t>
      </w:r>
      <w:r w:rsidRPr="006D13E6">
        <w:rPr>
          <w:sz w:val="28"/>
          <w:szCs w:val="28"/>
        </w:rPr>
        <w:t>ữ</w:t>
      </w:r>
      <w:r w:rsidRPr="006D13E6">
        <w:rPr>
          <w:sz w:val="28"/>
          <w:szCs w:val="28"/>
        </w:rPr>
        <w:t>/s</w:t>
      </w:r>
      <w:r w:rsidRPr="006D13E6">
        <w:rPr>
          <w:sz w:val="28"/>
          <w:szCs w:val="28"/>
        </w:rPr>
        <w:t>ắ</w:t>
      </w:r>
      <w:r w:rsidRPr="006D13E6">
        <w:rPr>
          <w:sz w:val="28"/>
          <w:szCs w:val="28"/>
        </w:rPr>
        <w:t>p x</w:t>
      </w:r>
      <w:r w:rsidRPr="006D13E6">
        <w:rPr>
          <w:sz w:val="28"/>
          <w:szCs w:val="28"/>
        </w:rPr>
        <w:t>ế</w:t>
      </w:r>
      <w:r w:rsidRPr="006D13E6">
        <w:rPr>
          <w:sz w:val="28"/>
          <w:szCs w:val="28"/>
        </w:rPr>
        <w:t>p ch</w:t>
      </w:r>
      <w:r w:rsidRPr="006D13E6">
        <w:rPr>
          <w:sz w:val="28"/>
          <w:szCs w:val="28"/>
        </w:rPr>
        <w:t>ứ</w:t>
      </w:r>
      <w:r w:rsidRPr="006D13E6">
        <w:rPr>
          <w:sz w:val="28"/>
          <w:szCs w:val="28"/>
        </w:rPr>
        <w:t>ng t</w:t>
      </w:r>
      <w:r w:rsidRPr="006D13E6">
        <w:rPr>
          <w:sz w:val="28"/>
          <w:szCs w:val="28"/>
        </w:rPr>
        <w:t>ừ</w:t>
      </w:r>
      <w:r w:rsidRPr="006D13E6">
        <w:rPr>
          <w:sz w:val="28"/>
          <w:szCs w:val="28"/>
        </w:rPr>
        <w:t xml:space="preserve"> ho</w:t>
      </w:r>
      <w:r w:rsidRPr="006D13E6">
        <w:rPr>
          <w:sz w:val="28"/>
          <w:szCs w:val="28"/>
        </w:rPr>
        <w:t>ặ</w:t>
      </w:r>
      <w:r w:rsidRPr="006D13E6">
        <w:rPr>
          <w:sz w:val="28"/>
          <w:szCs w:val="28"/>
        </w:rPr>
        <w:t>c nghi ng</w:t>
      </w:r>
      <w:r w:rsidRPr="006D13E6">
        <w:rPr>
          <w:sz w:val="28"/>
          <w:szCs w:val="28"/>
        </w:rPr>
        <w:t>ờ</w:t>
      </w:r>
      <w:r w:rsidRPr="006D13E6">
        <w:rPr>
          <w:sz w:val="28"/>
          <w:szCs w:val="28"/>
        </w:rPr>
        <w:t xml:space="preserve"> b</w:t>
      </w:r>
      <w:r w:rsidRPr="006D13E6">
        <w:rPr>
          <w:sz w:val="28"/>
          <w:szCs w:val="28"/>
        </w:rPr>
        <w:t>ị</w:t>
      </w:r>
      <w:r w:rsidRPr="006D13E6">
        <w:rPr>
          <w:sz w:val="28"/>
          <w:szCs w:val="28"/>
        </w:rPr>
        <w:t xml:space="preserve"> th</w:t>
      </w:r>
      <w:r w:rsidRPr="006D13E6">
        <w:rPr>
          <w:sz w:val="28"/>
          <w:szCs w:val="28"/>
        </w:rPr>
        <w:t>ấ</w:t>
      </w:r>
      <w:r w:rsidRPr="006D13E6">
        <w:rPr>
          <w:sz w:val="28"/>
          <w:szCs w:val="28"/>
        </w:rPr>
        <w:t>t l</w:t>
      </w:r>
      <w:r w:rsidRPr="006D13E6">
        <w:rPr>
          <w:sz w:val="28"/>
          <w:szCs w:val="28"/>
        </w:rPr>
        <w:t>ạ</w:t>
      </w:r>
      <w:r w:rsidRPr="006D13E6">
        <w:rPr>
          <w:sz w:val="28"/>
          <w:szCs w:val="28"/>
        </w:rPr>
        <w:t>c trong lúc chuy</w:t>
      </w:r>
      <w:r w:rsidRPr="006D13E6">
        <w:rPr>
          <w:sz w:val="28"/>
          <w:szCs w:val="28"/>
        </w:rPr>
        <w:t>ể</w:t>
      </w:r>
      <w:r w:rsidRPr="006D13E6">
        <w:rPr>
          <w:sz w:val="28"/>
          <w:szCs w:val="28"/>
        </w:rPr>
        <w:t>n h</w:t>
      </w:r>
      <w:r w:rsidRPr="006D13E6">
        <w:rPr>
          <w:sz w:val="28"/>
          <w:szCs w:val="28"/>
        </w:rPr>
        <w:t>ồ</w:t>
      </w:r>
      <w:r w:rsidRPr="006D13E6">
        <w:rPr>
          <w:sz w:val="28"/>
          <w:szCs w:val="28"/>
        </w:rPr>
        <w:t xml:space="preserve"> sơ…</w:t>
      </w:r>
    </w:p>
    <w:p w:rsidR="0082038A" w:rsidRPr="006D13E6" w:rsidRDefault="006D13E6">
      <w:pPr>
        <w:rPr>
          <w:sz w:val="28"/>
          <w:szCs w:val="28"/>
        </w:rPr>
      </w:pPr>
      <w:r w:rsidRPr="006D13E6">
        <w:rPr>
          <w:sz w:val="28"/>
          <w:szCs w:val="28"/>
        </w:rPr>
        <w:lastRenderedPageBreak/>
        <w:t>4. Hư</w:t>
      </w:r>
      <w:r w:rsidRPr="006D13E6">
        <w:rPr>
          <w:sz w:val="28"/>
          <w:szCs w:val="28"/>
        </w:rPr>
        <w:t>ớ</w:t>
      </w:r>
      <w:r w:rsidRPr="006D13E6">
        <w:rPr>
          <w:sz w:val="28"/>
          <w:szCs w:val="28"/>
        </w:rPr>
        <w:t>ng x</w:t>
      </w:r>
      <w:r w:rsidRPr="006D13E6">
        <w:rPr>
          <w:sz w:val="28"/>
          <w:szCs w:val="28"/>
        </w:rPr>
        <w:t>ử</w:t>
      </w:r>
      <w:r w:rsidRPr="006D13E6">
        <w:rPr>
          <w:sz w:val="28"/>
          <w:szCs w:val="28"/>
        </w:rPr>
        <w:t xml:space="preserve"> lý và cam k</w:t>
      </w:r>
      <w:r w:rsidRPr="006D13E6">
        <w:rPr>
          <w:sz w:val="28"/>
          <w:szCs w:val="28"/>
        </w:rPr>
        <w:t>ế</w:t>
      </w:r>
      <w:r w:rsidRPr="006D13E6">
        <w:rPr>
          <w:sz w:val="28"/>
          <w:szCs w:val="28"/>
        </w:rPr>
        <w:t>t:</w:t>
      </w:r>
    </w:p>
    <w:p w:rsidR="0082038A" w:rsidRPr="006D13E6" w:rsidRDefault="006D13E6">
      <w:pPr>
        <w:rPr>
          <w:sz w:val="28"/>
          <w:szCs w:val="28"/>
        </w:rPr>
      </w:pPr>
      <w:r w:rsidRPr="006D13E6">
        <w:rPr>
          <w:sz w:val="28"/>
          <w:szCs w:val="28"/>
        </w:rPr>
        <w:t>Tôi đã rà soát toàn b</w:t>
      </w:r>
      <w:r w:rsidRPr="006D13E6">
        <w:rPr>
          <w:sz w:val="28"/>
          <w:szCs w:val="28"/>
        </w:rPr>
        <w:t>ộ</w:t>
      </w:r>
      <w:r w:rsidRPr="006D13E6">
        <w:rPr>
          <w:sz w:val="28"/>
          <w:szCs w:val="28"/>
        </w:rPr>
        <w:t xml:space="preserve"> h</w:t>
      </w:r>
      <w:r w:rsidRPr="006D13E6">
        <w:rPr>
          <w:sz w:val="28"/>
          <w:szCs w:val="28"/>
        </w:rPr>
        <w:t>ồ</w:t>
      </w:r>
      <w:r w:rsidRPr="006D13E6">
        <w:rPr>
          <w:sz w:val="28"/>
          <w:szCs w:val="28"/>
        </w:rPr>
        <w:t xml:space="preserve"> sơ, ph</w:t>
      </w:r>
      <w:r w:rsidRPr="006D13E6">
        <w:rPr>
          <w:sz w:val="28"/>
          <w:szCs w:val="28"/>
        </w:rPr>
        <w:t>ố</w:t>
      </w:r>
      <w:r w:rsidRPr="006D13E6">
        <w:rPr>
          <w:sz w:val="28"/>
          <w:szCs w:val="28"/>
        </w:rPr>
        <w:t>i h</w:t>
      </w:r>
      <w:r w:rsidRPr="006D13E6">
        <w:rPr>
          <w:sz w:val="28"/>
          <w:szCs w:val="28"/>
        </w:rPr>
        <w:t>ợ</w:t>
      </w:r>
      <w:r w:rsidRPr="006D13E6">
        <w:rPr>
          <w:sz w:val="28"/>
          <w:szCs w:val="28"/>
        </w:rPr>
        <w:t>p cùng các b</w:t>
      </w:r>
      <w:r w:rsidRPr="006D13E6">
        <w:rPr>
          <w:sz w:val="28"/>
          <w:szCs w:val="28"/>
        </w:rPr>
        <w:t>ộ</w:t>
      </w:r>
      <w:r w:rsidRPr="006D13E6">
        <w:rPr>
          <w:sz w:val="28"/>
          <w:szCs w:val="28"/>
        </w:rPr>
        <w:t xml:space="preserve"> p</w:t>
      </w:r>
      <w:r w:rsidRPr="006D13E6">
        <w:rPr>
          <w:sz w:val="28"/>
          <w:szCs w:val="28"/>
        </w:rPr>
        <w:t>h</w:t>
      </w:r>
      <w:r w:rsidRPr="006D13E6">
        <w:rPr>
          <w:sz w:val="28"/>
          <w:szCs w:val="28"/>
        </w:rPr>
        <w:t>ậ</w:t>
      </w:r>
      <w:r w:rsidRPr="006D13E6">
        <w:rPr>
          <w:sz w:val="28"/>
          <w:szCs w:val="28"/>
        </w:rPr>
        <w:t>n liên quan đ</w:t>
      </w:r>
      <w:r w:rsidRPr="006D13E6">
        <w:rPr>
          <w:sz w:val="28"/>
          <w:szCs w:val="28"/>
        </w:rPr>
        <w:t>ể</w:t>
      </w:r>
      <w:r w:rsidRPr="006D13E6">
        <w:rPr>
          <w:sz w:val="28"/>
          <w:szCs w:val="28"/>
        </w:rPr>
        <w:t xml:space="preserve"> tìm ki</w:t>
      </w:r>
      <w:r w:rsidRPr="006D13E6">
        <w:rPr>
          <w:sz w:val="28"/>
          <w:szCs w:val="28"/>
        </w:rPr>
        <w:t>ế</w:t>
      </w:r>
      <w:r w:rsidRPr="006D13E6">
        <w:rPr>
          <w:sz w:val="28"/>
          <w:szCs w:val="28"/>
        </w:rPr>
        <w:t>m nhưng chưa có k</w:t>
      </w:r>
      <w:r w:rsidRPr="006D13E6">
        <w:rPr>
          <w:sz w:val="28"/>
          <w:szCs w:val="28"/>
        </w:rPr>
        <w:t>ế</w:t>
      </w:r>
      <w:r w:rsidRPr="006D13E6">
        <w:rPr>
          <w:sz w:val="28"/>
          <w:szCs w:val="28"/>
        </w:rPr>
        <w:t>t qu</w:t>
      </w:r>
      <w:r w:rsidRPr="006D13E6">
        <w:rPr>
          <w:sz w:val="28"/>
          <w:szCs w:val="28"/>
        </w:rPr>
        <w:t>ả</w:t>
      </w:r>
      <w:r w:rsidRPr="006D13E6">
        <w:rPr>
          <w:sz w:val="28"/>
          <w:szCs w:val="28"/>
        </w:rPr>
        <w:t>. Tôi cam k</w:t>
      </w:r>
      <w:r w:rsidRPr="006D13E6">
        <w:rPr>
          <w:sz w:val="28"/>
          <w:szCs w:val="28"/>
        </w:rPr>
        <w:t>ế</w:t>
      </w:r>
      <w:r w:rsidRPr="006D13E6">
        <w:rPr>
          <w:sz w:val="28"/>
          <w:szCs w:val="28"/>
        </w:rPr>
        <w:t>t s</w:t>
      </w:r>
      <w:r w:rsidRPr="006D13E6">
        <w:rPr>
          <w:sz w:val="28"/>
          <w:szCs w:val="28"/>
        </w:rPr>
        <w:t>ẽ</w:t>
      </w:r>
      <w:r w:rsidRPr="006D13E6">
        <w:rPr>
          <w:sz w:val="28"/>
          <w:szCs w:val="28"/>
        </w:rPr>
        <w:t xml:space="preserve"> ti</w:t>
      </w:r>
      <w:r w:rsidRPr="006D13E6">
        <w:rPr>
          <w:sz w:val="28"/>
          <w:szCs w:val="28"/>
        </w:rPr>
        <w:t>ế</w:t>
      </w:r>
      <w:r w:rsidRPr="006D13E6">
        <w:rPr>
          <w:sz w:val="28"/>
          <w:szCs w:val="28"/>
        </w:rPr>
        <w:t>p t</w:t>
      </w:r>
      <w:r w:rsidRPr="006D13E6">
        <w:rPr>
          <w:sz w:val="28"/>
          <w:szCs w:val="28"/>
        </w:rPr>
        <w:t>ụ</w:t>
      </w:r>
      <w:r w:rsidRPr="006D13E6">
        <w:rPr>
          <w:sz w:val="28"/>
          <w:szCs w:val="28"/>
        </w:rPr>
        <w:t>c ph</w:t>
      </w:r>
      <w:r w:rsidRPr="006D13E6">
        <w:rPr>
          <w:sz w:val="28"/>
          <w:szCs w:val="28"/>
        </w:rPr>
        <w:t>ố</w:t>
      </w:r>
      <w:r w:rsidRPr="006D13E6">
        <w:rPr>
          <w:sz w:val="28"/>
          <w:szCs w:val="28"/>
        </w:rPr>
        <w:t>i h</w:t>
      </w:r>
      <w:r w:rsidRPr="006D13E6">
        <w:rPr>
          <w:sz w:val="28"/>
          <w:szCs w:val="28"/>
        </w:rPr>
        <w:t>ợ</w:t>
      </w:r>
      <w:r w:rsidRPr="006D13E6">
        <w:rPr>
          <w:sz w:val="28"/>
          <w:szCs w:val="28"/>
        </w:rPr>
        <w:t>p x</w:t>
      </w:r>
      <w:r w:rsidRPr="006D13E6">
        <w:rPr>
          <w:sz w:val="28"/>
          <w:szCs w:val="28"/>
        </w:rPr>
        <w:t>ử</w:t>
      </w:r>
      <w:r w:rsidRPr="006D13E6">
        <w:rPr>
          <w:sz w:val="28"/>
          <w:szCs w:val="28"/>
        </w:rPr>
        <w:t xml:space="preserve"> lý, báo cáo cơ quan thu</w:t>
      </w:r>
      <w:r w:rsidRPr="006D13E6">
        <w:rPr>
          <w:sz w:val="28"/>
          <w:szCs w:val="28"/>
        </w:rPr>
        <w:t>ế</w:t>
      </w:r>
      <w:r w:rsidRPr="006D13E6">
        <w:rPr>
          <w:sz w:val="28"/>
          <w:szCs w:val="28"/>
        </w:rPr>
        <w:t xml:space="preserve"> n</w:t>
      </w:r>
      <w:r w:rsidRPr="006D13E6">
        <w:rPr>
          <w:sz w:val="28"/>
          <w:szCs w:val="28"/>
        </w:rPr>
        <w:t>ế</w:t>
      </w:r>
      <w:r w:rsidRPr="006D13E6">
        <w:rPr>
          <w:sz w:val="28"/>
          <w:szCs w:val="28"/>
        </w:rPr>
        <w:t>u c</w:t>
      </w:r>
      <w:r w:rsidRPr="006D13E6">
        <w:rPr>
          <w:sz w:val="28"/>
          <w:szCs w:val="28"/>
        </w:rPr>
        <w:t>ầ</w:t>
      </w:r>
      <w:r w:rsidRPr="006D13E6">
        <w:rPr>
          <w:sz w:val="28"/>
          <w:szCs w:val="28"/>
        </w:rPr>
        <w:t>n và tuy</w:t>
      </w:r>
      <w:r w:rsidRPr="006D13E6">
        <w:rPr>
          <w:sz w:val="28"/>
          <w:szCs w:val="28"/>
        </w:rPr>
        <w:t>ệ</w:t>
      </w:r>
      <w:r w:rsidRPr="006D13E6">
        <w:rPr>
          <w:sz w:val="28"/>
          <w:szCs w:val="28"/>
        </w:rPr>
        <w:t>t đ</w:t>
      </w:r>
      <w:r w:rsidRPr="006D13E6">
        <w:rPr>
          <w:sz w:val="28"/>
          <w:szCs w:val="28"/>
        </w:rPr>
        <w:t>ố</w:t>
      </w:r>
      <w:r w:rsidRPr="006D13E6">
        <w:rPr>
          <w:sz w:val="28"/>
          <w:szCs w:val="28"/>
        </w:rPr>
        <w:t>i không đ</w:t>
      </w:r>
      <w:r w:rsidRPr="006D13E6">
        <w:rPr>
          <w:sz w:val="28"/>
          <w:szCs w:val="28"/>
        </w:rPr>
        <w:t>ể</w:t>
      </w:r>
      <w:r w:rsidRPr="006D13E6">
        <w:rPr>
          <w:sz w:val="28"/>
          <w:szCs w:val="28"/>
        </w:rPr>
        <w:t xml:space="preserve"> s</w:t>
      </w:r>
      <w:r w:rsidRPr="006D13E6">
        <w:rPr>
          <w:sz w:val="28"/>
          <w:szCs w:val="28"/>
        </w:rPr>
        <w:t>ự</w:t>
      </w:r>
      <w:r w:rsidRPr="006D13E6">
        <w:rPr>
          <w:sz w:val="28"/>
          <w:szCs w:val="28"/>
        </w:rPr>
        <w:t xml:space="preserve"> vi</w:t>
      </w:r>
      <w:r w:rsidRPr="006D13E6">
        <w:rPr>
          <w:sz w:val="28"/>
          <w:szCs w:val="28"/>
        </w:rPr>
        <w:t>ệ</w:t>
      </w:r>
      <w:r w:rsidRPr="006D13E6">
        <w:rPr>
          <w:sz w:val="28"/>
          <w:szCs w:val="28"/>
        </w:rPr>
        <w:t>c tương t</w:t>
      </w:r>
      <w:r w:rsidRPr="006D13E6">
        <w:rPr>
          <w:sz w:val="28"/>
          <w:szCs w:val="28"/>
        </w:rPr>
        <w:t>ự</w:t>
      </w:r>
      <w:r w:rsidRPr="006D13E6">
        <w:rPr>
          <w:sz w:val="28"/>
          <w:szCs w:val="28"/>
        </w:rPr>
        <w:t xml:space="preserve"> tái di</w:t>
      </w:r>
      <w:r w:rsidRPr="006D13E6">
        <w:rPr>
          <w:sz w:val="28"/>
          <w:szCs w:val="28"/>
        </w:rPr>
        <w:t>ễ</w:t>
      </w:r>
      <w:r w:rsidRPr="006D13E6">
        <w:rPr>
          <w:sz w:val="28"/>
          <w:szCs w:val="28"/>
        </w:rPr>
        <w:t>n.</w:t>
      </w:r>
    </w:p>
    <w:p w:rsidR="0082038A" w:rsidRPr="006D13E6" w:rsidRDefault="006D13E6">
      <w:pPr>
        <w:rPr>
          <w:sz w:val="28"/>
          <w:szCs w:val="28"/>
        </w:rPr>
      </w:pPr>
      <w:r w:rsidRPr="006D13E6">
        <w:rPr>
          <w:sz w:val="28"/>
          <w:szCs w:val="28"/>
        </w:rPr>
        <w:t>Kính đ</w:t>
      </w:r>
      <w:r w:rsidRPr="006D13E6">
        <w:rPr>
          <w:sz w:val="28"/>
          <w:szCs w:val="28"/>
        </w:rPr>
        <w:t>ề</w:t>
      </w:r>
      <w:r w:rsidRPr="006D13E6">
        <w:rPr>
          <w:sz w:val="28"/>
          <w:szCs w:val="28"/>
        </w:rPr>
        <w:t xml:space="preserve"> ngh</w:t>
      </w:r>
      <w:r w:rsidRPr="006D13E6">
        <w:rPr>
          <w:sz w:val="28"/>
          <w:szCs w:val="28"/>
        </w:rPr>
        <w:t>ị</w:t>
      </w:r>
      <w:r w:rsidRPr="006D13E6">
        <w:rPr>
          <w:sz w:val="28"/>
          <w:szCs w:val="28"/>
        </w:rPr>
        <w:t xml:space="preserve"> Ban Giám đ</w:t>
      </w:r>
      <w:r w:rsidRPr="006D13E6">
        <w:rPr>
          <w:sz w:val="28"/>
          <w:szCs w:val="28"/>
        </w:rPr>
        <w:t>ố</w:t>
      </w:r>
      <w:r w:rsidRPr="006D13E6">
        <w:rPr>
          <w:sz w:val="28"/>
          <w:szCs w:val="28"/>
        </w:rPr>
        <w:t>c xem xét s</w:t>
      </w:r>
      <w:r w:rsidRPr="006D13E6">
        <w:rPr>
          <w:sz w:val="28"/>
          <w:szCs w:val="28"/>
        </w:rPr>
        <w:t>ự</w:t>
      </w:r>
      <w:r w:rsidRPr="006D13E6">
        <w:rPr>
          <w:sz w:val="28"/>
          <w:szCs w:val="28"/>
        </w:rPr>
        <w:t xml:space="preserve"> vi</w:t>
      </w:r>
      <w:r w:rsidRPr="006D13E6">
        <w:rPr>
          <w:sz w:val="28"/>
          <w:szCs w:val="28"/>
        </w:rPr>
        <w:t>ệ</w:t>
      </w:r>
      <w:r w:rsidRPr="006D13E6">
        <w:rPr>
          <w:sz w:val="28"/>
          <w:szCs w:val="28"/>
        </w:rPr>
        <w:t>c và hư</w:t>
      </w:r>
      <w:r w:rsidRPr="006D13E6">
        <w:rPr>
          <w:sz w:val="28"/>
          <w:szCs w:val="28"/>
        </w:rPr>
        <w:t>ớ</w:t>
      </w:r>
      <w:r w:rsidRPr="006D13E6">
        <w:rPr>
          <w:sz w:val="28"/>
          <w:szCs w:val="28"/>
        </w:rPr>
        <w:t>ng d</w:t>
      </w:r>
      <w:r w:rsidRPr="006D13E6">
        <w:rPr>
          <w:sz w:val="28"/>
          <w:szCs w:val="28"/>
        </w:rPr>
        <w:t>ẫ</w:t>
      </w:r>
      <w:r w:rsidRPr="006D13E6">
        <w:rPr>
          <w:sz w:val="28"/>
          <w:szCs w:val="28"/>
        </w:rPr>
        <w:t>n phương án x</w:t>
      </w:r>
      <w:r w:rsidRPr="006D13E6">
        <w:rPr>
          <w:sz w:val="28"/>
          <w:szCs w:val="28"/>
        </w:rPr>
        <w:t>ử</w:t>
      </w:r>
      <w:r w:rsidRPr="006D13E6">
        <w:rPr>
          <w:sz w:val="28"/>
          <w:szCs w:val="28"/>
        </w:rPr>
        <w:t xml:space="preserve"> lý phù h</w:t>
      </w:r>
      <w:r w:rsidRPr="006D13E6">
        <w:rPr>
          <w:sz w:val="28"/>
          <w:szCs w:val="28"/>
        </w:rPr>
        <w:t>ợ</w:t>
      </w:r>
      <w:r w:rsidRPr="006D13E6">
        <w:rPr>
          <w:sz w:val="28"/>
          <w:szCs w:val="28"/>
        </w:rPr>
        <w:t>p.</w:t>
      </w:r>
    </w:p>
    <w:p w:rsidR="0082038A" w:rsidRPr="006D13E6" w:rsidRDefault="006D13E6">
      <w:pPr>
        <w:rPr>
          <w:sz w:val="28"/>
          <w:szCs w:val="28"/>
        </w:rPr>
      </w:pPr>
      <w:r w:rsidRPr="006D13E6">
        <w:rPr>
          <w:sz w:val="28"/>
          <w:szCs w:val="28"/>
        </w:rPr>
        <w:t>Trân tr</w:t>
      </w:r>
      <w:r w:rsidRPr="006D13E6">
        <w:rPr>
          <w:sz w:val="28"/>
          <w:szCs w:val="28"/>
        </w:rPr>
        <w:t>ọ</w:t>
      </w:r>
      <w:r w:rsidRPr="006D13E6">
        <w:rPr>
          <w:sz w:val="28"/>
          <w:szCs w:val="28"/>
        </w:rPr>
        <w:t>n</w:t>
      </w:r>
      <w:r w:rsidRPr="006D13E6">
        <w:rPr>
          <w:sz w:val="28"/>
          <w:szCs w:val="28"/>
        </w:rPr>
        <w:t>g c</w:t>
      </w:r>
      <w:r w:rsidRPr="006D13E6">
        <w:rPr>
          <w:sz w:val="28"/>
          <w:szCs w:val="28"/>
        </w:rPr>
        <w:t>ả</w:t>
      </w:r>
      <w:r w:rsidRPr="006D13E6">
        <w:rPr>
          <w:sz w:val="28"/>
          <w:szCs w:val="28"/>
        </w:rPr>
        <w:t>m ơn!</w:t>
      </w:r>
    </w:p>
    <w:p w:rsidR="0082038A" w:rsidRPr="006D13E6" w:rsidRDefault="006D13E6" w:rsidP="006D13E6">
      <w:pPr>
        <w:jc w:val="right"/>
        <w:rPr>
          <w:i/>
          <w:sz w:val="28"/>
          <w:szCs w:val="28"/>
        </w:rPr>
      </w:pPr>
      <w:r w:rsidRPr="006D13E6">
        <w:rPr>
          <w:i/>
          <w:sz w:val="28"/>
          <w:szCs w:val="28"/>
        </w:rPr>
        <w:t>[Đ</w:t>
      </w:r>
      <w:r w:rsidRPr="006D13E6">
        <w:rPr>
          <w:i/>
          <w:sz w:val="28"/>
          <w:szCs w:val="28"/>
        </w:rPr>
        <w:t>ị</w:t>
      </w:r>
      <w:r w:rsidRPr="006D13E6">
        <w:rPr>
          <w:i/>
          <w:sz w:val="28"/>
          <w:szCs w:val="28"/>
        </w:rPr>
        <w:t>a danh], ngày … tháng … năm 20…</w:t>
      </w:r>
    </w:p>
    <w:p w:rsidR="0082038A" w:rsidRPr="006D13E6" w:rsidRDefault="006D13E6" w:rsidP="006D13E6">
      <w:pPr>
        <w:jc w:val="right"/>
        <w:rPr>
          <w:b/>
          <w:sz w:val="28"/>
          <w:szCs w:val="28"/>
        </w:rPr>
      </w:pPr>
      <w:r w:rsidRPr="006D13E6">
        <w:rPr>
          <w:b/>
          <w:sz w:val="28"/>
          <w:szCs w:val="28"/>
        </w:rPr>
        <w:t>Ngư</w:t>
      </w:r>
      <w:r w:rsidRPr="006D13E6">
        <w:rPr>
          <w:b/>
          <w:sz w:val="28"/>
          <w:szCs w:val="28"/>
        </w:rPr>
        <w:t>ờ</w:t>
      </w:r>
      <w:r w:rsidRPr="006D13E6">
        <w:rPr>
          <w:b/>
          <w:sz w:val="28"/>
          <w:szCs w:val="28"/>
        </w:rPr>
        <w:t>i l</w:t>
      </w:r>
      <w:r w:rsidRPr="006D13E6">
        <w:rPr>
          <w:b/>
          <w:sz w:val="28"/>
          <w:szCs w:val="28"/>
        </w:rPr>
        <w:t>ậ</w:t>
      </w:r>
      <w:r w:rsidRPr="006D13E6">
        <w:rPr>
          <w:b/>
          <w:sz w:val="28"/>
          <w:szCs w:val="28"/>
        </w:rPr>
        <w:t>p biên b</w:t>
      </w:r>
      <w:r w:rsidRPr="006D13E6">
        <w:rPr>
          <w:b/>
          <w:sz w:val="28"/>
          <w:szCs w:val="28"/>
        </w:rPr>
        <w:t>ả</w:t>
      </w:r>
      <w:r w:rsidRPr="006D13E6">
        <w:rPr>
          <w:b/>
          <w:sz w:val="28"/>
          <w:szCs w:val="28"/>
        </w:rPr>
        <w:t>n</w:t>
      </w:r>
    </w:p>
    <w:p w:rsidR="0082038A" w:rsidRPr="006D13E6" w:rsidRDefault="006D13E6" w:rsidP="006D13E6">
      <w:pPr>
        <w:jc w:val="right"/>
        <w:rPr>
          <w:b/>
          <w:sz w:val="28"/>
          <w:szCs w:val="28"/>
        </w:rPr>
      </w:pPr>
      <w:r w:rsidRPr="006D13E6">
        <w:rPr>
          <w:b/>
          <w:sz w:val="28"/>
          <w:szCs w:val="28"/>
        </w:rPr>
        <w:t>(Ký và ghi rõ h</w:t>
      </w:r>
      <w:r w:rsidRPr="006D13E6">
        <w:rPr>
          <w:b/>
          <w:sz w:val="28"/>
          <w:szCs w:val="28"/>
        </w:rPr>
        <w:t>ọ</w:t>
      </w:r>
      <w:r w:rsidRPr="006D13E6">
        <w:rPr>
          <w:b/>
          <w:sz w:val="28"/>
          <w:szCs w:val="28"/>
        </w:rPr>
        <w:t xml:space="preserve"> tên)</w:t>
      </w:r>
    </w:p>
    <w:p w:rsidR="006D13E6" w:rsidRPr="006D13E6" w:rsidRDefault="006D13E6">
      <w:pPr>
        <w:rPr>
          <w:sz w:val="28"/>
          <w:szCs w:val="28"/>
        </w:rPr>
      </w:pPr>
      <w:bookmarkStart w:id="0" w:name="_GoBack"/>
      <w:bookmarkEnd w:id="0"/>
    </w:p>
    <w:sectPr w:rsidR="006D13E6" w:rsidRPr="006D13E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D13E6"/>
    <w:rsid w:val="0082038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4D27BDDF-68A1-49AF-9C0E-A059B4FF3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0D5864-D967-4F5C-9E61-B969B0A1E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2025-05-29T03:41:00Z</dcterms:created>
  <dcterms:modified xsi:type="dcterms:W3CDTF">2025-05-29T03:41:00Z</dcterms:modified>
  <cp:category/>
</cp:coreProperties>
</file>