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A1E" w:rsidRPr="00101E94" w:rsidRDefault="00374917">
      <w:pPr>
        <w:jc w:val="center"/>
        <w:rPr>
          <w:b/>
        </w:rPr>
      </w:pPr>
      <w:r w:rsidRPr="00101E94">
        <w:rPr>
          <w:b/>
        </w:rPr>
        <w:t>C</w:t>
      </w:r>
      <w:r w:rsidRPr="00101E94">
        <w:rPr>
          <w:b/>
        </w:rPr>
        <w:t>Ộ</w:t>
      </w:r>
      <w:r w:rsidRPr="00101E94">
        <w:rPr>
          <w:b/>
        </w:rPr>
        <w:t>NG HÒA XÃ H</w:t>
      </w:r>
      <w:r w:rsidRPr="00101E94">
        <w:rPr>
          <w:b/>
        </w:rPr>
        <w:t>Ộ</w:t>
      </w:r>
      <w:r w:rsidRPr="00101E94">
        <w:rPr>
          <w:b/>
        </w:rPr>
        <w:t>I CH</w:t>
      </w:r>
      <w:r w:rsidRPr="00101E94">
        <w:rPr>
          <w:b/>
        </w:rPr>
        <w:t>Ủ</w:t>
      </w:r>
      <w:r w:rsidRPr="00101E94">
        <w:rPr>
          <w:b/>
        </w:rPr>
        <w:t xml:space="preserve"> NGHĨA VI</w:t>
      </w:r>
      <w:r w:rsidRPr="00101E94">
        <w:rPr>
          <w:b/>
        </w:rPr>
        <w:t>Ệ</w:t>
      </w:r>
      <w:r w:rsidRPr="00101E94">
        <w:rPr>
          <w:b/>
        </w:rPr>
        <w:t>T NAM</w:t>
      </w:r>
      <w:r w:rsidRPr="00101E94">
        <w:rPr>
          <w:b/>
        </w:rPr>
        <w:br/>
        <w:t>Đ</w:t>
      </w:r>
      <w:r w:rsidRPr="00101E94">
        <w:rPr>
          <w:b/>
        </w:rPr>
        <w:t>ộ</w:t>
      </w:r>
      <w:r w:rsidRPr="00101E94">
        <w:rPr>
          <w:b/>
        </w:rPr>
        <w:t>c l</w:t>
      </w:r>
      <w:r w:rsidRPr="00101E94">
        <w:rPr>
          <w:b/>
        </w:rPr>
        <w:t>ậ</w:t>
      </w:r>
      <w:r w:rsidRPr="00101E94">
        <w:rPr>
          <w:b/>
        </w:rPr>
        <w:t>p – T</w:t>
      </w:r>
      <w:r w:rsidRPr="00101E94">
        <w:rPr>
          <w:b/>
        </w:rPr>
        <w:t>ự</w:t>
      </w:r>
      <w:r w:rsidRPr="00101E94">
        <w:rPr>
          <w:b/>
        </w:rPr>
        <w:t xml:space="preserve"> do – H</w:t>
      </w:r>
      <w:r w:rsidRPr="00101E94">
        <w:rPr>
          <w:b/>
        </w:rPr>
        <w:t>ạ</w:t>
      </w:r>
      <w:r w:rsidRPr="00101E94">
        <w:rPr>
          <w:b/>
        </w:rPr>
        <w:t>nh phúc</w:t>
      </w:r>
    </w:p>
    <w:p w:rsidR="00AA5A1E" w:rsidRPr="00101E94" w:rsidRDefault="00374917">
      <w:pPr>
        <w:jc w:val="center"/>
        <w:rPr>
          <w:b/>
        </w:rPr>
      </w:pPr>
      <w:r w:rsidRPr="00101E94">
        <w:rPr>
          <w:b/>
        </w:rPr>
        <w:br/>
        <w:t>GI</w:t>
      </w:r>
      <w:r w:rsidRPr="00101E94">
        <w:rPr>
          <w:b/>
        </w:rPr>
        <w:t>Ấ</w:t>
      </w:r>
      <w:r w:rsidRPr="00101E94">
        <w:rPr>
          <w:b/>
        </w:rPr>
        <w:t xml:space="preserve">Y </w:t>
      </w:r>
      <w:r w:rsidRPr="00101E94">
        <w:rPr>
          <w:b/>
        </w:rPr>
        <w:t>Ủ</w:t>
      </w:r>
      <w:r w:rsidRPr="00101E94">
        <w:rPr>
          <w:b/>
        </w:rPr>
        <w:t>Y QUY</w:t>
      </w:r>
      <w:r w:rsidRPr="00101E94">
        <w:rPr>
          <w:b/>
        </w:rPr>
        <w:t>Ề</w:t>
      </w:r>
      <w:r w:rsidRPr="00101E94">
        <w:rPr>
          <w:b/>
        </w:rPr>
        <w:t>N</w:t>
      </w:r>
    </w:p>
    <w:p w:rsidR="00AA5A1E" w:rsidRDefault="00374917">
      <w:pPr>
        <w:jc w:val="center"/>
      </w:pPr>
      <w:r>
        <w:t>(V/v: Làm th</w:t>
      </w:r>
      <w:r>
        <w:t>ủ</w:t>
      </w:r>
      <w:r>
        <w:t xml:space="preserve"> t</w:t>
      </w:r>
      <w:r>
        <w:t>ụ</w:t>
      </w:r>
      <w:r>
        <w:t>c đăng ký doanh nghi</w:t>
      </w:r>
      <w:r>
        <w:t>ệ</w:t>
      </w:r>
      <w:r>
        <w:t>p)</w:t>
      </w:r>
      <w:bookmarkStart w:id="0" w:name="_GoBack"/>
      <w:bookmarkEnd w:id="0"/>
    </w:p>
    <w:p w:rsidR="00AA5A1E" w:rsidRDefault="00374917">
      <w:r>
        <w:br/>
        <w:t>Hôm nay, ngày ..... tháng ..... năm ....., t</w:t>
      </w:r>
      <w:r>
        <w:t>ạ</w:t>
      </w:r>
      <w:r>
        <w:t>i ......................................................</w:t>
      </w:r>
      <w:r>
        <w:br/>
      </w:r>
    </w:p>
    <w:p w:rsidR="00AA5A1E" w:rsidRDefault="00374917">
      <w:r>
        <w:t xml:space="preserve">CHÚNG TÔI </w:t>
      </w:r>
      <w:r>
        <w:t>G</w:t>
      </w:r>
      <w:r>
        <w:t>Ồ</w:t>
      </w:r>
      <w:r>
        <w:t>M:</w:t>
      </w:r>
    </w:p>
    <w:p w:rsidR="00AA5A1E" w:rsidRDefault="00374917">
      <w:r>
        <w:br/>
        <w:t xml:space="preserve">BÊN </w:t>
      </w:r>
      <w:r>
        <w:t>Ủ</w:t>
      </w:r>
      <w:r>
        <w:t>Y QUY</w:t>
      </w:r>
      <w:r>
        <w:t>Ề</w:t>
      </w:r>
      <w:r>
        <w:t>N (BÊN A):</w:t>
      </w:r>
    </w:p>
    <w:p w:rsidR="00AA5A1E" w:rsidRDefault="00374917">
      <w:r>
        <w:t>- H</w:t>
      </w:r>
      <w:r>
        <w:t>ọ</w:t>
      </w:r>
      <w:r>
        <w:t xml:space="preserve"> và tên: ....................................................................................................................</w:t>
      </w:r>
    </w:p>
    <w:p w:rsidR="00AA5A1E" w:rsidRDefault="00374917">
      <w:r>
        <w:t>- Gi</w:t>
      </w:r>
      <w:r>
        <w:t>ấ</w:t>
      </w:r>
      <w:r>
        <w:t>y t</w:t>
      </w:r>
      <w:r>
        <w:t>ờ</w:t>
      </w:r>
      <w:r>
        <w:t xml:space="preserve"> pháp lý cá nhân: S</w:t>
      </w:r>
      <w:r>
        <w:t>ố</w:t>
      </w:r>
      <w:r>
        <w:t xml:space="preserve"> .................................. C</w:t>
      </w:r>
      <w:r>
        <w:t>ấ</w:t>
      </w:r>
      <w:r>
        <w:t>p ngày ............... t</w:t>
      </w:r>
      <w:r>
        <w:t>ạ</w:t>
      </w:r>
      <w:r>
        <w:t>i ....</w:t>
      </w:r>
      <w:r>
        <w:t>.................</w:t>
      </w:r>
    </w:p>
    <w:p w:rsidR="00AA5A1E" w:rsidRDefault="00374917">
      <w:r>
        <w:t>- Đ</w:t>
      </w:r>
      <w:r>
        <w:t>ị</w:t>
      </w:r>
      <w:r>
        <w:t>a ch</w:t>
      </w:r>
      <w:r>
        <w:t>ỉ</w:t>
      </w:r>
      <w:r>
        <w:t xml:space="preserve"> thư</w:t>
      </w:r>
      <w:r>
        <w:t>ờ</w:t>
      </w:r>
      <w:r>
        <w:t>ng trú: ......................................................................................................</w:t>
      </w:r>
    </w:p>
    <w:p w:rsidR="00AA5A1E" w:rsidRDefault="00374917">
      <w:r>
        <w:t>- S</w:t>
      </w:r>
      <w:r>
        <w:t>ố</w:t>
      </w:r>
      <w:r>
        <w:t xml:space="preserve"> đi</w:t>
      </w:r>
      <w:r>
        <w:t>ệ</w:t>
      </w:r>
      <w:r>
        <w:t>n tho</w:t>
      </w:r>
      <w:r>
        <w:t>ạ</w:t>
      </w:r>
      <w:r>
        <w:t>i: .........................................................</w:t>
      </w:r>
    </w:p>
    <w:p w:rsidR="00AA5A1E" w:rsidRDefault="00374917">
      <w:r>
        <w:t>- V</w:t>
      </w:r>
      <w:r>
        <w:t>ớ</w:t>
      </w:r>
      <w:r>
        <w:t>i tư cách là: ....................</w:t>
      </w:r>
      <w:r>
        <w:t>.........................................................................................</w:t>
      </w:r>
    </w:p>
    <w:p w:rsidR="00AA5A1E" w:rsidRDefault="00374917">
      <w:r>
        <w:br/>
        <w:t>BÊN ĐƯ</w:t>
      </w:r>
      <w:r>
        <w:t>Ợ</w:t>
      </w:r>
      <w:r>
        <w:t xml:space="preserve">C </w:t>
      </w:r>
      <w:r>
        <w:t>Ủ</w:t>
      </w:r>
      <w:r>
        <w:t>Y QUY</w:t>
      </w:r>
      <w:r>
        <w:t>Ề</w:t>
      </w:r>
      <w:r>
        <w:t>N (BÊN B):</w:t>
      </w:r>
    </w:p>
    <w:p w:rsidR="00AA5A1E" w:rsidRDefault="00374917">
      <w:r>
        <w:t>- H</w:t>
      </w:r>
      <w:r>
        <w:t>ọ</w:t>
      </w:r>
      <w:r>
        <w:t xml:space="preserve"> và tên: ....................................................................................................................</w:t>
      </w:r>
    </w:p>
    <w:p w:rsidR="00AA5A1E" w:rsidRDefault="00374917">
      <w:r>
        <w:t>- Gi</w:t>
      </w:r>
      <w:r>
        <w:t>ấ</w:t>
      </w:r>
      <w:r>
        <w:t>y t</w:t>
      </w:r>
      <w:r>
        <w:t>ờ</w:t>
      </w:r>
      <w:r>
        <w:t xml:space="preserve"> pháp lý cá nhân: S</w:t>
      </w:r>
      <w:r>
        <w:t>ố</w:t>
      </w:r>
      <w:r>
        <w:t xml:space="preserve"> .................................. C</w:t>
      </w:r>
      <w:r>
        <w:t>ấ</w:t>
      </w:r>
      <w:r>
        <w:t>p ngày ............... t</w:t>
      </w:r>
      <w:r>
        <w:t>ạ</w:t>
      </w:r>
      <w:r>
        <w:t>i .....................</w:t>
      </w:r>
    </w:p>
    <w:p w:rsidR="00AA5A1E" w:rsidRDefault="00374917">
      <w:r>
        <w:t>- Đ</w:t>
      </w:r>
      <w:r>
        <w:t>ị</w:t>
      </w:r>
      <w:r>
        <w:t>a ch</w:t>
      </w:r>
      <w:r>
        <w:t>ỉ</w:t>
      </w:r>
      <w:r>
        <w:t xml:space="preserve"> thư</w:t>
      </w:r>
      <w:r>
        <w:t>ờ</w:t>
      </w:r>
      <w:r>
        <w:t>ng trú: ......................................................................................................</w:t>
      </w:r>
    </w:p>
    <w:p w:rsidR="00AA5A1E" w:rsidRDefault="00374917">
      <w:r>
        <w:t>- S</w:t>
      </w:r>
      <w:r>
        <w:t>ố</w:t>
      </w:r>
      <w:r>
        <w:t xml:space="preserve"> đi</w:t>
      </w:r>
      <w:r>
        <w:t>ệ</w:t>
      </w:r>
      <w:r>
        <w:t>n tho</w:t>
      </w:r>
      <w:r>
        <w:t>ạ</w:t>
      </w:r>
      <w:r>
        <w:t>i: ......</w:t>
      </w:r>
      <w:r>
        <w:t>...................................................</w:t>
      </w:r>
    </w:p>
    <w:p w:rsidR="00AA5A1E" w:rsidRDefault="00374917">
      <w:r>
        <w:br/>
        <w:t>N</w:t>
      </w:r>
      <w:r>
        <w:t>ộ</w:t>
      </w:r>
      <w:r>
        <w:t xml:space="preserve">i dung </w:t>
      </w:r>
      <w:r>
        <w:t>ủ</w:t>
      </w:r>
      <w:r>
        <w:t>y quy</w:t>
      </w:r>
      <w:r>
        <w:t>ề</w:t>
      </w:r>
      <w:r>
        <w:t>n:</w:t>
      </w:r>
    </w:p>
    <w:p w:rsidR="00AA5A1E" w:rsidRDefault="00374917">
      <w:r>
        <w:t xml:space="preserve">Bên A </w:t>
      </w:r>
      <w:r>
        <w:t>ủ</w:t>
      </w:r>
      <w:r>
        <w:t>y quy</w:t>
      </w:r>
      <w:r>
        <w:t>ề</w:t>
      </w:r>
      <w:r>
        <w:t>n cho Bên B thay m</w:t>
      </w:r>
      <w:r>
        <w:t>ặ</w:t>
      </w:r>
      <w:r>
        <w:t>t th</w:t>
      </w:r>
      <w:r>
        <w:t>ự</w:t>
      </w:r>
      <w:r>
        <w:t>c hi</w:t>
      </w:r>
      <w:r>
        <w:t>ệ</w:t>
      </w:r>
      <w:r>
        <w:t>n các công vi</w:t>
      </w:r>
      <w:r>
        <w:t>ệ</w:t>
      </w:r>
      <w:r>
        <w:t>c sau đây:</w:t>
      </w:r>
    </w:p>
    <w:p w:rsidR="00AA5A1E" w:rsidRDefault="00374917">
      <w:pPr>
        <w:pStyle w:val="ListBullet"/>
      </w:pPr>
      <w:r>
        <w:t>- Th</w:t>
      </w:r>
      <w:r>
        <w:t>ự</w:t>
      </w:r>
      <w:r>
        <w:t>c hi</w:t>
      </w:r>
      <w:r>
        <w:t>ệ</w:t>
      </w:r>
      <w:r>
        <w:t>n th</w:t>
      </w:r>
      <w:r>
        <w:t>ủ</w:t>
      </w:r>
      <w:r>
        <w:t xml:space="preserve"> t</w:t>
      </w:r>
      <w:r>
        <w:t>ụ</w:t>
      </w:r>
      <w:r>
        <w:t>c đăng ký doanh nghi</w:t>
      </w:r>
      <w:r>
        <w:t>ệ</w:t>
      </w:r>
      <w:r>
        <w:t>p t</w:t>
      </w:r>
      <w:r>
        <w:t>ạ</w:t>
      </w:r>
      <w:r>
        <w:t>i Phòng Đăng ký kinh doanh – S</w:t>
      </w:r>
      <w:r>
        <w:t>ở</w:t>
      </w:r>
      <w:r>
        <w:t xml:space="preserve"> K</w:t>
      </w:r>
      <w:r>
        <w:t>ế</w:t>
      </w:r>
      <w:r>
        <w:t xml:space="preserve"> ho</w:t>
      </w:r>
      <w:r>
        <w:t>ạ</w:t>
      </w:r>
      <w:r>
        <w:t>ch và Đ</w:t>
      </w:r>
      <w:r>
        <w:t>ầ</w:t>
      </w:r>
      <w:r>
        <w:t>u tư.</w:t>
      </w:r>
    </w:p>
    <w:p w:rsidR="00AA5A1E" w:rsidRDefault="00374917">
      <w:pPr>
        <w:pStyle w:val="ListBullet"/>
      </w:pPr>
      <w:r>
        <w:t>- Ký, n</w:t>
      </w:r>
      <w:r>
        <w:t>ộ</w:t>
      </w:r>
      <w:r>
        <w:t>p và nh</w:t>
      </w:r>
      <w:r>
        <w:t>ậ</w:t>
      </w:r>
      <w:r>
        <w:t xml:space="preserve">n các </w:t>
      </w:r>
      <w:r>
        <w:t>h</w:t>
      </w:r>
      <w:r>
        <w:t>ồ</w:t>
      </w:r>
      <w:r>
        <w:t xml:space="preserve"> sơ, tài li</w:t>
      </w:r>
      <w:r>
        <w:t>ệ</w:t>
      </w:r>
      <w:r>
        <w:t>u có liên quan đ</w:t>
      </w:r>
      <w:r>
        <w:t>ế</w:t>
      </w:r>
      <w:r>
        <w:t>n th</w:t>
      </w:r>
      <w:r>
        <w:t>ủ</w:t>
      </w:r>
      <w:r>
        <w:t xml:space="preserve"> t</w:t>
      </w:r>
      <w:r>
        <w:t>ụ</w:t>
      </w:r>
      <w:r>
        <w:t>c đăng ký doanh nghi</w:t>
      </w:r>
      <w:r>
        <w:t>ệ</w:t>
      </w:r>
      <w:r>
        <w:t>p.</w:t>
      </w:r>
    </w:p>
    <w:p w:rsidR="00AA5A1E" w:rsidRDefault="00374917">
      <w:pPr>
        <w:pStyle w:val="ListBullet"/>
      </w:pPr>
      <w:r>
        <w:t>- Nh</w:t>
      </w:r>
      <w:r>
        <w:t>ậ</w:t>
      </w:r>
      <w:r>
        <w:t>n k</w:t>
      </w:r>
      <w:r>
        <w:t>ế</w:t>
      </w:r>
      <w:r>
        <w:t>t qu</w:t>
      </w:r>
      <w:r>
        <w:t>ả</w:t>
      </w:r>
      <w:r>
        <w:t xml:space="preserve"> đăng ký doanh nghi</w:t>
      </w:r>
      <w:r>
        <w:t>ệ</w:t>
      </w:r>
      <w:r>
        <w:t>p t</w:t>
      </w:r>
      <w:r>
        <w:t>ừ</w:t>
      </w:r>
      <w:r>
        <w:t xml:space="preserve"> cơ quan có th</w:t>
      </w:r>
      <w:r>
        <w:t>ẩ</w:t>
      </w:r>
      <w:r>
        <w:t>m quy</w:t>
      </w:r>
      <w:r>
        <w:t>ề</w:t>
      </w:r>
      <w:r>
        <w:t>n.</w:t>
      </w:r>
    </w:p>
    <w:p w:rsidR="00AA5A1E" w:rsidRDefault="00374917">
      <w:pPr>
        <w:pStyle w:val="ListBullet"/>
      </w:pPr>
      <w:r>
        <w:lastRenderedPageBreak/>
        <w:t>- Th</w:t>
      </w:r>
      <w:r>
        <w:t>ự</w:t>
      </w:r>
      <w:r>
        <w:t>c hi</w:t>
      </w:r>
      <w:r>
        <w:t>ệ</w:t>
      </w:r>
      <w:r>
        <w:t>n các công vi</w:t>
      </w:r>
      <w:r>
        <w:t>ệ</w:t>
      </w:r>
      <w:r>
        <w:t>c khác liên quan đ</w:t>
      </w:r>
      <w:r>
        <w:t>ế</w:t>
      </w:r>
      <w:r>
        <w:t>n quá trình đăng ký doanh nghi</w:t>
      </w:r>
      <w:r>
        <w:t>ệ</w:t>
      </w:r>
      <w:r>
        <w:t>p theo quy đ</w:t>
      </w:r>
      <w:r>
        <w:t>ị</w:t>
      </w:r>
      <w:r>
        <w:t>nh pháp lu</w:t>
      </w:r>
      <w:r>
        <w:t>ậ</w:t>
      </w:r>
      <w:r>
        <w:t>t.</w:t>
      </w:r>
    </w:p>
    <w:p w:rsidR="00AA5A1E" w:rsidRDefault="00374917">
      <w:r>
        <w:br/>
        <w:t>Th</w:t>
      </w:r>
      <w:r>
        <w:t>ờ</w:t>
      </w:r>
      <w:r>
        <w:t>i h</w:t>
      </w:r>
      <w:r>
        <w:t>ạ</w:t>
      </w:r>
      <w:r>
        <w:t xml:space="preserve">n </w:t>
      </w:r>
      <w:r>
        <w:t>ủ</w:t>
      </w:r>
      <w:r>
        <w:t>y quy</w:t>
      </w:r>
      <w:r>
        <w:t>ề</w:t>
      </w:r>
      <w:r>
        <w:t>n:</w:t>
      </w:r>
    </w:p>
    <w:p w:rsidR="00AA5A1E" w:rsidRDefault="00374917">
      <w:r>
        <w:t>K</w:t>
      </w:r>
      <w:r>
        <w:t>ể</w:t>
      </w:r>
      <w:r>
        <w:t xml:space="preserve"> t</w:t>
      </w:r>
      <w:r>
        <w:t>ừ</w:t>
      </w:r>
      <w:r>
        <w:t xml:space="preserve"> ngày</w:t>
      </w:r>
      <w:r>
        <w:t xml:space="preserve"> ký gi</w:t>
      </w:r>
      <w:r>
        <w:t>ấ</w:t>
      </w:r>
      <w:r>
        <w:t xml:space="preserve">y </w:t>
      </w:r>
      <w:r>
        <w:t>ủ</w:t>
      </w:r>
      <w:r>
        <w:t>y quy</w:t>
      </w:r>
      <w:r>
        <w:t>ề</w:t>
      </w:r>
      <w:r>
        <w:t>n đ</w:t>
      </w:r>
      <w:r>
        <w:t>ế</w:t>
      </w:r>
      <w:r>
        <w:t>n h</w:t>
      </w:r>
      <w:r>
        <w:t>ế</w:t>
      </w:r>
      <w:r>
        <w:t>t ngày ..... tháng ..... năm ....., ho</w:t>
      </w:r>
      <w:r>
        <w:t>ặ</w:t>
      </w:r>
      <w:r>
        <w:t>c cho đ</w:t>
      </w:r>
      <w:r>
        <w:t>ế</w:t>
      </w:r>
      <w:r>
        <w:t>n khi hoàn t</w:t>
      </w:r>
      <w:r>
        <w:t>ấ</w:t>
      </w:r>
      <w:r>
        <w:t>t th</w:t>
      </w:r>
      <w:r>
        <w:t>ủ</w:t>
      </w:r>
      <w:r>
        <w:t xml:space="preserve"> t</w:t>
      </w:r>
      <w:r>
        <w:t>ụ</w:t>
      </w:r>
      <w:r>
        <w:t>c đăng ký doanh nghi</w:t>
      </w:r>
      <w:r>
        <w:t>ệ</w:t>
      </w:r>
      <w:r>
        <w:t>p.</w:t>
      </w:r>
    </w:p>
    <w:p w:rsidR="00AA5A1E" w:rsidRDefault="00374917">
      <w:r>
        <w:br/>
        <w:t>Cam k</w:t>
      </w:r>
      <w:r>
        <w:t>ế</w:t>
      </w:r>
      <w:r>
        <w:t>t c</w:t>
      </w:r>
      <w:r>
        <w:t>ủ</w:t>
      </w:r>
      <w:r>
        <w:t>a các bên:</w:t>
      </w:r>
    </w:p>
    <w:p w:rsidR="00AA5A1E" w:rsidRDefault="00374917">
      <w:pPr>
        <w:pStyle w:val="ListBullet"/>
      </w:pPr>
      <w:r>
        <w:t>- Bên A cam k</w:t>
      </w:r>
      <w:r>
        <w:t>ế</w:t>
      </w:r>
      <w:r>
        <w:t>t hoàn toàn ch</w:t>
      </w:r>
      <w:r>
        <w:t>ị</w:t>
      </w:r>
      <w:r>
        <w:t>u trách nhi</w:t>
      </w:r>
      <w:r>
        <w:t>ệ</w:t>
      </w:r>
      <w:r>
        <w:t>m trư</w:t>
      </w:r>
      <w:r>
        <w:t>ớ</w:t>
      </w:r>
      <w:r>
        <w:t>c pháp lu</w:t>
      </w:r>
      <w:r>
        <w:t>ậ</w:t>
      </w:r>
      <w:r>
        <w:t>t v</w:t>
      </w:r>
      <w:r>
        <w:t>ề</w:t>
      </w:r>
      <w:r>
        <w:t xml:space="preserve"> n</w:t>
      </w:r>
      <w:r>
        <w:t>ộ</w:t>
      </w:r>
      <w:r>
        <w:t xml:space="preserve">i dung </w:t>
      </w:r>
      <w:r>
        <w:t>ủ</w:t>
      </w:r>
      <w:r>
        <w:t>y quy</w:t>
      </w:r>
      <w:r>
        <w:t>ề</w:t>
      </w:r>
      <w:r>
        <w:t>n.</w:t>
      </w:r>
    </w:p>
    <w:p w:rsidR="00AA5A1E" w:rsidRDefault="00374917">
      <w:pPr>
        <w:pStyle w:val="ListBullet"/>
      </w:pPr>
      <w:r>
        <w:t>- Bên B cam k</w:t>
      </w:r>
      <w:r>
        <w:t>ế</w:t>
      </w:r>
      <w:r>
        <w:t>t th</w:t>
      </w:r>
      <w:r>
        <w:t>ự</w:t>
      </w:r>
      <w:r>
        <w:t>c hi</w:t>
      </w:r>
      <w:r>
        <w:t>ệ</w:t>
      </w:r>
      <w:r>
        <w:t>n đúng n</w:t>
      </w:r>
      <w:r>
        <w:t>ộ</w:t>
      </w:r>
      <w:r>
        <w:t>i du</w:t>
      </w:r>
      <w:r>
        <w:t>ng đư</w:t>
      </w:r>
      <w:r>
        <w:t>ợ</w:t>
      </w:r>
      <w:r>
        <w:t xml:space="preserve">c </w:t>
      </w:r>
      <w:r>
        <w:t>ủ</w:t>
      </w:r>
      <w:r>
        <w:t>y quy</w:t>
      </w:r>
      <w:r>
        <w:t>ề</w:t>
      </w:r>
      <w:r>
        <w:t>n và tuân th</w:t>
      </w:r>
      <w:r>
        <w:t>ủ</w:t>
      </w:r>
      <w:r>
        <w:t xml:space="preserve"> quy đ</w:t>
      </w:r>
      <w:r>
        <w:t>ị</w:t>
      </w:r>
      <w:r>
        <w:t>nh pháp lu</w:t>
      </w:r>
      <w:r>
        <w:t>ậ</w:t>
      </w:r>
      <w:r>
        <w:t>t.</w:t>
      </w:r>
    </w:p>
    <w:p w:rsidR="00AA5A1E" w:rsidRDefault="00374917">
      <w:r>
        <w:br/>
        <w:t>Gi</w:t>
      </w:r>
      <w:r>
        <w:t>ấ</w:t>
      </w:r>
      <w:r>
        <w:t xml:space="preserve">y </w:t>
      </w:r>
      <w:r>
        <w:t>ủ</w:t>
      </w:r>
      <w:r>
        <w:t>y quy</w:t>
      </w:r>
      <w:r>
        <w:t>ề</w:t>
      </w:r>
      <w:r>
        <w:t>n này đư</w:t>
      </w:r>
      <w:r>
        <w:t>ợ</w:t>
      </w:r>
      <w:r>
        <w:t>c l</w:t>
      </w:r>
      <w:r>
        <w:t>ậ</w:t>
      </w:r>
      <w:r>
        <w:t>p thành 02 b</w:t>
      </w:r>
      <w:r>
        <w:t>ả</w:t>
      </w:r>
      <w:r>
        <w:t>n, m</w:t>
      </w:r>
      <w:r>
        <w:t>ỗ</w:t>
      </w:r>
      <w:r>
        <w:t>i bên gi</w:t>
      </w:r>
      <w:r>
        <w:t>ữ</w:t>
      </w:r>
      <w:r>
        <w:t xml:space="preserve"> 01 b</w:t>
      </w:r>
      <w:r>
        <w:t>ả</w:t>
      </w:r>
      <w:r>
        <w:t>n và có giá tr</w:t>
      </w:r>
      <w:r>
        <w:t>ị</w:t>
      </w:r>
      <w:r>
        <w:t xml:space="preserve"> pháp lý như nhau.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A5A1E">
        <w:tc>
          <w:tcPr>
            <w:tcW w:w="4320" w:type="dxa"/>
          </w:tcPr>
          <w:p w:rsidR="00AA5A1E" w:rsidRDefault="00374917">
            <w:r>
              <w:rPr>
                <w:b/>
              </w:rPr>
              <w:br/>
              <w:t xml:space="preserve">BÊN </w:t>
            </w:r>
            <w:r>
              <w:rPr>
                <w:b/>
              </w:rPr>
              <w:t>Ủ</w:t>
            </w:r>
            <w:r>
              <w:rPr>
                <w:b/>
              </w:rPr>
              <w:t>Y QUY</w:t>
            </w:r>
            <w:r>
              <w:rPr>
                <w:b/>
              </w:rPr>
              <w:t>Ề</w:t>
            </w:r>
            <w:r>
              <w:rPr>
                <w:b/>
              </w:rPr>
              <w:t>N</w:t>
            </w:r>
            <w:r>
              <w:rPr>
                <w:b/>
              </w:rPr>
              <w:br/>
              <w:t>(Ký, ghi rõ h</w:t>
            </w:r>
            <w:r>
              <w:rPr>
                <w:b/>
              </w:rPr>
              <w:t>ọ</w:t>
            </w:r>
            <w:r>
              <w:rPr>
                <w:b/>
              </w:rPr>
              <w:t xml:space="preserve"> tên)</w:t>
            </w:r>
          </w:p>
        </w:tc>
        <w:tc>
          <w:tcPr>
            <w:tcW w:w="4320" w:type="dxa"/>
          </w:tcPr>
          <w:p w:rsidR="00AA5A1E" w:rsidRDefault="00374917">
            <w:r>
              <w:rPr>
                <w:b/>
              </w:rPr>
              <w:br/>
              <w:t>BÊN ĐƯ</w:t>
            </w:r>
            <w:r>
              <w:rPr>
                <w:b/>
              </w:rPr>
              <w:t>Ợ</w:t>
            </w:r>
            <w:r>
              <w:rPr>
                <w:b/>
              </w:rPr>
              <w:t xml:space="preserve">C </w:t>
            </w:r>
            <w:r>
              <w:rPr>
                <w:b/>
              </w:rPr>
              <w:t>Ủ</w:t>
            </w:r>
            <w:r>
              <w:rPr>
                <w:b/>
              </w:rPr>
              <w:t>Y QUY</w:t>
            </w:r>
            <w:r>
              <w:rPr>
                <w:b/>
              </w:rPr>
              <w:t>Ề</w:t>
            </w:r>
            <w:r>
              <w:rPr>
                <w:b/>
              </w:rPr>
              <w:t>N</w:t>
            </w:r>
            <w:r>
              <w:rPr>
                <w:b/>
              </w:rPr>
              <w:br/>
              <w:t>(Ký, ghi rõ h</w:t>
            </w:r>
            <w:r>
              <w:rPr>
                <w:b/>
              </w:rPr>
              <w:t>ọ</w:t>
            </w:r>
            <w:r>
              <w:rPr>
                <w:b/>
              </w:rPr>
              <w:t xml:space="preserve"> tên)</w:t>
            </w:r>
          </w:p>
        </w:tc>
      </w:tr>
    </w:tbl>
    <w:p w:rsidR="00374917" w:rsidRDefault="00374917"/>
    <w:sectPr w:rsidR="0037491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1E94"/>
    <w:rsid w:val="0015074B"/>
    <w:rsid w:val="0029639D"/>
    <w:rsid w:val="00326F90"/>
    <w:rsid w:val="00374917"/>
    <w:rsid w:val="00AA1D8D"/>
    <w:rsid w:val="00AA5A1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0CE4696-36F8-45CA-9278-A5BA0F7B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75BAFD-561D-43B9-B036-8F0C8E23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2025-06-02T01:29:00Z</dcterms:created>
  <dcterms:modified xsi:type="dcterms:W3CDTF">2025-06-02T01:29:00Z</dcterms:modified>
  <cp:category/>
</cp:coreProperties>
</file>