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8"/>
        <w:gridCol w:w="6162"/>
      </w:tblGrid>
      <w:tr w:rsidR="007715D3" w:rsidRPr="007715D3" w:rsidTr="007715D3">
        <w:trPr>
          <w:trHeight w:val="284"/>
          <w:jc w:val="center"/>
        </w:trPr>
        <w:tc>
          <w:tcPr>
            <w:tcW w:w="2518" w:type="dxa"/>
          </w:tcPr>
          <w:p w:rsidR="007715D3" w:rsidRDefault="007715D3">
            <w:pPr>
              <w:rPr>
                <w:rFonts w:ascii="Times New Roman" w:hAnsi="Times New Roman" w:cs="Times New Roman"/>
                <w:b/>
                <w:sz w:val="28"/>
                <w:szCs w:val="28"/>
              </w:rPr>
            </w:pPr>
            <w:r w:rsidRPr="007715D3">
              <w:rPr>
                <w:rFonts w:ascii="Times New Roman" w:hAnsi="Times New Roman" w:cs="Times New Roman"/>
                <w:b/>
                <w:sz w:val="28"/>
                <w:szCs w:val="28"/>
              </w:rPr>
              <w:t>CÔNG TY…..</w:t>
            </w:r>
          </w:p>
          <w:p w:rsidR="00F24BED" w:rsidRDefault="00F24BED">
            <w:pPr>
              <w:rPr>
                <w:rFonts w:ascii="Times New Roman" w:hAnsi="Times New Roman" w:cs="Times New Roman"/>
                <w:b/>
                <w:sz w:val="28"/>
                <w:szCs w:val="28"/>
              </w:rPr>
            </w:pPr>
          </w:p>
          <w:p w:rsidR="00F24BED" w:rsidRDefault="00F24BED">
            <w:pPr>
              <w:rPr>
                <w:rFonts w:ascii="Times New Roman" w:hAnsi="Times New Roman" w:cs="Times New Roman"/>
                <w:b/>
                <w:sz w:val="28"/>
                <w:szCs w:val="28"/>
              </w:rPr>
            </w:pPr>
          </w:p>
          <w:p w:rsidR="00F24BED" w:rsidRPr="00F24BED" w:rsidRDefault="00F24BED" w:rsidP="00F24BED">
            <w:pPr>
              <w:rPr>
                <w:rFonts w:ascii="Times New Roman" w:hAnsi="Times New Roman" w:cs="Times New Roman"/>
                <w:sz w:val="28"/>
                <w:szCs w:val="28"/>
              </w:rPr>
            </w:pPr>
            <w:r w:rsidRPr="00F24BED">
              <w:rPr>
                <w:rFonts w:ascii="Times New Roman" w:hAnsi="Times New Roman" w:cs="Times New Roman"/>
                <w:sz w:val="28"/>
                <w:szCs w:val="28"/>
              </w:rPr>
              <w:t>Số: ……/QĐ-…</w:t>
            </w:r>
          </w:p>
          <w:p w:rsidR="00F24BED" w:rsidRPr="007715D3" w:rsidRDefault="00F24BED">
            <w:pPr>
              <w:rPr>
                <w:rFonts w:ascii="Times New Roman" w:hAnsi="Times New Roman" w:cs="Times New Roman"/>
                <w:b/>
                <w:sz w:val="28"/>
                <w:szCs w:val="28"/>
              </w:rPr>
            </w:pPr>
          </w:p>
        </w:tc>
        <w:tc>
          <w:tcPr>
            <w:tcW w:w="6338" w:type="dxa"/>
          </w:tcPr>
          <w:p w:rsidR="007715D3" w:rsidRPr="007715D3" w:rsidRDefault="007715D3" w:rsidP="007715D3">
            <w:pPr>
              <w:jc w:val="center"/>
              <w:rPr>
                <w:rFonts w:ascii="Times New Roman" w:hAnsi="Times New Roman" w:cs="Times New Roman"/>
                <w:b/>
                <w:sz w:val="28"/>
                <w:szCs w:val="28"/>
              </w:rPr>
            </w:pPr>
            <w:r w:rsidRPr="007715D3">
              <w:rPr>
                <w:rFonts w:ascii="Times New Roman" w:hAnsi="Times New Roman" w:cs="Times New Roman"/>
                <w:b/>
                <w:sz w:val="28"/>
                <w:szCs w:val="28"/>
              </w:rPr>
              <w:t>CỘNG HÒA XÃ HỘI CHỦ NGHĨA VIỆT NAM</w:t>
            </w:r>
          </w:p>
          <w:p w:rsidR="007715D3" w:rsidRDefault="007715D3" w:rsidP="007715D3">
            <w:pPr>
              <w:jc w:val="center"/>
              <w:rPr>
                <w:rFonts w:ascii="Times New Roman" w:hAnsi="Times New Roman" w:cs="Times New Roman"/>
                <w:b/>
                <w:sz w:val="28"/>
                <w:szCs w:val="28"/>
              </w:rPr>
            </w:pPr>
            <w:r w:rsidRPr="007715D3">
              <w:rPr>
                <w:rFonts w:ascii="Times New Roman" w:hAnsi="Times New Roman" w:cs="Times New Roman"/>
                <w:b/>
                <w:sz w:val="28"/>
                <w:szCs w:val="28"/>
              </w:rPr>
              <w:t>Độc lập – Tự do – Hạnh phúc</w:t>
            </w:r>
          </w:p>
          <w:p w:rsidR="00F24BED" w:rsidRDefault="00F24BED" w:rsidP="007715D3">
            <w:pPr>
              <w:jc w:val="center"/>
              <w:rPr>
                <w:rFonts w:ascii="Times New Roman" w:hAnsi="Times New Roman" w:cs="Times New Roman"/>
                <w:b/>
                <w:sz w:val="28"/>
                <w:szCs w:val="28"/>
              </w:rPr>
            </w:pPr>
          </w:p>
          <w:p w:rsidR="00F24BED" w:rsidRPr="00F24BED" w:rsidRDefault="00F24BED" w:rsidP="00F24BED">
            <w:pPr>
              <w:jc w:val="right"/>
              <w:rPr>
                <w:rFonts w:ascii="Times New Roman" w:hAnsi="Times New Roman" w:cs="Times New Roman"/>
                <w:i/>
                <w:sz w:val="28"/>
                <w:szCs w:val="28"/>
              </w:rPr>
            </w:pPr>
            <w:r w:rsidRPr="00F24BED">
              <w:rPr>
                <w:rFonts w:ascii="Times New Roman" w:hAnsi="Times New Roman" w:cs="Times New Roman"/>
                <w:i/>
                <w:sz w:val="28"/>
                <w:szCs w:val="28"/>
              </w:rPr>
              <w:t xml:space="preserve">…, ngày… tháng .. năm </w:t>
            </w:r>
            <w:r w:rsidRPr="00F24BED">
              <w:rPr>
                <w:rFonts w:ascii="Times New Roman" w:hAnsi="Times New Roman" w:cs="Times New Roman"/>
                <w:i/>
                <w:sz w:val="28"/>
                <w:szCs w:val="28"/>
              </w:rPr>
              <w:t>…</w:t>
            </w:r>
          </w:p>
          <w:p w:rsidR="00F24BED" w:rsidRPr="007715D3" w:rsidRDefault="00F24BED" w:rsidP="00F24BED">
            <w:pPr>
              <w:rPr>
                <w:rFonts w:ascii="Times New Roman" w:hAnsi="Times New Roman" w:cs="Times New Roman"/>
                <w:sz w:val="28"/>
                <w:szCs w:val="28"/>
              </w:rPr>
            </w:pPr>
          </w:p>
        </w:tc>
      </w:tr>
    </w:tbl>
    <w:p w:rsidR="00F24BED" w:rsidRDefault="00F24BED" w:rsidP="00F24BED">
      <w:pPr>
        <w:spacing w:after="120" w:line="240" w:lineRule="auto"/>
        <w:rPr>
          <w:rFonts w:ascii="Times New Roman" w:hAnsi="Times New Roman" w:cs="Times New Roman"/>
          <w:b/>
          <w:sz w:val="28"/>
          <w:szCs w:val="28"/>
        </w:rPr>
      </w:pPr>
    </w:p>
    <w:p w:rsidR="00A61CDC" w:rsidRPr="007715D3" w:rsidRDefault="007715D3" w:rsidP="00F24BED">
      <w:pPr>
        <w:spacing w:after="120" w:line="240" w:lineRule="auto"/>
        <w:jc w:val="center"/>
        <w:rPr>
          <w:rFonts w:ascii="Times New Roman" w:hAnsi="Times New Roman" w:cs="Times New Roman"/>
          <w:sz w:val="28"/>
          <w:szCs w:val="28"/>
        </w:rPr>
      </w:pPr>
      <w:r w:rsidRPr="007715D3">
        <w:rPr>
          <w:rFonts w:ascii="Times New Roman" w:hAnsi="Times New Roman" w:cs="Times New Roman"/>
          <w:b/>
          <w:sz w:val="28"/>
          <w:szCs w:val="28"/>
        </w:rPr>
        <w:t>QUYẾT ĐỊNH</w:t>
      </w:r>
    </w:p>
    <w:p w:rsidR="00A61CDC" w:rsidRPr="00F24BED" w:rsidRDefault="007715D3" w:rsidP="00F24BED">
      <w:pPr>
        <w:spacing w:after="120" w:line="240" w:lineRule="auto"/>
        <w:jc w:val="center"/>
        <w:rPr>
          <w:rFonts w:ascii="Times New Roman" w:hAnsi="Times New Roman" w:cs="Times New Roman"/>
          <w:i/>
          <w:sz w:val="28"/>
          <w:szCs w:val="28"/>
        </w:rPr>
      </w:pPr>
      <w:r w:rsidRPr="00F24BED">
        <w:rPr>
          <w:rFonts w:ascii="Times New Roman" w:hAnsi="Times New Roman" w:cs="Times New Roman"/>
          <w:i/>
          <w:sz w:val="28"/>
          <w:szCs w:val="28"/>
        </w:rPr>
        <w:t>V</w:t>
      </w:r>
      <w:r w:rsidR="00F24BED">
        <w:rPr>
          <w:rFonts w:ascii="Times New Roman" w:hAnsi="Times New Roman" w:cs="Times New Roman"/>
          <w:i/>
          <w:sz w:val="28"/>
          <w:szCs w:val="28"/>
        </w:rPr>
        <w:t xml:space="preserve">/v </w:t>
      </w:r>
      <w:r w:rsidRPr="00F24BED">
        <w:rPr>
          <w:rFonts w:ascii="Times New Roman" w:hAnsi="Times New Roman" w:cs="Times New Roman"/>
          <w:i/>
          <w:sz w:val="28"/>
          <w:szCs w:val="28"/>
        </w:rPr>
        <w:t>chấm dứt hợp đồng lao động</w:t>
      </w:r>
    </w:p>
    <w:p w:rsidR="00A61CDC" w:rsidRPr="00F24BED" w:rsidRDefault="007715D3" w:rsidP="00F24BED">
      <w:pPr>
        <w:spacing w:after="120" w:line="240" w:lineRule="auto"/>
        <w:jc w:val="center"/>
        <w:rPr>
          <w:rFonts w:ascii="Times New Roman" w:hAnsi="Times New Roman" w:cs="Times New Roman"/>
          <w:b/>
          <w:sz w:val="28"/>
          <w:szCs w:val="28"/>
        </w:rPr>
      </w:pPr>
      <w:r w:rsidRPr="00F24BED">
        <w:rPr>
          <w:rFonts w:ascii="Times New Roman" w:hAnsi="Times New Roman" w:cs="Times New Roman"/>
          <w:b/>
          <w:sz w:val="28"/>
          <w:szCs w:val="28"/>
        </w:rPr>
        <w:t>GIÁM ĐỐC CÔNG TY ……………………</w:t>
      </w:r>
    </w:p>
    <w:p w:rsidR="00F24BED" w:rsidRDefault="00F24BED" w:rsidP="00F24BED">
      <w:pPr>
        <w:spacing w:after="120" w:line="240" w:lineRule="auto"/>
        <w:rPr>
          <w:rFonts w:ascii="Times New Roman" w:hAnsi="Times New Roman" w:cs="Times New Roman"/>
          <w:sz w:val="28"/>
          <w:szCs w:val="28"/>
        </w:rPr>
      </w:pPr>
    </w:p>
    <w:p w:rsidR="00A61CDC" w:rsidRPr="007715D3" w:rsidRDefault="007715D3" w:rsidP="00F24BED">
      <w:pPr>
        <w:spacing w:after="120" w:line="240" w:lineRule="auto"/>
        <w:rPr>
          <w:rFonts w:ascii="Times New Roman" w:hAnsi="Times New Roman" w:cs="Times New Roman"/>
          <w:sz w:val="28"/>
          <w:szCs w:val="28"/>
        </w:rPr>
      </w:pPr>
      <w:r w:rsidRPr="007715D3">
        <w:rPr>
          <w:rFonts w:ascii="Times New Roman" w:hAnsi="Times New Roman" w:cs="Times New Roman"/>
          <w:sz w:val="28"/>
          <w:szCs w:val="28"/>
        </w:rPr>
        <w:t>Căn cứ Bộ luật Lao động năm 2019;</w:t>
      </w:r>
    </w:p>
    <w:p w:rsidR="00A61CDC" w:rsidRPr="007715D3" w:rsidRDefault="007715D3" w:rsidP="00F24BED">
      <w:pPr>
        <w:spacing w:after="120" w:line="240" w:lineRule="auto"/>
        <w:rPr>
          <w:rFonts w:ascii="Times New Roman" w:hAnsi="Times New Roman" w:cs="Times New Roman"/>
          <w:sz w:val="28"/>
          <w:szCs w:val="28"/>
        </w:rPr>
      </w:pPr>
      <w:r w:rsidRPr="007715D3">
        <w:rPr>
          <w:rFonts w:ascii="Times New Roman" w:hAnsi="Times New Roman" w:cs="Times New Roman"/>
          <w:sz w:val="28"/>
          <w:szCs w:val="28"/>
        </w:rPr>
        <w:t>Căn cứ Hợp đồng lao động số …… ký ngày …… giữa Công ty … và Ông/Bà …;</w:t>
      </w:r>
    </w:p>
    <w:p w:rsidR="00A61CDC" w:rsidRPr="007715D3" w:rsidRDefault="007715D3" w:rsidP="00F24BED">
      <w:pPr>
        <w:spacing w:after="120" w:line="240" w:lineRule="auto"/>
        <w:rPr>
          <w:rFonts w:ascii="Times New Roman" w:hAnsi="Times New Roman" w:cs="Times New Roman"/>
          <w:sz w:val="28"/>
          <w:szCs w:val="28"/>
        </w:rPr>
      </w:pPr>
      <w:r w:rsidRPr="007715D3">
        <w:rPr>
          <w:rFonts w:ascii="Times New Roman" w:hAnsi="Times New Roman" w:cs="Times New Roman"/>
          <w:sz w:val="28"/>
          <w:szCs w:val="28"/>
        </w:rPr>
        <w:t>Căn cứ kết quả đánh giá hiệu quả công việc của Ông/Bà … trong thời gian qua;</w:t>
      </w:r>
    </w:p>
    <w:p w:rsidR="00A61CDC" w:rsidRPr="007715D3" w:rsidRDefault="007715D3" w:rsidP="00F24BED">
      <w:pPr>
        <w:spacing w:after="120" w:line="240" w:lineRule="auto"/>
        <w:rPr>
          <w:rFonts w:ascii="Times New Roman" w:hAnsi="Times New Roman" w:cs="Times New Roman"/>
          <w:sz w:val="28"/>
          <w:szCs w:val="28"/>
        </w:rPr>
      </w:pPr>
      <w:r w:rsidRPr="007715D3">
        <w:rPr>
          <w:rFonts w:ascii="Times New Roman" w:hAnsi="Times New Roman" w:cs="Times New Roman"/>
          <w:sz w:val="28"/>
          <w:szCs w:val="28"/>
        </w:rPr>
        <w:t>Xét đề nghị của Trưởng phòng Nhân sự,</w:t>
      </w:r>
    </w:p>
    <w:p w:rsidR="00A61CDC" w:rsidRPr="00F24BED" w:rsidRDefault="007715D3" w:rsidP="00F24BED">
      <w:pPr>
        <w:spacing w:after="120" w:line="240" w:lineRule="auto"/>
        <w:jc w:val="center"/>
        <w:rPr>
          <w:rFonts w:ascii="Times New Roman" w:hAnsi="Times New Roman" w:cs="Times New Roman"/>
          <w:b/>
          <w:sz w:val="28"/>
          <w:szCs w:val="28"/>
        </w:rPr>
      </w:pPr>
      <w:r w:rsidRPr="00F24BED">
        <w:rPr>
          <w:rFonts w:ascii="Times New Roman" w:hAnsi="Times New Roman" w:cs="Times New Roman"/>
          <w:b/>
          <w:sz w:val="28"/>
          <w:szCs w:val="28"/>
        </w:rPr>
        <w:t>QUYẾT ĐỊNH:</w:t>
      </w:r>
    </w:p>
    <w:p w:rsidR="00A61CDC" w:rsidRPr="007715D3" w:rsidRDefault="007715D3" w:rsidP="00F24BED">
      <w:pPr>
        <w:spacing w:after="120" w:line="240" w:lineRule="auto"/>
        <w:rPr>
          <w:rFonts w:ascii="Times New Roman" w:hAnsi="Times New Roman" w:cs="Times New Roman"/>
          <w:sz w:val="28"/>
          <w:szCs w:val="28"/>
        </w:rPr>
      </w:pPr>
      <w:r w:rsidRPr="00F24BED">
        <w:rPr>
          <w:rFonts w:ascii="Times New Roman" w:hAnsi="Times New Roman" w:cs="Times New Roman"/>
          <w:b/>
          <w:sz w:val="28"/>
          <w:szCs w:val="28"/>
        </w:rPr>
        <w:t>Điều 1:</w:t>
      </w:r>
      <w:r w:rsidRPr="007715D3">
        <w:rPr>
          <w:rFonts w:ascii="Times New Roman" w:hAnsi="Times New Roman" w:cs="Times New Roman"/>
          <w:sz w:val="28"/>
          <w:szCs w:val="28"/>
        </w:rPr>
        <w:t xml:space="preserve"> Chấm dứt hợp đồng lao động số …… ký ngày …… giữa Công ty … và Ông/Bà … kể từ ngày ……, do Ông/Bà … thường xuyên không hoàn thành công việc theo hợp đồng lao động.</w:t>
      </w:r>
    </w:p>
    <w:p w:rsidR="00A61CDC" w:rsidRPr="007715D3" w:rsidRDefault="007715D3" w:rsidP="00F24BED">
      <w:pPr>
        <w:spacing w:after="120" w:line="240" w:lineRule="auto"/>
        <w:rPr>
          <w:rFonts w:ascii="Times New Roman" w:hAnsi="Times New Roman" w:cs="Times New Roman"/>
          <w:sz w:val="28"/>
          <w:szCs w:val="28"/>
        </w:rPr>
      </w:pPr>
      <w:r w:rsidRPr="00F24BED">
        <w:rPr>
          <w:rFonts w:ascii="Times New Roman" w:hAnsi="Times New Roman" w:cs="Times New Roman"/>
          <w:b/>
          <w:sz w:val="28"/>
          <w:szCs w:val="28"/>
        </w:rPr>
        <w:t>Điều 2:</w:t>
      </w:r>
      <w:r w:rsidRPr="007715D3">
        <w:rPr>
          <w:rFonts w:ascii="Times New Roman" w:hAnsi="Times New Roman" w:cs="Times New Roman"/>
          <w:sz w:val="28"/>
          <w:szCs w:val="28"/>
        </w:rPr>
        <w:t xml:space="preserve"> Ông/Bà … có trách nhiệm bàn giao công việc, tài sản và các tài liệu liên quan cho bộ phận/phòng ban … trước ngày ….</w:t>
      </w:r>
    </w:p>
    <w:p w:rsidR="00A61CDC" w:rsidRPr="007715D3" w:rsidRDefault="007715D3" w:rsidP="00F24BED">
      <w:pPr>
        <w:spacing w:after="120" w:line="240" w:lineRule="auto"/>
        <w:rPr>
          <w:rFonts w:ascii="Times New Roman" w:hAnsi="Times New Roman" w:cs="Times New Roman"/>
          <w:sz w:val="28"/>
          <w:szCs w:val="28"/>
        </w:rPr>
      </w:pPr>
      <w:r w:rsidRPr="00F24BED">
        <w:rPr>
          <w:rFonts w:ascii="Times New Roman" w:hAnsi="Times New Roman" w:cs="Times New Roman"/>
          <w:b/>
          <w:sz w:val="28"/>
          <w:szCs w:val="28"/>
        </w:rPr>
        <w:t>Điều 3:</w:t>
      </w:r>
      <w:r w:rsidRPr="007715D3">
        <w:rPr>
          <w:rFonts w:ascii="Times New Roman" w:hAnsi="Times New Roman" w:cs="Times New Roman"/>
          <w:sz w:val="28"/>
          <w:szCs w:val="28"/>
        </w:rPr>
        <w:t xml:space="preserve"> Các phòng ban có liên quan (Phòng Nhân sự, Phòng Kế toán, …) có trách nhiệm thực hiện các thủ tục liên quan đến việc chấm dứt hợp đồng lao động theo quy định của pháp luật.</w:t>
      </w:r>
    </w:p>
    <w:p w:rsidR="00A61CDC" w:rsidRDefault="007715D3" w:rsidP="00F24BED">
      <w:pPr>
        <w:spacing w:after="120" w:line="240" w:lineRule="auto"/>
        <w:rPr>
          <w:rFonts w:ascii="Times New Roman" w:hAnsi="Times New Roman" w:cs="Times New Roman"/>
          <w:sz w:val="28"/>
          <w:szCs w:val="28"/>
        </w:rPr>
      </w:pPr>
      <w:r w:rsidRPr="00F24BED">
        <w:rPr>
          <w:rFonts w:ascii="Times New Roman" w:hAnsi="Times New Roman" w:cs="Times New Roman"/>
          <w:b/>
          <w:sz w:val="28"/>
          <w:szCs w:val="28"/>
        </w:rPr>
        <w:t>Điều 4:</w:t>
      </w:r>
      <w:r w:rsidRPr="007715D3">
        <w:rPr>
          <w:rFonts w:ascii="Times New Roman" w:hAnsi="Times New Roman" w:cs="Times New Roman"/>
          <w:sz w:val="28"/>
          <w:szCs w:val="28"/>
        </w:rPr>
        <w:t xml:space="preserve"> Quyết định này có hiệu lực kể từ ngày ký. Ông/Bà … và các đơn vị liên quan chịu trách nhiệm thi hành quyết định này.</w:t>
      </w:r>
    </w:p>
    <w:p w:rsidR="00F24BED" w:rsidRPr="007715D3" w:rsidRDefault="00F24BED" w:rsidP="00F24BED">
      <w:pPr>
        <w:spacing w:after="120" w:line="240" w:lineRule="auto"/>
        <w:rPr>
          <w:rFonts w:ascii="Times New Roman" w:hAnsi="Times New Roman" w:cs="Times New Roman"/>
          <w:sz w:val="28"/>
          <w:szCs w:val="28"/>
        </w:rPr>
      </w:pPr>
    </w:p>
    <w:p w:rsidR="00F24BED" w:rsidRPr="00F24BED" w:rsidRDefault="007715D3" w:rsidP="00F24BED">
      <w:pPr>
        <w:rPr>
          <w:rFonts w:ascii="Times New Roman" w:hAnsi="Times New Roman" w:cs="Times New Roman"/>
          <w:i/>
          <w:sz w:val="28"/>
          <w:szCs w:val="28"/>
        </w:rPr>
      </w:pPr>
      <w:r w:rsidRPr="00F24BED">
        <w:rPr>
          <w:rFonts w:ascii="Times New Roman" w:hAnsi="Times New Roman" w:cs="Times New Roman"/>
          <w:b/>
          <w:i/>
          <w:sz w:val="28"/>
          <w:szCs w:val="28"/>
        </w:rPr>
        <w:t>Nơi nhận:</w:t>
      </w:r>
      <w:r w:rsidR="00F24BED">
        <w:rPr>
          <w:rFonts w:ascii="Times New Roman" w:hAnsi="Times New Roman" w:cs="Times New Roman"/>
          <w:sz w:val="28"/>
          <w:szCs w:val="28"/>
        </w:rPr>
        <w:t xml:space="preserve"> </w:t>
      </w:r>
      <w:r w:rsidR="00F24BED">
        <w:rPr>
          <w:rFonts w:ascii="Times New Roman" w:hAnsi="Times New Roman" w:cs="Times New Roman"/>
          <w:sz w:val="28"/>
          <w:szCs w:val="28"/>
        </w:rPr>
        <w:tab/>
      </w:r>
      <w:r w:rsidR="00F24BED">
        <w:rPr>
          <w:rFonts w:ascii="Times New Roman" w:hAnsi="Times New Roman" w:cs="Times New Roman"/>
          <w:sz w:val="28"/>
          <w:szCs w:val="28"/>
        </w:rPr>
        <w:tab/>
      </w:r>
      <w:r w:rsidR="00F24BED">
        <w:rPr>
          <w:rFonts w:ascii="Times New Roman" w:hAnsi="Times New Roman" w:cs="Times New Roman"/>
          <w:sz w:val="28"/>
          <w:szCs w:val="28"/>
        </w:rPr>
        <w:tab/>
      </w:r>
      <w:r w:rsidR="00F24BED">
        <w:rPr>
          <w:rFonts w:ascii="Times New Roman" w:hAnsi="Times New Roman" w:cs="Times New Roman"/>
          <w:sz w:val="28"/>
          <w:szCs w:val="28"/>
        </w:rPr>
        <w:tab/>
      </w:r>
      <w:r w:rsidR="00F24BED">
        <w:rPr>
          <w:rFonts w:ascii="Times New Roman" w:hAnsi="Times New Roman" w:cs="Times New Roman"/>
          <w:sz w:val="28"/>
          <w:szCs w:val="28"/>
        </w:rPr>
        <w:tab/>
      </w:r>
      <w:r w:rsidR="00F24BED">
        <w:rPr>
          <w:rFonts w:ascii="Times New Roman" w:hAnsi="Times New Roman" w:cs="Times New Roman"/>
          <w:sz w:val="28"/>
          <w:szCs w:val="28"/>
        </w:rPr>
        <w:tab/>
      </w:r>
      <w:r w:rsidR="00F24BED">
        <w:rPr>
          <w:rFonts w:ascii="Times New Roman" w:hAnsi="Times New Roman" w:cs="Times New Roman"/>
          <w:sz w:val="28"/>
          <w:szCs w:val="28"/>
        </w:rPr>
        <w:tab/>
        <w:t xml:space="preserve">       </w:t>
      </w:r>
      <w:r w:rsidR="00F24BED" w:rsidRPr="007715D3">
        <w:rPr>
          <w:rFonts w:ascii="Times New Roman" w:hAnsi="Times New Roman" w:cs="Times New Roman"/>
          <w:b/>
          <w:sz w:val="28"/>
          <w:szCs w:val="28"/>
        </w:rPr>
        <w:t>GIÁM ĐỐC</w:t>
      </w:r>
      <w:r w:rsidRPr="007715D3">
        <w:rPr>
          <w:rFonts w:ascii="Times New Roman" w:hAnsi="Times New Roman" w:cs="Times New Roman"/>
          <w:sz w:val="28"/>
          <w:szCs w:val="28"/>
        </w:rPr>
        <w:br/>
        <w:t>- Như Điều 4;</w:t>
      </w:r>
      <w:r w:rsidR="00F24BED">
        <w:rPr>
          <w:rFonts w:ascii="Times New Roman" w:hAnsi="Times New Roman" w:cs="Times New Roman"/>
          <w:sz w:val="28"/>
          <w:szCs w:val="28"/>
        </w:rPr>
        <w:t xml:space="preserve">  </w:t>
      </w:r>
      <w:r w:rsidR="00F24BED">
        <w:rPr>
          <w:rFonts w:ascii="Times New Roman" w:hAnsi="Times New Roman" w:cs="Times New Roman"/>
          <w:sz w:val="28"/>
          <w:szCs w:val="28"/>
        </w:rPr>
        <w:tab/>
      </w:r>
      <w:r w:rsidR="00F24BED">
        <w:rPr>
          <w:rFonts w:ascii="Times New Roman" w:hAnsi="Times New Roman" w:cs="Times New Roman"/>
          <w:sz w:val="28"/>
          <w:szCs w:val="28"/>
        </w:rPr>
        <w:tab/>
      </w:r>
      <w:r w:rsidR="00F24BED">
        <w:rPr>
          <w:rFonts w:ascii="Times New Roman" w:hAnsi="Times New Roman" w:cs="Times New Roman"/>
          <w:sz w:val="28"/>
          <w:szCs w:val="28"/>
        </w:rPr>
        <w:tab/>
      </w:r>
      <w:r w:rsidR="00F24BED">
        <w:rPr>
          <w:rFonts w:ascii="Times New Roman" w:hAnsi="Times New Roman" w:cs="Times New Roman"/>
          <w:sz w:val="28"/>
          <w:szCs w:val="28"/>
        </w:rPr>
        <w:tab/>
      </w:r>
      <w:r w:rsidR="00F24BED">
        <w:rPr>
          <w:rFonts w:ascii="Times New Roman" w:hAnsi="Times New Roman" w:cs="Times New Roman"/>
          <w:sz w:val="28"/>
          <w:szCs w:val="28"/>
        </w:rPr>
        <w:tab/>
      </w:r>
      <w:r w:rsidR="00F24BED">
        <w:rPr>
          <w:rFonts w:ascii="Times New Roman" w:hAnsi="Times New Roman" w:cs="Times New Roman"/>
          <w:sz w:val="28"/>
          <w:szCs w:val="28"/>
        </w:rPr>
        <w:tab/>
      </w:r>
      <w:r w:rsidR="00F24BED" w:rsidRPr="00F24BED">
        <w:rPr>
          <w:rFonts w:ascii="Times New Roman" w:hAnsi="Times New Roman" w:cs="Times New Roman"/>
          <w:i/>
          <w:sz w:val="28"/>
          <w:szCs w:val="28"/>
        </w:rPr>
        <w:t>(Ký và ghi rõ họ tên)</w:t>
      </w:r>
    </w:p>
    <w:p w:rsidR="00A61CDC" w:rsidRPr="007715D3" w:rsidRDefault="00F24BED" w:rsidP="00F24BED">
      <w:pPr>
        <w:rPr>
          <w:rFonts w:ascii="Times New Roman" w:hAnsi="Times New Roman" w:cs="Times New Roman"/>
          <w:b/>
          <w:sz w:val="28"/>
          <w:szCs w:val="28"/>
        </w:rPr>
      </w:pPr>
      <w:r w:rsidRPr="007715D3">
        <w:rPr>
          <w:rFonts w:ascii="Times New Roman" w:hAnsi="Times New Roman" w:cs="Times New Roman"/>
          <w:sz w:val="28"/>
          <w:szCs w:val="28"/>
        </w:rPr>
        <w:t>- Lưu: VT, Hồ sơ nhân sự</w:t>
      </w:r>
      <w:r>
        <w:rPr>
          <w:rFonts w:ascii="Times New Roman" w:hAnsi="Times New Roman" w:cs="Times New Roman"/>
          <w:sz w:val="28"/>
          <w:szCs w:val="28"/>
        </w:rPr>
        <w:t>.</w:t>
      </w:r>
      <w:bookmarkStart w:id="0" w:name="_GoBack"/>
      <w:bookmarkEnd w:id="0"/>
      <w:r w:rsidR="007715D3" w:rsidRPr="007715D3">
        <w:rPr>
          <w:rFonts w:ascii="Times New Roman" w:hAnsi="Times New Roman" w:cs="Times New Roman"/>
          <w:b/>
          <w:sz w:val="28"/>
          <w:szCs w:val="28"/>
        </w:rPr>
        <w:br/>
      </w:r>
    </w:p>
    <w:p w:rsidR="007715D3" w:rsidRPr="007715D3" w:rsidRDefault="007715D3">
      <w:pPr>
        <w:jc w:val="right"/>
        <w:rPr>
          <w:rFonts w:ascii="Times New Roman" w:hAnsi="Times New Roman" w:cs="Times New Roman"/>
          <w:b/>
          <w:sz w:val="28"/>
          <w:szCs w:val="28"/>
        </w:rPr>
      </w:pPr>
    </w:p>
    <w:sectPr w:rsidR="007715D3" w:rsidRPr="007715D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6734A0"/>
    <w:rsid w:val="007715D3"/>
    <w:rsid w:val="00A61CDC"/>
    <w:rsid w:val="00AA1D8D"/>
    <w:rsid w:val="00B47730"/>
    <w:rsid w:val="00CB0664"/>
    <w:rsid w:val="00F24B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D8350906-4900-42D0-B6B5-87A8DE886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78BEE-9F9A-4DBE-A779-E6F927E32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167</Words>
  <Characters>955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2</cp:revision>
  <dcterms:created xsi:type="dcterms:W3CDTF">2025-06-12T07:23:00Z</dcterms:created>
  <dcterms:modified xsi:type="dcterms:W3CDTF">2025-06-12T07:23:00Z</dcterms:modified>
  <cp:category/>
</cp:coreProperties>
</file>