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5"/>
        <w:gridCol w:w="5751"/>
      </w:tblGrid>
      <w:tr w:rsidR="00736347" w:rsidRPr="00736347" w:rsidTr="00736347">
        <w:tc>
          <w:tcPr>
            <w:tcW w:w="2943" w:type="dxa"/>
          </w:tcPr>
          <w:p w:rsidR="00736347" w:rsidRDefault="00736347" w:rsidP="007B4B11">
            <w:pPr>
              <w:jc w:val="center"/>
              <w:rPr>
                <w:rFonts w:ascii="Times New Roman" w:hAnsi="Times New Roman" w:cs="Times New Roman"/>
                <w:b/>
                <w:sz w:val="26"/>
                <w:szCs w:val="26"/>
              </w:rPr>
            </w:pPr>
            <w:r w:rsidRPr="00736347">
              <w:rPr>
                <w:rFonts w:ascii="Times New Roman" w:hAnsi="Times New Roman" w:cs="Times New Roman"/>
                <w:b/>
                <w:sz w:val="26"/>
                <w:szCs w:val="26"/>
              </w:rPr>
              <w:t>TÊN CHỦ ĐẦU TƯ / BÊN GIAO THẦU</w:t>
            </w:r>
          </w:p>
          <w:p w:rsidR="007B4B11" w:rsidRPr="00736347" w:rsidRDefault="007B4B11" w:rsidP="007B4B11">
            <w:pPr>
              <w:jc w:val="center"/>
              <w:rPr>
                <w:rFonts w:ascii="Times New Roman" w:hAnsi="Times New Roman" w:cs="Times New Roman"/>
                <w:b/>
                <w:sz w:val="26"/>
                <w:szCs w:val="26"/>
              </w:rPr>
            </w:pPr>
            <w:r>
              <w:rPr>
                <w:rFonts w:ascii="Times New Roman" w:hAnsi="Times New Roman" w:cs="Times New Roman"/>
                <w:b/>
                <w:sz w:val="26"/>
                <w:szCs w:val="26"/>
              </w:rPr>
              <w:t>-----</w:t>
            </w:r>
          </w:p>
          <w:p w:rsidR="00736347" w:rsidRPr="00736347" w:rsidRDefault="00736347" w:rsidP="007B4B11">
            <w:pPr>
              <w:rPr>
                <w:rFonts w:ascii="Times New Roman" w:hAnsi="Times New Roman" w:cs="Times New Roman"/>
                <w:b/>
                <w:sz w:val="26"/>
                <w:szCs w:val="26"/>
              </w:rPr>
            </w:pPr>
          </w:p>
        </w:tc>
        <w:tc>
          <w:tcPr>
            <w:tcW w:w="5913" w:type="dxa"/>
          </w:tcPr>
          <w:p w:rsidR="00736347" w:rsidRPr="00736347" w:rsidRDefault="00736347" w:rsidP="007B4B11">
            <w:pPr>
              <w:jc w:val="center"/>
              <w:rPr>
                <w:rFonts w:ascii="Times New Roman" w:hAnsi="Times New Roman" w:cs="Times New Roman"/>
                <w:b/>
                <w:sz w:val="26"/>
                <w:szCs w:val="26"/>
              </w:rPr>
            </w:pPr>
            <w:r w:rsidRPr="00736347">
              <w:rPr>
                <w:rFonts w:ascii="Times New Roman" w:hAnsi="Times New Roman" w:cs="Times New Roman"/>
                <w:b/>
                <w:sz w:val="26"/>
                <w:szCs w:val="26"/>
              </w:rPr>
              <w:t>CỘNG HÒA XÃ HỘI CHỦ NGHĨA VIỆT NAM</w:t>
            </w:r>
          </w:p>
          <w:p w:rsidR="00736347" w:rsidRDefault="00736347" w:rsidP="007B4B11">
            <w:pPr>
              <w:jc w:val="center"/>
              <w:rPr>
                <w:rFonts w:ascii="Times New Roman" w:hAnsi="Times New Roman" w:cs="Times New Roman"/>
                <w:b/>
                <w:sz w:val="26"/>
                <w:szCs w:val="26"/>
              </w:rPr>
            </w:pPr>
            <w:r w:rsidRPr="00736347">
              <w:rPr>
                <w:rFonts w:ascii="Times New Roman" w:hAnsi="Times New Roman" w:cs="Times New Roman"/>
                <w:b/>
                <w:sz w:val="26"/>
                <w:szCs w:val="26"/>
              </w:rPr>
              <w:t>Độc lập - Tự do - Hạnh phúc</w:t>
            </w:r>
          </w:p>
          <w:p w:rsidR="007B4B11" w:rsidRPr="00736347" w:rsidRDefault="007B4B11" w:rsidP="007B4B11">
            <w:pPr>
              <w:jc w:val="center"/>
              <w:rPr>
                <w:rFonts w:ascii="Times New Roman" w:hAnsi="Times New Roman" w:cs="Times New Roman"/>
                <w:b/>
                <w:sz w:val="26"/>
                <w:szCs w:val="26"/>
              </w:rPr>
            </w:pPr>
            <w:r>
              <w:rPr>
                <w:rFonts w:ascii="Times New Roman" w:hAnsi="Times New Roman" w:cs="Times New Roman"/>
                <w:b/>
                <w:sz w:val="26"/>
                <w:szCs w:val="26"/>
              </w:rPr>
              <w:t>---------------</w:t>
            </w:r>
          </w:p>
          <w:p w:rsidR="00736347" w:rsidRPr="00736347" w:rsidRDefault="00736347" w:rsidP="007B4B11">
            <w:pPr>
              <w:rPr>
                <w:rFonts w:ascii="Times New Roman" w:hAnsi="Times New Roman" w:cs="Times New Roman"/>
                <w:b/>
                <w:sz w:val="26"/>
                <w:szCs w:val="26"/>
              </w:rPr>
            </w:pPr>
          </w:p>
        </w:tc>
      </w:tr>
      <w:tr w:rsidR="00736347" w:rsidRPr="00736347" w:rsidTr="00736347">
        <w:tc>
          <w:tcPr>
            <w:tcW w:w="2943" w:type="dxa"/>
          </w:tcPr>
          <w:p w:rsidR="00736347" w:rsidRPr="00736347" w:rsidRDefault="00736347" w:rsidP="007B4B11">
            <w:pPr>
              <w:rPr>
                <w:rFonts w:ascii="Times New Roman" w:hAnsi="Times New Roman" w:cs="Times New Roman"/>
                <w:sz w:val="26"/>
                <w:szCs w:val="26"/>
              </w:rPr>
            </w:pPr>
            <w:r w:rsidRPr="00736347">
              <w:rPr>
                <w:rFonts w:ascii="Times New Roman" w:hAnsi="Times New Roman" w:cs="Times New Roman"/>
                <w:sz w:val="26"/>
                <w:szCs w:val="26"/>
              </w:rPr>
              <w:t>Số: ………/CV-……</w:t>
            </w:r>
          </w:p>
          <w:p w:rsidR="00736347" w:rsidRPr="007B4B11" w:rsidRDefault="00736347" w:rsidP="007B4B11">
            <w:pPr>
              <w:rPr>
                <w:rFonts w:ascii="Times New Roman" w:hAnsi="Times New Roman" w:cs="Times New Roman"/>
                <w:i/>
                <w:sz w:val="26"/>
                <w:szCs w:val="26"/>
              </w:rPr>
            </w:pPr>
            <w:r w:rsidRPr="007B4B11">
              <w:rPr>
                <w:rFonts w:ascii="Times New Roman" w:hAnsi="Times New Roman" w:cs="Times New Roman"/>
                <w:i/>
                <w:sz w:val="26"/>
                <w:szCs w:val="26"/>
              </w:rPr>
              <w:t>V/v điều chỉnh tiến độ thực hiện Hợp đồng xây dựng số …/HĐ-XD</w:t>
            </w:r>
          </w:p>
          <w:p w:rsidR="00736347" w:rsidRPr="00736347" w:rsidRDefault="00736347" w:rsidP="007B4B11">
            <w:pPr>
              <w:rPr>
                <w:rFonts w:ascii="Times New Roman" w:hAnsi="Times New Roman" w:cs="Times New Roman"/>
                <w:sz w:val="26"/>
                <w:szCs w:val="26"/>
              </w:rPr>
            </w:pPr>
          </w:p>
        </w:tc>
        <w:tc>
          <w:tcPr>
            <w:tcW w:w="5913" w:type="dxa"/>
          </w:tcPr>
          <w:p w:rsidR="007B4B11" w:rsidRPr="00736347" w:rsidRDefault="007B4B11" w:rsidP="007B4B11">
            <w:pPr>
              <w:jc w:val="right"/>
              <w:rPr>
                <w:rFonts w:ascii="Times New Roman" w:hAnsi="Times New Roman" w:cs="Times New Roman"/>
                <w:i/>
                <w:sz w:val="26"/>
                <w:szCs w:val="26"/>
              </w:rPr>
            </w:pPr>
            <w:r w:rsidRPr="00736347">
              <w:rPr>
                <w:rFonts w:ascii="Times New Roman" w:hAnsi="Times New Roman" w:cs="Times New Roman"/>
                <w:i/>
                <w:sz w:val="26"/>
                <w:szCs w:val="26"/>
              </w:rPr>
              <w:t>…, ngày … tháng … năm …</w:t>
            </w:r>
          </w:p>
          <w:p w:rsidR="00736347" w:rsidRPr="00736347" w:rsidRDefault="00736347" w:rsidP="007B4B11">
            <w:pPr>
              <w:rPr>
                <w:rFonts w:ascii="Times New Roman" w:hAnsi="Times New Roman" w:cs="Times New Roman"/>
                <w:sz w:val="26"/>
                <w:szCs w:val="26"/>
              </w:rPr>
            </w:pPr>
          </w:p>
        </w:tc>
      </w:tr>
    </w:tbl>
    <w:p w:rsidR="007B4B11" w:rsidRPr="00736347" w:rsidRDefault="00606560" w:rsidP="007B4B11">
      <w:pPr>
        <w:spacing w:after="120" w:line="240" w:lineRule="auto"/>
        <w:jc w:val="center"/>
        <w:rPr>
          <w:rFonts w:ascii="Times New Roman" w:hAnsi="Times New Roman" w:cs="Times New Roman"/>
          <w:sz w:val="26"/>
          <w:szCs w:val="26"/>
        </w:rPr>
      </w:pPr>
      <w:r w:rsidRPr="007B4B11">
        <w:rPr>
          <w:rFonts w:ascii="Times New Roman" w:hAnsi="Times New Roman" w:cs="Times New Roman"/>
          <w:b/>
          <w:sz w:val="26"/>
          <w:szCs w:val="26"/>
        </w:rPr>
        <w:t>Kính gửi:</w:t>
      </w:r>
      <w:r w:rsidRPr="00736347">
        <w:rPr>
          <w:rFonts w:ascii="Times New Roman" w:hAnsi="Times New Roman" w:cs="Times New Roman"/>
          <w:sz w:val="26"/>
          <w:szCs w:val="26"/>
        </w:rPr>
        <w:t xml:space="preserve"> [Tên Nhà thầu / Đơn vị thi công]</w:t>
      </w:r>
    </w:p>
    <w:p w:rsidR="00FD24F9" w:rsidRPr="007B4B11" w:rsidRDefault="007B4B11" w:rsidP="007B4B11">
      <w:pPr>
        <w:spacing w:after="120" w:line="240" w:lineRule="auto"/>
        <w:jc w:val="both"/>
        <w:rPr>
          <w:rFonts w:ascii="Times New Roman" w:hAnsi="Times New Roman" w:cs="Times New Roman"/>
          <w:i/>
          <w:sz w:val="26"/>
          <w:szCs w:val="26"/>
        </w:rPr>
      </w:pPr>
      <w:r w:rsidRPr="007B4B11">
        <w:rPr>
          <w:rFonts w:ascii="Times New Roman" w:hAnsi="Times New Roman" w:cs="Times New Roman"/>
          <w:i/>
          <w:sz w:val="26"/>
          <w:szCs w:val="26"/>
        </w:rPr>
        <w:t>Căn cứ</w:t>
      </w:r>
      <w:r w:rsidR="00606560" w:rsidRPr="007B4B11">
        <w:rPr>
          <w:rFonts w:ascii="Times New Roman" w:hAnsi="Times New Roman" w:cs="Times New Roman"/>
          <w:i/>
          <w:sz w:val="26"/>
          <w:szCs w:val="26"/>
        </w:rPr>
        <w:t xml:space="preserve"> Luật Xây dựng số 50/2014/QH13 ngày 18/6/2014 và Luật sửa đổi, bổ sung số 62/2020/QH14;</w:t>
      </w:r>
    </w:p>
    <w:p w:rsidR="00FD24F9" w:rsidRPr="007B4B11" w:rsidRDefault="007B4B11" w:rsidP="007B4B11">
      <w:pPr>
        <w:spacing w:after="120" w:line="240" w:lineRule="auto"/>
        <w:jc w:val="both"/>
        <w:rPr>
          <w:rFonts w:ascii="Times New Roman" w:hAnsi="Times New Roman" w:cs="Times New Roman"/>
          <w:i/>
          <w:sz w:val="26"/>
          <w:szCs w:val="26"/>
        </w:rPr>
      </w:pPr>
      <w:r w:rsidRPr="007B4B11">
        <w:rPr>
          <w:rFonts w:ascii="Times New Roman" w:hAnsi="Times New Roman" w:cs="Times New Roman"/>
          <w:i/>
          <w:sz w:val="26"/>
          <w:szCs w:val="26"/>
        </w:rPr>
        <w:t>Căn cứ</w:t>
      </w:r>
      <w:r w:rsidR="00606560" w:rsidRPr="007B4B11">
        <w:rPr>
          <w:rFonts w:ascii="Times New Roman" w:hAnsi="Times New Roman" w:cs="Times New Roman"/>
          <w:i/>
          <w:sz w:val="26"/>
          <w:szCs w:val="26"/>
        </w:rPr>
        <w:t xml:space="preserve"> Nghị định số 37/2015/NĐ-CP ngày 22/4/2015 của Chính phủ về hợp đồng xây dựng;</w:t>
      </w:r>
    </w:p>
    <w:p w:rsidR="00FD24F9" w:rsidRPr="007B4B11" w:rsidRDefault="007B4B11" w:rsidP="007B4B11">
      <w:pPr>
        <w:spacing w:after="120" w:line="240" w:lineRule="auto"/>
        <w:jc w:val="both"/>
        <w:rPr>
          <w:rFonts w:ascii="Times New Roman" w:hAnsi="Times New Roman" w:cs="Times New Roman"/>
          <w:i/>
          <w:sz w:val="26"/>
          <w:szCs w:val="26"/>
        </w:rPr>
      </w:pPr>
      <w:r w:rsidRPr="007B4B11">
        <w:rPr>
          <w:rFonts w:ascii="Times New Roman" w:hAnsi="Times New Roman" w:cs="Times New Roman"/>
          <w:i/>
          <w:sz w:val="26"/>
          <w:szCs w:val="26"/>
        </w:rPr>
        <w:t>Căn cứ</w:t>
      </w:r>
      <w:r w:rsidR="00606560" w:rsidRPr="007B4B11">
        <w:rPr>
          <w:rFonts w:ascii="Times New Roman" w:hAnsi="Times New Roman" w:cs="Times New Roman"/>
          <w:i/>
          <w:sz w:val="26"/>
          <w:szCs w:val="26"/>
        </w:rPr>
        <w:t xml:space="preserve"> Nghị định số 50/2021/NĐ-CP ngày 01/4/2021 của Chính phủ sửa đổi, bổ sung Nghị định 37/2015/NĐ-CP;</w:t>
      </w:r>
    </w:p>
    <w:p w:rsidR="00FD24F9" w:rsidRPr="007B4B11" w:rsidRDefault="007B4B11" w:rsidP="007B4B11">
      <w:pPr>
        <w:spacing w:after="120" w:line="240" w:lineRule="auto"/>
        <w:jc w:val="both"/>
        <w:rPr>
          <w:rFonts w:ascii="Times New Roman" w:hAnsi="Times New Roman" w:cs="Times New Roman"/>
          <w:i/>
          <w:sz w:val="26"/>
          <w:szCs w:val="26"/>
        </w:rPr>
      </w:pPr>
      <w:r w:rsidRPr="007B4B11">
        <w:rPr>
          <w:rFonts w:ascii="Times New Roman" w:hAnsi="Times New Roman" w:cs="Times New Roman"/>
          <w:i/>
          <w:sz w:val="26"/>
          <w:szCs w:val="26"/>
        </w:rPr>
        <w:t>Căn cứ</w:t>
      </w:r>
      <w:r w:rsidRPr="007B4B11">
        <w:rPr>
          <w:rFonts w:ascii="Times New Roman" w:hAnsi="Times New Roman" w:cs="Times New Roman"/>
          <w:i/>
          <w:sz w:val="26"/>
          <w:szCs w:val="26"/>
        </w:rPr>
        <w:t xml:space="preserve"> </w:t>
      </w:r>
      <w:r w:rsidR="00606560" w:rsidRPr="007B4B11">
        <w:rPr>
          <w:rFonts w:ascii="Times New Roman" w:hAnsi="Times New Roman" w:cs="Times New Roman"/>
          <w:i/>
          <w:sz w:val="26"/>
          <w:szCs w:val="26"/>
        </w:rPr>
        <w:t>Hợp đồng xây dựng số …/HĐ-XD ký ngày …/…/… giữa [Chủ đầu tư] và [Nhà thầu];</w:t>
      </w:r>
    </w:p>
    <w:p w:rsidR="00FD24F9" w:rsidRPr="007B4B11" w:rsidRDefault="007B4B11" w:rsidP="007B4B11">
      <w:pPr>
        <w:spacing w:after="120" w:line="240" w:lineRule="auto"/>
        <w:jc w:val="both"/>
        <w:rPr>
          <w:rFonts w:ascii="Times New Roman" w:hAnsi="Times New Roman" w:cs="Times New Roman"/>
          <w:i/>
          <w:sz w:val="26"/>
          <w:szCs w:val="26"/>
        </w:rPr>
      </w:pPr>
      <w:r w:rsidRPr="007B4B11">
        <w:rPr>
          <w:rFonts w:ascii="Times New Roman" w:hAnsi="Times New Roman" w:cs="Times New Roman"/>
          <w:i/>
          <w:sz w:val="26"/>
          <w:szCs w:val="26"/>
        </w:rPr>
        <w:t>Căn cứ</w:t>
      </w:r>
      <w:r w:rsidR="00606560" w:rsidRPr="007B4B11">
        <w:rPr>
          <w:rFonts w:ascii="Times New Roman" w:hAnsi="Times New Roman" w:cs="Times New Roman"/>
          <w:i/>
          <w:sz w:val="26"/>
          <w:szCs w:val="26"/>
        </w:rPr>
        <w:t xml:space="preserve"> Quyết định số …/QĐ-… ngày …/…/… của [Cơ quan có thẩm quyền] về việc điều chỉnh dự án/điều chỉnh phạm vi công việc;</w:t>
      </w:r>
    </w:p>
    <w:p w:rsidR="00FD24F9" w:rsidRPr="007B4B11" w:rsidRDefault="007B4B11" w:rsidP="007B4B11">
      <w:pPr>
        <w:spacing w:after="120" w:line="240" w:lineRule="auto"/>
        <w:jc w:val="both"/>
        <w:rPr>
          <w:rFonts w:ascii="Times New Roman" w:hAnsi="Times New Roman" w:cs="Times New Roman"/>
          <w:i/>
          <w:sz w:val="26"/>
          <w:szCs w:val="26"/>
        </w:rPr>
      </w:pPr>
      <w:r w:rsidRPr="007B4B11">
        <w:rPr>
          <w:rFonts w:ascii="Times New Roman" w:hAnsi="Times New Roman" w:cs="Times New Roman"/>
          <w:i/>
          <w:sz w:val="26"/>
          <w:szCs w:val="26"/>
        </w:rPr>
        <w:t>Căn cứ</w:t>
      </w:r>
      <w:r w:rsidR="00606560" w:rsidRPr="007B4B11">
        <w:rPr>
          <w:rFonts w:ascii="Times New Roman" w:hAnsi="Times New Roman" w:cs="Times New Roman"/>
          <w:i/>
          <w:sz w:val="26"/>
          <w:szCs w:val="26"/>
        </w:rPr>
        <w:t xml:space="preserve"> Biên bản họp, đề nghị của [Ban QLDA hoặc Nhà thầu] ngày …/…/…;</w:t>
      </w:r>
    </w:p>
    <w:p w:rsidR="00FD24F9" w:rsidRPr="00736347" w:rsidRDefault="007B4B11" w:rsidP="007B4B11">
      <w:pPr>
        <w:spacing w:after="120" w:line="240" w:lineRule="auto"/>
        <w:jc w:val="both"/>
        <w:rPr>
          <w:rFonts w:ascii="Times New Roman" w:hAnsi="Times New Roman" w:cs="Times New Roman"/>
          <w:sz w:val="26"/>
          <w:szCs w:val="26"/>
        </w:rPr>
      </w:pPr>
      <w:r>
        <w:rPr>
          <w:rFonts w:ascii="Times New Roman" w:hAnsi="Times New Roman" w:cs="Times New Roman"/>
          <w:sz w:val="26"/>
          <w:szCs w:val="26"/>
        </w:rPr>
        <w:t>…….</w:t>
      </w:r>
      <w:r w:rsidR="00606560" w:rsidRPr="00736347">
        <w:rPr>
          <w:rFonts w:ascii="Times New Roman" w:hAnsi="Times New Roman" w:cs="Times New Roman"/>
          <w:sz w:val="26"/>
          <w:szCs w:val="26"/>
        </w:rPr>
        <w:t xml:space="preserve"> [Tên chủ đầu tư] thống nhất với </w:t>
      </w:r>
      <w:r>
        <w:rPr>
          <w:rFonts w:ascii="Times New Roman" w:hAnsi="Times New Roman" w:cs="Times New Roman"/>
          <w:sz w:val="26"/>
          <w:szCs w:val="26"/>
        </w:rPr>
        <w:t xml:space="preserve">……. </w:t>
      </w:r>
      <w:r w:rsidR="00606560" w:rsidRPr="00736347">
        <w:rPr>
          <w:rFonts w:ascii="Times New Roman" w:hAnsi="Times New Roman" w:cs="Times New Roman"/>
          <w:sz w:val="26"/>
          <w:szCs w:val="26"/>
        </w:rPr>
        <w:t>[Tên nhà thầu] về việc điều chỉnh tiến độ thực hiện Hợp đồng xây dựng số …/HĐ-XD như sau:</w:t>
      </w:r>
    </w:p>
    <w:p w:rsidR="00FD24F9" w:rsidRPr="00736347" w:rsidRDefault="00606560" w:rsidP="007B4B11">
      <w:pPr>
        <w:spacing w:after="120" w:line="240" w:lineRule="auto"/>
        <w:jc w:val="both"/>
        <w:rPr>
          <w:rFonts w:ascii="Times New Roman" w:hAnsi="Times New Roman" w:cs="Times New Roman"/>
          <w:sz w:val="26"/>
          <w:szCs w:val="26"/>
        </w:rPr>
      </w:pPr>
      <w:r w:rsidRPr="00736347">
        <w:rPr>
          <w:rFonts w:ascii="Times New Roman" w:hAnsi="Times New Roman" w:cs="Times New Roman"/>
          <w:sz w:val="26"/>
          <w:szCs w:val="26"/>
        </w:rPr>
        <w:t>1. Tên dự án/gói thầu: ………………………………………</w:t>
      </w:r>
    </w:p>
    <w:p w:rsidR="00FD24F9" w:rsidRPr="00736347" w:rsidRDefault="00606560" w:rsidP="007B4B11">
      <w:pPr>
        <w:spacing w:after="120" w:line="240" w:lineRule="auto"/>
        <w:jc w:val="both"/>
        <w:rPr>
          <w:rFonts w:ascii="Times New Roman" w:hAnsi="Times New Roman" w:cs="Times New Roman"/>
          <w:sz w:val="26"/>
          <w:szCs w:val="26"/>
        </w:rPr>
      </w:pPr>
      <w:r w:rsidRPr="00736347">
        <w:rPr>
          <w:rFonts w:ascii="Times New Roman" w:hAnsi="Times New Roman" w:cs="Times New Roman"/>
          <w:sz w:val="26"/>
          <w:szCs w:val="26"/>
        </w:rPr>
        <w:t>2. Tên công trình: ……………………………………………</w:t>
      </w:r>
    </w:p>
    <w:p w:rsidR="00FD24F9" w:rsidRPr="00736347" w:rsidRDefault="00606560" w:rsidP="007B4B11">
      <w:pPr>
        <w:spacing w:after="120" w:line="240" w:lineRule="auto"/>
        <w:jc w:val="both"/>
        <w:rPr>
          <w:rFonts w:ascii="Times New Roman" w:hAnsi="Times New Roman" w:cs="Times New Roman"/>
          <w:sz w:val="26"/>
          <w:szCs w:val="26"/>
        </w:rPr>
      </w:pPr>
      <w:r w:rsidRPr="00736347">
        <w:rPr>
          <w:rFonts w:ascii="Times New Roman" w:hAnsi="Times New Roman" w:cs="Times New Roman"/>
          <w:sz w:val="26"/>
          <w:szCs w:val="26"/>
        </w:rPr>
        <w:t>3. Nội dung điều chỉnh:</w:t>
      </w:r>
    </w:p>
    <w:p w:rsidR="00FD24F9" w:rsidRPr="00736347" w:rsidRDefault="00606560" w:rsidP="007B4B11">
      <w:pPr>
        <w:spacing w:after="120" w:line="240" w:lineRule="auto"/>
        <w:jc w:val="both"/>
        <w:rPr>
          <w:rFonts w:ascii="Times New Roman" w:hAnsi="Times New Roman" w:cs="Times New Roman"/>
          <w:sz w:val="26"/>
          <w:szCs w:val="26"/>
        </w:rPr>
      </w:pPr>
      <w:r w:rsidRPr="00736347">
        <w:rPr>
          <w:rFonts w:ascii="Times New Roman" w:hAnsi="Times New Roman" w:cs="Times New Roman"/>
          <w:sz w:val="26"/>
          <w:szCs w:val="26"/>
        </w:rPr>
        <w:t xml:space="preserve">   - Do việc điều chỉnh dự án/phạm vi công việc, thời gian thực hiện hợp đồng cần được điều chỉnh phù hợp.</w:t>
      </w:r>
    </w:p>
    <w:p w:rsidR="00FD24F9" w:rsidRPr="00736347" w:rsidRDefault="00606560" w:rsidP="007B4B11">
      <w:pPr>
        <w:spacing w:after="120" w:line="240" w:lineRule="auto"/>
        <w:jc w:val="both"/>
        <w:rPr>
          <w:rFonts w:ascii="Times New Roman" w:hAnsi="Times New Roman" w:cs="Times New Roman"/>
          <w:sz w:val="26"/>
          <w:szCs w:val="26"/>
        </w:rPr>
      </w:pPr>
      <w:r w:rsidRPr="00736347">
        <w:rPr>
          <w:rFonts w:ascii="Times New Roman" w:hAnsi="Times New Roman" w:cs="Times New Roman"/>
          <w:sz w:val="26"/>
          <w:szCs w:val="26"/>
        </w:rPr>
        <w:t xml:space="preserve">   - Thời gian thực hiện hợp đồng sau khi điều chỉnh:</w:t>
      </w:r>
    </w:p>
    <w:p w:rsidR="00FD24F9" w:rsidRPr="00736347" w:rsidRDefault="00606560" w:rsidP="007B4B11">
      <w:pPr>
        <w:spacing w:after="120" w:line="240" w:lineRule="auto"/>
        <w:jc w:val="both"/>
        <w:rPr>
          <w:rFonts w:ascii="Times New Roman" w:hAnsi="Times New Roman" w:cs="Times New Roman"/>
          <w:sz w:val="26"/>
          <w:szCs w:val="26"/>
        </w:rPr>
      </w:pPr>
      <w:r w:rsidRPr="00736347">
        <w:rPr>
          <w:rFonts w:ascii="Times New Roman" w:hAnsi="Times New Roman" w:cs="Times New Roman"/>
          <w:sz w:val="26"/>
          <w:szCs w:val="26"/>
        </w:rPr>
        <w:t xml:space="preserve">     + Thời gian bắt đầu: …/…/…</w:t>
      </w:r>
    </w:p>
    <w:p w:rsidR="00FD24F9" w:rsidRPr="00736347" w:rsidRDefault="00606560" w:rsidP="007B4B11">
      <w:pPr>
        <w:spacing w:after="120" w:line="240" w:lineRule="auto"/>
        <w:jc w:val="both"/>
        <w:rPr>
          <w:rFonts w:ascii="Times New Roman" w:hAnsi="Times New Roman" w:cs="Times New Roman"/>
          <w:sz w:val="26"/>
          <w:szCs w:val="26"/>
        </w:rPr>
      </w:pPr>
      <w:r w:rsidRPr="00736347">
        <w:rPr>
          <w:rFonts w:ascii="Times New Roman" w:hAnsi="Times New Roman" w:cs="Times New Roman"/>
          <w:sz w:val="26"/>
          <w:szCs w:val="26"/>
        </w:rPr>
        <w:t xml:space="preserve">     + Thời gian hoàn thành: …/…/…</w:t>
      </w:r>
    </w:p>
    <w:p w:rsidR="00FD24F9" w:rsidRPr="00736347" w:rsidRDefault="00606560" w:rsidP="007B4B11">
      <w:pPr>
        <w:spacing w:after="120" w:line="240" w:lineRule="auto"/>
        <w:jc w:val="both"/>
        <w:rPr>
          <w:rFonts w:ascii="Times New Roman" w:hAnsi="Times New Roman" w:cs="Times New Roman"/>
          <w:sz w:val="26"/>
          <w:szCs w:val="26"/>
        </w:rPr>
      </w:pPr>
      <w:r w:rsidRPr="00736347">
        <w:rPr>
          <w:rFonts w:ascii="Times New Roman" w:hAnsi="Times New Roman" w:cs="Times New Roman"/>
          <w:sz w:val="26"/>
          <w:szCs w:val="26"/>
        </w:rPr>
        <w:t xml:space="preserve">     + Tổng thời gian thực hiện: ……… ngày/tháng.</w:t>
      </w:r>
    </w:p>
    <w:p w:rsidR="007B4B11" w:rsidRDefault="00606560" w:rsidP="007B4B11">
      <w:pPr>
        <w:spacing w:after="120" w:line="240" w:lineRule="auto"/>
        <w:jc w:val="both"/>
        <w:rPr>
          <w:rFonts w:ascii="Times New Roman" w:hAnsi="Times New Roman" w:cs="Times New Roman"/>
          <w:sz w:val="26"/>
          <w:szCs w:val="26"/>
        </w:rPr>
      </w:pPr>
      <w:r w:rsidRPr="00736347">
        <w:rPr>
          <w:rFonts w:ascii="Times New Roman" w:hAnsi="Times New Roman" w:cs="Times New Roman"/>
          <w:sz w:val="26"/>
          <w:szCs w:val="26"/>
        </w:rPr>
        <w:t>4. Các nội dung khác của hợp đồng (giá hợp đồng, phạm vi công việc, điều kiện thanh toán, bảo hành...) vẫn giữ nguyên như đã ký kết tại Hợp đồng số …/HĐ-XD.</w:t>
      </w:r>
    </w:p>
    <w:p w:rsidR="00FD24F9" w:rsidRPr="00736347" w:rsidRDefault="00606560" w:rsidP="007B4B11">
      <w:pPr>
        <w:spacing w:after="120" w:line="240" w:lineRule="auto"/>
        <w:jc w:val="both"/>
        <w:rPr>
          <w:rFonts w:ascii="Times New Roman" w:hAnsi="Times New Roman" w:cs="Times New Roman"/>
          <w:sz w:val="26"/>
          <w:szCs w:val="26"/>
        </w:rPr>
      </w:pPr>
      <w:r w:rsidRPr="00736347">
        <w:rPr>
          <w:rFonts w:ascii="Times New Roman" w:hAnsi="Times New Roman" w:cs="Times New Roman"/>
          <w:sz w:val="26"/>
          <w:szCs w:val="26"/>
        </w:rPr>
        <w:lastRenderedPageBreak/>
        <w:t>Đề nghị [Tên nhà thầu] phối hợp với [Ban QLDA/Chủ đầu tư] rà soát và lập phụ lục hợp đồng điều chỉnh tiến độ, trình duyệt theo quy định tại Điều 143 Nghị định 63/2014/NĐ-CP và Điều 7 Nghị định 37/2015/NĐ-CP.</w:t>
      </w:r>
    </w:p>
    <w:p w:rsidR="007B4B11" w:rsidRDefault="00606560" w:rsidP="007B4B11">
      <w:pPr>
        <w:spacing w:after="120" w:line="240" w:lineRule="auto"/>
        <w:jc w:val="both"/>
        <w:rPr>
          <w:rFonts w:ascii="Times New Roman" w:hAnsi="Times New Roman" w:cs="Times New Roman"/>
          <w:sz w:val="26"/>
          <w:szCs w:val="26"/>
        </w:rPr>
      </w:pPr>
      <w:r w:rsidRPr="00736347">
        <w:rPr>
          <w:rFonts w:ascii="Times New Roman" w:hAnsi="Times New Roman" w:cs="Times New Roman"/>
          <w:sz w:val="26"/>
          <w:szCs w:val="26"/>
        </w:rPr>
        <w:t>Rất mong nhận được sự phối hợp của Quý đơn vị để đảm bảo tiến độ và hiệu quả thực hiện dự án.</w:t>
      </w:r>
    </w:p>
    <w:p w:rsidR="007B4B11" w:rsidRDefault="007B4B11" w:rsidP="007B4B11">
      <w:pPr>
        <w:spacing w:after="120" w:line="240" w:lineRule="auto"/>
        <w:jc w:val="both"/>
        <w:rPr>
          <w:rFonts w:ascii="Times New Roman" w:hAnsi="Times New Roman" w:cs="Times New Roman"/>
          <w:sz w:val="26"/>
          <w:szCs w:val="26"/>
        </w:rPr>
      </w:pP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5"/>
      </w:tblGrid>
      <w:tr w:rsidR="007B4B11" w:rsidRPr="00736347" w:rsidTr="007B4B11">
        <w:tc>
          <w:tcPr>
            <w:tcW w:w="2895" w:type="dxa"/>
          </w:tcPr>
          <w:p w:rsidR="007B4B11" w:rsidRPr="007B4B11" w:rsidRDefault="007B4B11" w:rsidP="007B4B11">
            <w:pPr>
              <w:spacing w:after="120"/>
              <w:jc w:val="both"/>
              <w:rPr>
                <w:rFonts w:ascii="Times New Roman" w:hAnsi="Times New Roman" w:cs="Times New Roman"/>
                <w:b/>
                <w:sz w:val="26"/>
                <w:szCs w:val="26"/>
              </w:rPr>
            </w:pPr>
            <w:r w:rsidRPr="007B4B11">
              <w:rPr>
                <w:rFonts w:ascii="Times New Roman" w:hAnsi="Times New Roman" w:cs="Times New Roman"/>
                <w:b/>
                <w:sz w:val="26"/>
                <w:szCs w:val="26"/>
              </w:rPr>
              <w:t>Nơi nhậ</w:t>
            </w:r>
            <w:r w:rsidRPr="007B4B11">
              <w:rPr>
                <w:rFonts w:ascii="Times New Roman" w:hAnsi="Times New Roman" w:cs="Times New Roman"/>
                <w:b/>
                <w:sz w:val="26"/>
                <w:szCs w:val="26"/>
              </w:rPr>
              <w:t>n:</w:t>
            </w:r>
          </w:p>
        </w:tc>
      </w:tr>
      <w:tr w:rsidR="007B4B11" w:rsidRPr="00736347" w:rsidTr="007B4B11">
        <w:tc>
          <w:tcPr>
            <w:tcW w:w="2895" w:type="dxa"/>
          </w:tcPr>
          <w:p w:rsidR="007B4B11" w:rsidRDefault="007B4B11" w:rsidP="007B4B11">
            <w:pPr>
              <w:rPr>
                <w:rFonts w:ascii="Times New Roman" w:hAnsi="Times New Roman" w:cs="Times New Roman"/>
                <w:sz w:val="26"/>
                <w:szCs w:val="26"/>
              </w:rPr>
            </w:pPr>
            <w:r w:rsidRPr="00594394">
              <w:rPr>
                <w:rFonts w:ascii="Times New Roman" w:hAnsi="Times New Roman" w:cs="Times New Roman"/>
                <w:sz w:val="26"/>
                <w:szCs w:val="26"/>
              </w:rPr>
              <w:t>- Như trên;</w:t>
            </w:r>
          </w:p>
          <w:p w:rsidR="007B4B11" w:rsidRPr="00594394" w:rsidRDefault="007B4B11" w:rsidP="007B4B11">
            <w:pPr>
              <w:rPr>
                <w:rFonts w:ascii="Times New Roman" w:hAnsi="Times New Roman" w:cs="Times New Roman"/>
                <w:sz w:val="26"/>
                <w:szCs w:val="26"/>
              </w:rPr>
            </w:pPr>
            <w:r>
              <w:rPr>
                <w:rFonts w:ascii="Times New Roman" w:hAnsi="Times New Roman" w:cs="Times New Roman"/>
                <w:sz w:val="26"/>
                <w:szCs w:val="26"/>
              </w:rPr>
              <w:t>- Lưu …</w:t>
            </w:r>
          </w:p>
        </w:tc>
      </w:tr>
    </w:tbl>
    <w:p w:rsidR="007B4B11" w:rsidRPr="00736347" w:rsidRDefault="007B4B11" w:rsidP="007B4B11">
      <w:pPr>
        <w:jc w:val="right"/>
        <w:rPr>
          <w:rFonts w:ascii="Times New Roman" w:hAnsi="Times New Roman" w:cs="Times New Roman"/>
          <w:b/>
          <w:sz w:val="26"/>
          <w:szCs w:val="26"/>
        </w:rPr>
      </w:pPr>
      <w:r w:rsidRPr="00736347">
        <w:rPr>
          <w:rFonts w:ascii="Times New Roman" w:hAnsi="Times New Roman" w:cs="Times New Roman"/>
          <w:b/>
          <w:sz w:val="26"/>
          <w:szCs w:val="26"/>
        </w:rPr>
        <w:t>ĐẠI DIỆN CHỦ ĐẦU TƯ</w:t>
      </w:r>
    </w:p>
    <w:p w:rsidR="007B4B11" w:rsidRPr="007B4B11" w:rsidRDefault="007B4B11" w:rsidP="007B4B11">
      <w:pPr>
        <w:ind w:left="5760" w:firstLine="720"/>
        <w:jc w:val="center"/>
        <w:rPr>
          <w:rFonts w:ascii="Times New Roman" w:hAnsi="Times New Roman" w:cs="Times New Roman"/>
          <w:i/>
          <w:sz w:val="26"/>
          <w:szCs w:val="26"/>
        </w:rPr>
      </w:pPr>
      <w:r w:rsidRPr="007B4B11">
        <w:rPr>
          <w:rFonts w:ascii="Times New Roman" w:hAnsi="Times New Roman" w:cs="Times New Roman"/>
          <w:i/>
          <w:sz w:val="26"/>
          <w:szCs w:val="26"/>
        </w:rPr>
        <w:t>(Ký tên, đóng dấ</w:t>
      </w:r>
      <w:r>
        <w:rPr>
          <w:rFonts w:ascii="Times New Roman" w:hAnsi="Times New Roman" w:cs="Times New Roman"/>
          <w:i/>
          <w:sz w:val="26"/>
          <w:szCs w:val="26"/>
        </w:rPr>
        <w:t>u</w:t>
      </w:r>
      <w:r w:rsidRPr="007B4B11">
        <w:rPr>
          <w:rFonts w:ascii="Times New Roman" w:hAnsi="Times New Roman" w:cs="Times New Roman"/>
          <w:i/>
          <w:sz w:val="26"/>
          <w:szCs w:val="26"/>
        </w:rPr>
        <w:t>)</w:t>
      </w:r>
    </w:p>
    <w:p w:rsidR="007B4B11" w:rsidRPr="00736347" w:rsidRDefault="007B4B11" w:rsidP="007B4B11">
      <w:pPr>
        <w:spacing w:after="120" w:line="240" w:lineRule="auto"/>
        <w:jc w:val="both"/>
        <w:rPr>
          <w:rFonts w:ascii="Times New Roman" w:hAnsi="Times New Roman" w:cs="Times New Roman"/>
          <w:sz w:val="26"/>
          <w:szCs w:val="26"/>
        </w:rPr>
      </w:pPr>
      <w:r>
        <w:rPr>
          <w:rFonts w:ascii="Times New Roman" w:hAnsi="Times New Roman" w:cs="Times New Roman"/>
          <w:sz w:val="26"/>
          <w:szCs w:val="26"/>
        </w:rPr>
        <w:br w:type="textWrapping" w:clear="all"/>
      </w:r>
      <w:r w:rsidR="00606560" w:rsidRPr="00736347">
        <w:rPr>
          <w:rFonts w:ascii="Times New Roman" w:hAnsi="Times New Roman" w:cs="Times New Roman"/>
          <w:sz w:val="26"/>
          <w:szCs w:val="26"/>
        </w:rPr>
        <w:br/>
      </w:r>
    </w:p>
    <w:p w:rsidR="00FD24F9" w:rsidRPr="00736347" w:rsidRDefault="00606560">
      <w:pPr>
        <w:rPr>
          <w:rFonts w:ascii="Times New Roman" w:hAnsi="Times New Roman" w:cs="Times New Roman"/>
          <w:b/>
          <w:sz w:val="26"/>
          <w:szCs w:val="26"/>
        </w:rPr>
      </w:pPr>
      <w:r w:rsidRPr="00736347">
        <w:rPr>
          <w:rFonts w:ascii="Times New Roman" w:hAnsi="Times New Roman" w:cs="Times New Roman"/>
          <w:b/>
          <w:sz w:val="26"/>
          <w:szCs w:val="26"/>
        </w:rPr>
        <w:br w:type="page"/>
      </w:r>
    </w:p>
    <w:p w:rsidR="00FD24F9" w:rsidRPr="007B4B11" w:rsidRDefault="00606560">
      <w:pPr>
        <w:jc w:val="center"/>
        <w:rPr>
          <w:rFonts w:ascii="Times New Roman" w:hAnsi="Times New Roman" w:cs="Times New Roman"/>
          <w:b/>
          <w:sz w:val="26"/>
          <w:szCs w:val="26"/>
        </w:rPr>
      </w:pPr>
      <w:r w:rsidRPr="007B4B11">
        <w:rPr>
          <w:rFonts w:ascii="Times New Roman" w:hAnsi="Times New Roman" w:cs="Times New Roman"/>
          <w:b/>
          <w:sz w:val="26"/>
          <w:szCs w:val="26"/>
        </w:rPr>
        <w:lastRenderedPageBreak/>
        <w:t>PHỤ LỤC: BIỂU TIẾN ĐỘ ĐIỀU CHỈNH CHI TIẾT</w:t>
      </w:r>
    </w:p>
    <w:p w:rsidR="00FD24F9" w:rsidRPr="00736347" w:rsidRDefault="00606560">
      <w:pPr>
        <w:jc w:val="center"/>
        <w:rPr>
          <w:rFonts w:ascii="Times New Roman" w:hAnsi="Times New Roman" w:cs="Times New Roman"/>
          <w:sz w:val="26"/>
          <w:szCs w:val="26"/>
        </w:rPr>
      </w:pPr>
      <w:r w:rsidRPr="00736347">
        <w:rPr>
          <w:rFonts w:ascii="Times New Roman" w:hAnsi="Times New Roman" w:cs="Times New Roman"/>
          <w:sz w:val="26"/>
          <w:szCs w:val="26"/>
        </w:rPr>
        <w:t>(Kèm theo Công văn số …/CV-… ngày …/…/… của [Tên chủ đầu tư])</w:t>
      </w:r>
    </w:p>
    <w:tbl>
      <w:tblPr>
        <w:tblW w:w="0" w:type="auto"/>
        <w:tblLook w:val="04A0" w:firstRow="1" w:lastRow="0" w:firstColumn="1" w:lastColumn="0" w:noHBand="0" w:noVBand="1"/>
      </w:tblPr>
      <w:tblGrid>
        <w:gridCol w:w="1728"/>
        <w:gridCol w:w="1728"/>
        <w:gridCol w:w="1728"/>
        <w:gridCol w:w="1728"/>
        <w:gridCol w:w="1728"/>
      </w:tblGrid>
      <w:tr w:rsidR="00FD24F9" w:rsidRPr="00736347">
        <w:tc>
          <w:tcPr>
            <w:tcW w:w="1728" w:type="dxa"/>
          </w:tcPr>
          <w:p w:rsidR="00FD24F9" w:rsidRPr="00736347" w:rsidRDefault="00606560">
            <w:pPr>
              <w:rPr>
                <w:rFonts w:ascii="Times New Roman" w:hAnsi="Times New Roman" w:cs="Times New Roman"/>
                <w:sz w:val="26"/>
                <w:szCs w:val="26"/>
              </w:rPr>
            </w:pPr>
            <w:r w:rsidRPr="00736347">
              <w:rPr>
                <w:rFonts w:ascii="Times New Roman" w:hAnsi="Times New Roman" w:cs="Times New Roman"/>
                <w:sz w:val="26"/>
                <w:szCs w:val="26"/>
              </w:rPr>
              <w:t>STT</w:t>
            </w:r>
          </w:p>
        </w:tc>
        <w:tc>
          <w:tcPr>
            <w:tcW w:w="1728" w:type="dxa"/>
          </w:tcPr>
          <w:p w:rsidR="00FD24F9" w:rsidRPr="00736347" w:rsidRDefault="00606560">
            <w:pPr>
              <w:rPr>
                <w:rFonts w:ascii="Times New Roman" w:hAnsi="Times New Roman" w:cs="Times New Roman"/>
                <w:sz w:val="26"/>
                <w:szCs w:val="26"/>
              </w:rPr>
            </w:pPr>
            <w:r w:rsidRPr="00736347">
              <w:rPr>
                <w:rFonts w:ascii="Times New Roman" w:hAnsi="Times New Roman" w:cs="Times New Roman"/>
                <w:sz w:val="26"/>
                <w:szCs w:val="26"/>
              </w:rPr>
              <w:t>Hạng mục công việc</w:t>
            </w:r>
            <w:bookmarkStart w:id="0" w:name="_GoBack"/>
            <w:bookmarkEnd w:id="0"/>
          </w:p>
        </w:tc>
        <w:tc>
          <w:tcPr>
            <w:tcW w:w="1728" w:type="dxa"/>
          </w:tcPr>
          <w:p w:rsidR="00FD24F9" w:rsidRPr="00736347" w:rsidRDefault="00606560">
            <w:pPr>
              <w:rPr>
                <w:rFonts w:ascii="Times New Roman" w:hAnsi="Times New Roman" w:cs="Times New Roman"/>
                <w:sz w:val="26"/>
                <w:szCs w:val="26"/>
              </w:rPr>
            </w:pPr>
            <w:r w:rsidRPr="00736347">
              <w:rPr>
                <w:rFonts w:ascii="Times New Roman" w:hAnsi="Times New Roman" w:cs="Times New Roman"/>
                <w:sz w:val="26"/>
                <w:szCs w:val="26"/>
              </w:rPr>
              <w:t>Thời gian bắt đầu</w:t>
            </w:r>
          </w:p>
        </w:tc>
        <w:tc>
          <w:tcPr>
            <w:tcW w:w="1728" w:type="dxa"/>
          </w:tcPr>
          <w:p w:rsidR="00FD24F9" w:rsidRPr="00736347" w:rsidRDefault="00606560">
            <w:pPr>
              <w:rPr>
                <w:rFonts w:ascii="Times New Roman" w:hAnsi="Times New Roman" w:cs="Times New Roman"/>
                <w:sz w:val="26"/>
                <w:szCs w:val="26"/>
              </w:rPr>
            </w:pPr>
            <w:r w:rsidRPr="00736347">
              <w:rPr>
                <w:rFonts w:ascii="Times New Roman" w:hAnsi="Times New Roman" w:cs="Times New Roman"/>
                <w:sz w:val="26"/>
                <w:szCs w:val="26"/>
              </w:rPr>
              <w:t>Thời gian kết thúc</w:t>
            </w:r>
          </w:p>
        </w:tc>
        <w:tc>
          <w:tcPr>
            <w:tcW w:w="1728" w:type="dxa"/>
          </w:tcPr>
          <w:p w:rsidR="00FD24F9" w:rsidRPr="00736347" w:rsidRDefault="00606560">
            <w:pPr>
              <w:rPr>
                <w:rFonts w:ascii="Times New Roman" w:hAnsi="Times New Roman" w:cs="Times New Roman"/>
                <w:sz w:val="26"/>
                <w:szCs w:val="26"/>
              </w:rPr>
            </w:pPr>
            <w:r w:rsidRPr="00736347">
              <w:rPr>
                <w:rFonts w:ascii="Times New Roman" w:hAnsi="Times New Roman" w:cs="Times New Roman"/>
                <w:sz w:val="26"/>
                <w:szCs w:val="26"/>
              </w:rPr>
              <w:t>Ghi chú</w:t>
            </w:r>
          </w:p>
        </w:tc>
      </w:tr>
      <w:tr w:rsidR="00FD24F9" w:rsidRPr="00736347">
        <w:tc>
          <w:tcPr>
            <w:tcW w:w="1728" w:type="dxa"/>
          </w:tcPr>
          <w:p w:rsidR="00FD24F9" w:rsidRPr="00736347" w:rsidRDefault="00606560">
            <w:pPr>
              <w:rPr>
                <w:rFonts w:ascii="Times New Roman" w:hAnsi="Times New Roman" w:cs="Times New Roman"/>
                <w:sz w:val="26"/>
                <w:szCs w:val="26"/>
              </w:rPr>
            </w:pPr>
            <w:r w:rsidRPr="00736347">
              <w:rPr>
                <w:rFonts w:ascii="Times New Roman" w:hAnsi="Times New Roman" w:cs="Times New Roman"/>
                <w:sz w:val="26"/>
                <w:szCs w:val="26"/>
              </w:rPr>
              <w:t>...</w:t>
            </w:r>
          </w:p>
        </w:tc>
        <w:tc>
          <w:tcPr>
            <w:tcW w:w="1728" w:type="dxa"/>
          </w:tcPr>
          <w:p w:rsidR="00FD24F9" w:rsidRPr="00736347" w:rsidRDefault="00606560">
            <w:pPr>
              <w:rPr>
                <w:rFonts w:ascii="Times New Roman" w:hAnsi="Times New Roman" w:cs="Times New Roman"/>
                <w:sz w:val="26"/>
                <w:szCs w:val="26"/>
              </w:rPr>
            </w:pPr>
            <w:r w:rsidRPr="00736347">
              <w:rPr>
                <w:rFonts w:ascii="Times New Roman" w:hAnsi="Times New Roman" w:cs="Times New Roman"/>
                <w:sz w:val="26"/>
                <w:szCs w:val="26"/>
              </w:rPr>
              <w:t>...</w:t>
            </w:r>
          </w:p>
        </w:tc>
        <w:tc>
          <w:tcPr>
            <w:tcW w:w="1728" w:type="dxa"/>
          </w:tcPr>
          <w:p w:rsidR="00FD24F9" w:rsidRPr="00736347" w:rsidRDefault="00606560">
            <w:pPr>
              <w:rPr>
                <w:rFonts w:ascii="Times New Roman" w:hAnsi="Times New Roman" w:cs="Times New Roman"/>
                <w:sz w:val="26"/>
                <w:szCs w:val="26"/>
              </w:rPr>
            </w:pPr>
            <w:r w:rsidRPr="00736347">
              <w:rPr>
                <w:rFonts w:ascii="Times New Roman" w:hAnsi="Times New Roman" w:cs="Times New Roman"/>
                <w:sz w:val="26"/>
                <w:szCs w:val="26"/>
              </w:rPr>
              <w:t>...</w:t>
            </w:r>
          </w:p>
        </w:tc>
        <w:tc>
          <w:tcPr>
            <w:tcW w:w="1728" w:type="dxa"/>
          </w:tcPr>
          <w:p w:rsidR="00FD24F9" w:rsidRPr="00736347" w:rsidRDefault="00606560">
            <w:pPr>
              <w:rPr>
                <w:rFonts w:ascii="Times New Roman" w:hAnsi="Times New Roman" w:cs="Times New Roman"/>
                <w:sz w:val="26"/>
                <w:szCs w:val="26"/>
              </w:rPr>
            </w:pPr>
            <w:r w:rsidRPr="00736347">
              <w:rPr>
                <w:rFonts w:ascii="Times New Roman" w:hAnsi="Times New Roman" w:cs="Times New Roman"/>
                <w:sz w:val="26"/>
                <w:szCs w:val="26"/>
              </w:rPr>
              <w:t>...</w:t>
            </w:r>
          </w:p>
        </w:tc>
        <w:tc>
          <w:tcPr>
            <w:tcW w:w="1728" w:type="dxa"/>
          </w:tcPr>
          <w:p w:rsidR="00FD24F9" w:rsidRPr="00736347" w:rsidRDefault="00606560">
            <w:pPr>
              <w:rPr>
                <w:rFonts w:ascii="Times New Roman" w:hAnsi="Times New Roman" w:cs="Times New Roman"/>
                <w:sz w:val="26"/>
                <w:szCs w:val="26"/>
              </w:rPr>
            </w:pPr>
            <w:r w:rsidRPr="00736347">
              <w:rPr>
                <w:rFonts w:ascii="Times New Roman" w:hAnsi="Times New Roman" w:cs="Times New Roman"/>
                <w:sz w:val="26"/>
                <w:szCs w:val="26"/>
              </w:rPr>
              <w:t>...</w:t>
            </w:r>
          </w:p>
        </w:tc>
      </w:tr>
    </w:tbl>
    <w:p w:rsidR="00606560" w:rsidRPr="00736347" w:rsidRDefault="00606560">
      <w:pPr>
        <w:rPr>
          <w:rFonts w:ascii="Times New Roman" w:hAnsi="Times New Roman" w:cs="Times New Roman"/>
          <w:sz w:val="26"/>
          <w:szCs w:val="26"/>
        </w:rPr>
      </w:pPr>
    </w:p>
    <w:sectPr w:rsidR="00606560" w:rsidRPr="00736347" w:rsidSect="007B4B11">
      <w:pgSz w:w="12240" w:h="15840"/>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606560"/>
    <w:rsid w:val="00736347"/>
    <w:rsid w:val="007B4B11"/>
    <w:rsid w:val="00AA1D8D"/>
    <w:rsid w:val="00B47730"/>
    <w:rsid w:val="00CB0664"/>
    <w:rsid w:val="00FC693F"/>
    <w:rsid w:val="00FD24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39E6151F-4994-489B-844D-639F84411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9FA9E6-66A2-43F8-8C6B-37A8D449C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307</Words>
  <Characters>1755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2058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PC</cp:lastModifiedBy>
  <cp:revision>3</cp:revision>
  <dcterms:created xsi:type="dcterms:W3CDTF">2025-10-21T04:03:00Z</dcterms:created>
  <dcterms:modified xsi:type="dcterms:W3CDTF">2025-10-21T07:00:00Z</dcterms:modified>
  <cp:category/>
</cp:coreProperties>
</file>