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155" w:rsidRPr="00B126F2" w:rsidRDefault="00935C35" w:rsidP="00880623">
      <w:pPr>
        <w:spacing w:after="120" w:line="240" w:lineRule="auto"/>
        <w:jc w:val="center"/>
        <w:rPr>
          <w:b/>
        </w:rPr>
      </w:pPr>
      <w:bookmarkStart w:id="0" w:name="_GoBack"/>
      <w:r w:rsidRPr="00B126F2">
        <w:rPr>
          <w:b/>
        </w:rPr>
        <w:t>CỘNG HÒA XÃ HỘI CHỦ NGHĨA VIỆT NAM</w:t>
      </w:r>
    </w:p>
    <w:bookmarkEnd w:id="0"/>
    <w:p w:rsidR="00A63155" w:rsidRPr="00B126F2" w:rsidRDefault="00935C35" w:rsidP="00880623">
      <w:pPr>
        <w:spacing w:after="120" w:line="240" w:lineRule="auto"/>
        <w:jc w:val="center"/>
        <w:rPr>
          <w:b/>
        </w:rPr>
      </w:pPr>
      <w:r w:rsidRPr="00B126F2">
        <w:rPr>
          <w:b/>
        </w:rPr>
        <w:t>Độc lập – Tự do – Hạnh phúc</w:t>
      </w:r>
    </w:p>
    <w:p w:rsidR="00A63155" w:rsidRPr="00B126F2" w:rsidRDefault="00935C35" w:rsidP="00880623">
      <w:pPr>
        <w:spacing w:after="120" w:line="240" w:lineRule="auto"/>
        <w:jc w:val="center"/>
        <w:rPr>
          <w:b/>
        </w:rPr>
      </w:pPr>
      <w:r w:rsidRPr="00B126F2">
        <w:rPr>
          <w:b/>
        </w:rPr>
        <w:br/>
        <w:t>PHỤ LỤC HỢP ĐỒNG</w:t>
      </w:r>
    </w:p>
    <w:p w:rsidR="00A63155" w:rsidRPr="00B126F2" w:rsidRDefault="00935C35" w:rsidP="00880623">
      <w:pPr>
        <w:spacing w:after="120" w:line="240" w:lineRule="auto"/>
        <w:jc w:val="center"/>
        <w:rPr>
          <w:b/>
        </w:rPr>
      </w:pPr>
      <w:r w:rsidRPr="00B126F2">
        <w:rPr>
          <w:b/>
        </w:rPr>
        <w:t>(V/v: Điều chỉnh giá thuê nhà ở)</w:t>
      </w:r>
    </w:p>
    <w:p w:rsidR="00880623" w:rsidRDefault="00935C35" w:rsidP="00880623">
      <w:pPr>
        <w:spacing w:after="120" w:line="240" w:lineRule="auto"/>
        <w:jc w:val="both"/>
      </w:pPr>
      <w:r>
        <w:br/>
      </w:r>
      <w:r w:rsidR="00880623">
        <w:t>Căn cứ</w:t>
      </w:r>
      <w:r>
        <w:t xml:space="preserve"> Hợp đồng thuê nhà ở số</w:t>
      </w:r>
      <w:r w:rsidR="00880623">
        <w:t xml:space="preserve">: …/HĐTN ngày … tháng … năm … </w:t>
      </w:r>
    </w:p>
    <w:p w:rsidR="00A63155" w:rsidRDefault="00935C35" w:rsidP="00880623">
      <w:pPr>
        <w:spacing w:after="120" w:line="240" w:lineRule="auto"/>
        <w:jc w:val="both"/>
      </w:pPr>
      <w:r>
        <w:t>Hôm nay, ngày …… tháng …… năm …… tại ………………………………</w:t>
      </w:r>
    </w:p>
    <w:p w:rsidR="00880623" w:rsidRDefault="00935C35" w:rsidP="00880623">
      <w:pPr>
        <w:spacing w:after="120" w:line="240" w:lineRule="auto"/>
        <w:jc w:val="both"/>
      </w:pPr>
      <w:r>
        <w:t>Chúng tôi gồm:</w:t>
      </w:r>
    </w:p>
    <w:p w:rsidR="00A63155" w:rsidRDefault="00935C35" w:rsidP="00880623">
      <w:pPr>
        <w:spacing w:after="120" w:line="240" w:lineRule="auto"/>
        <w:jc w:val="both"/>
      </w:pPr>
      <w:r>
        <w:t>BÊN CHO THUÊ (BÊN A):</w:t>
      </w:r>
    </w:p>
    <w:p w:rsidR="00A63155" w:rsidRDefault="00935C35" w:rsidP="00880623">
      <w:pPr>
        <w:spacing w:after="120" w:line="240" w:lineRule="auto"/>
        <w:jc w:val="both"/>
      </w:pPr>
      <w:r>
        <w:t>- Họ và tên: .....................................................................................</w:t>
      </w:r>
    </w:p>
    <w:p w:rsidR="00A63155" w:rsidRDefault="00935C35" w:rsidP="00880623">
      <w:pPr>
        <w:spacing w:after="120" w:line="240" w:lineRule="auto"/>
        <w:jc w:val="both"/>
      </w:pPr>
      <w:r>
        <w:t>- Số CMND/CCCD/Hộ chiếu: ................................... Cấp ngày: ............ tại: ......................</w:t>
      </w:r>
    </w:p>
    <w:p w:rsidR="00A63155" w:rsidRDefault="00935C35" w:rsidP="00880623">
      <w:pPr>
        <w:spacing w:after="120" w:line="240" w:lineRule="auto"/>
        <w:jc w:val="both"/>
      </w:pPr>
      <w:r>
        <w:t>- Địa chỉ: .........................................................................................</w:t>
      </w:r>
    </w:p>
    <w:p w:rsidR="00880623" w:rsidRDefault="00935C35" w:rsidP="00880623">
      <w:pPr>
        <w:spacing w:after="120" w:line="240" w:lineRule="auto"/>
        <w:jc w:val="both"/>
      </w:pPr>
      <w:r>
        <w:t>- Số điện thoại: ..................................................................................</w:t>
      </w:r>
    </w:p>
    <w:p w:rsidR="00A63155" w:rsidRDefault="00935C35" w:rsidP="00880623">
      <w:pPr>
        <w:spacing w:after="120" w:line="240" w:lineRule="auto"/>
        <w:jc w:val="both"/>
      </w:pPr>
      <w:r>
        <w:t>BÊN THUÊ (BÊN B):</w:t>
      </w:r>
    </w:p>
    <w:p w:rsidR="00A63155" w:rsidRDefault="00935C35" w:rsidP="00880623">
      <w:pPr>
        <w:spacing w:after="120" w:line="240" w:lineRule="auto"/>
        <w:jc w:val="both"/>
      </w:pPr>
      <w:r>
        <w:t>- Họ và tên: .....................................................................................</w:t>
      </w:r>
    </w:p>
    <w:p w:rsidR="00A63155" w:rsidRDefault="00935C35" w:rsidP="00880623">
      <w:pPr>
        <w:spacing w:after="120" w:line="240" w:lineRule="auto"/>
        <w:jc w:val="both"/>
      </w:pPr>
      <w:r>
        <w:t>- Số CMND/CCCD/Hộ chiếu: ................................... Cấp ngày: ............ tại: ......................</w:t>
      </w:r>
    </w:p>
    <w:p w:rsidR="00A63155" w:rsidRDefault="00935C35" w:rsidP="00880623">
      <w:pPr>
        <w:spacing w:after="120" w:line="240" w:lineRule="auto"/>
        <w:jc w:val="both"/>
      </w:pPr>
      <w:r>
        <w:t>- Địa chỉ: .........................................................................................</w:t>
      </w:r>
    </w:p>
    <w:p w:rsidR="00880623" w:rsidRDefault="00935C35" w:rsidP="00880623">
      <w:pPr>
        <w:spacing w:after="120" w:line="240" w:lineRule="auto"/>
        <w:jc w:val="both"/>
      </w:pPr>
      <w:r>
        <w:t>- Số điện thoại: .................................................................................</w:t>
      </w:r>
    </w:p>
    <w:p w:rsidR="00880623" w:rsidRDefault="00935C35" w:rsidP="00880623">
      <w:pPr>
        <w:spacing w:after="120" w:line="240" w:lineRule="auto"/>
        <w:jc w:val="both"/>
      </w:pPr>
      <w:r>
        <w:t>Hai bên đã ký Hợp đồng thuê nhà ở số: ……./HĐTN ngày ……/……/…… và nay thống nhất ký PHỤ LỤC điều chỉnh giá thuê nhà với các nội dung như sau:</w:t>
      </w:r>
    </w:p>
    <w:p w:rsidR="00A63155" w:rsidRDefault="00935C35" w:rsidP="00880623">
      <w:pPr>
        <w:spacing w:after="120" w:line="240" w:lineRule="auto"/>
        <w:jc w:val="both"/>
      </w:pPr>
      <w:r w:rsidRPr="00880623">
        <w:rPr>
          <w:b/>
        </w:rPr>
        <w:t>Điều 1.</w:t>
      </w:r>
      <w:r>
        <w:t xml:space="preserve"> Giá thuê mới</w:t>
      </w:r>
    </w:p>
    <w:p w:rsidR="00A63155" w:rsidRDefault="00935C35" w:rsidP="00880623">
      <w:pPr>
        <w:spacing w:after="120" w:line="240" w:lineRule="auto"/>
        <w:jc w:val="both"/>
      </w:pPr>
      <w:r>
        <w:t>- Giá thuê nhà mới kể từ ngày ……/……/…… là: …………… đồng/tháng</w:t>
      </w:r>
    </w:p>
    <w:p w:rsidR="00A63155" w:rsidRDefault="00935C35" w:rsidP="00880623">
      <w:pPr>
        <w:spacing w:after="120" w:line="240" w:lineRule="auto"/>
        <w:jc w:val="both"/>
      </w:pPr>
      <w:r>
        <w:t xml:space="preserve">  (Bằng chữ: .......................................................................................)</w:t>
      </w:r>
    </w:p>
    <w:p w:rsidR="00A63155" w:rsidRDefault="00935C35" w:rsidP="00880623">
      <w:pPr>
        <w:spacing w:after="120" w:line="240" w:lineRule="auto"/>
        <w:jc w:val="both"/>
      </w:pPr>
      <w:r>
        <w:t>- Giá thuê này đã bao gồm/không bao gồm (chọn một) chi phí điện, nước, Internet, vệ sinh,...</w:t>
      </w:r>
      <w:r>
        <w:br/>
      </w:r>
      <w:r w:rsidRPr="00880623">
        <w:rPr>
          <w:b/>
        </w:rPr>
        <w:t>Điều 2.</w:t>
      </w:r>
      <w:r>
        <w:t xml:space="preserve"> Thời điểm áp dụng</w:t>
      </w:r>
    </w:p>
    <w:p w:rsidR="00880623" w:rsidRDefault="00935C35" w:rsidP="00880623">
      <w:pPr>
        <w:spacing w:after="120" w:line="240" w:lineRule="auto"/>
        <w:jc w:val="both"/>
      </w:pPr>
      <w:r>
        <w:t>- Mức giá thuê mới được áp dụng kể từ ngày …… tháng …… năm …… đến hết thời hạn hợp đồng hoặc đến khi hai bên có thỏa thuận điều chỉnh khác bằng văn bản.</w:t>
      </w:r>
    </w:p>
    <w:p w:rsidR="00A63155" w:rsidRDefault="00935C35" w:rsidP="00880623">
      <w:pPr>
        <w:spacing w:after="120" w:line="240" w:lineRule="auto"/>
        <w:jc w:val="both"/>
      </w:pPr>
      <w:r w:rsidRPr="00880623">
        <w:rPr>
          <w:b/>
        </w:rPr>
        <w:t>Điều 3.</w:t>
      </w:r>
      <w:r>
        <w:t xml:space="preserve"> Các nội dung khác</w:t>
      </w:r>
    </w:p>
    <w:p w:rsidR="00A63155" w:rsidRDefault="00935C35" w:rsidP="00880623">
      <w:pPr>
        <w:spacing w:after="120" w:line="240" w:lineRule="auto"/>
        <w:jc w:val="both"/>
      </w:pPr>
      <w:r>
        <w:t>- Các điều khoản khác của Hợp đồng thuê nhà không thay đổi và vẫn giữ nguyên hiệu lực.</w:t>
      </w:r>
    </w:p>
    <w:p w:rsidR="00A63155" w:rsidRDefault="00935C35" w:rsidP="00880623">
      <w:pPr>
        <w:spacing w:after="120" w:line="240" w:lineRule="auto"/>
        <w:jc w:val="both"/>
      </w:pPr>
      <w:r>
        <w:t>- Phụ lục này là một phần không tách rời của Hợp đồng thuê nhà ở số: ……./HĐTN</w:t>
      </w:r>
      <w:r>
        <w:br/>
        <w:t>Phụ lục được lập thành 02 (hai) bản, mỗi bên giữ 01 (một) bản có giá trị pháp lý như nhau.</w:t>
      </w:r>
    </w:p>
    <w:tbl>
      <w:tblPr>
        <w:tblW w:w="8789" w:type="dxa"/>
        <w:tblLook w:val="04A0" w:firstRow="1" w:lastRow="0" w:firstColumn="1" w:lastColumn="0" w:noHBand="0" w:noVBand="1"/>
      </w:tblPr>
      <w:tblGrid>
        <w:gridCol w:w="4320"/>
        <w:gridCol w:w="4469"/>
      </w:tblGrid>
      <w:tr w:rsidR="00A63155" w:rsidTr="00880623">
        <w:tc>
          <w:tcPr>
            <w:tcW w:w="4320" w:type="dxa"/>
          </w:tcPr>
          <w:p w:rsidR="00A63155" w:rsidRDefault="00935C35" w:rsidP="00880623">
            <w:pPr>
              <w:spacing w:after="120" w:line="240" w:lineRule="auto"/>
            </w:pPr>
            <w:r>
              <w:rPr>
                <w:b/>
              </w:rPr>
              <w:lastRenderedPageBreak/>
              <w:br/>
              <w:t>ĐẠI DIỆN BÊN CHO THUÊ</w:t>
            </w:r>
            <w:r>
              <w:rPr>
                <w:b/>
              </w:rPr>
              <w:br/>
            </w:r>
            <w:r w:rsidR="00880623" w:rsidRPr="00880623">
              <w:rPr>
                <w:i/>
              </w:rPr>
              <w:t xml:space="preserve">  </w:t>
            </w:r>
            <w:r w:rsidRPr="00880623">
              <w:rPr>
                <w:i/>
              </w:rPr>
              <w:t>(Ký, ghi rõ họ tên)</w:t>
            </w:r>
          </w:p>
        </w:tc>
        <w:tc>
          <w:tcPr>
            <w:tcW w:w="4469" w:type="dxa"/>
          </w:tcPr>
          <w:p w:rsidR="00A63155" w:rsidRDefault="00935C35" w:rsidP="00880623">
            <w:pPr>
              <w:spacing w:after="120" w:line="240" w:lineRule="auto"/>
              <w:jc w:val="center"/>
            </w:pPr>
            <w:r>
              <w:rPr>
                <w:b/>
              </w:rPr>
              <w:br/>
              <w:t>ĐẠI DIỆN BÊN THUÊ</w:t>
            </w:r>
            <w:r>
              <w:rPr>
                <w:b/>
              </w:rPr>
              <w:br/>
            </w:r>
            <w:r w:rsidRPr="00880623">
              <w:rPr>
                <w:i/>
              </w:rPr>
              <w:t>(Ký, ghi rõ họ tên)</w:t>
            </w:r>
          </w:p>
        </w:tc>
      </w:tr>
    </w:tbl>
    <w:p w:rsidR="00935C35" w:rsidRDefault="00935C35" w:rsidP="00880623">
      <w:pPr>
        <w:spacing w:after="120" w:line="240" w:lineRule="auto"/>
      </w:pPr>
    </w:p>
    <w:sectPr w:rsidR="00935C35"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880623"/>
    <w:rsid w:val="00935C35"/>
    <w:rsid w:val="00A63155"/>
    <w:rsid w:val="00AA1D8D"/>
    <w:rsid w:val="00B126F2"/>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06CC271A-6E14-44F4-9536-3CF37845C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9AEE1-C50E-4FF6-8807-2236E43DE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2062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3</cp:revision>
  <dcterms:created xsi:type="dcterms:W3CDTF">2025-06-02T08:43:00Z</dcterms:created>
  <dcterms:modified xsi:type="dcterms:W3CDTF">2025-06-02T10:33:00Z</dcterms:modified>
  <cp:category/>
</cp:coreProperties>
</file>