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68144" w14:textId="422E5EB6" w:rsidR="00311F38" w:rsidRDefault="00000000" w:rsidP="004E6EEE">
      <w:pPr>
        <w:jc w:val="center"/>
        <w:rPr>
          <w:rFonts w:ascii="Times  New Roman" w:hAnsi="Times  New Roman" w:hint="eastAsia"/>
          <w:b/>
          <w:bCs/>
          <w:sz w:val="30"/>
          <w:szCs w:val="30"/>
          <w:lang w:val="vi-VN"/>
        </w:rPr>
      </w:pPr>
      <w:r w:rsidRPr="004E6EEE">
        <w:rPr>
          <w:rFonts w:ascii="Times  New Roman" w:hAnsi="Times  New Roman"/>
          <w:b/>
          <w:bCs/>
          <w:sz w:val="30"/>
          <w:szCs w:val="30"/>
        </w:rPr>
        <w:t>GIẤY</w:t>
      </w:r>
      <w:r w:rsidR="004E6EEE" w:rsidRPr="004E6EEE">
        <w:rPr>
          <w:rFonts w:ascii="Times  New Roman" w:hAnsi="Times  New Roman"/>
          <w:b/>
          <w:bCs/>
          <w:sz w:val="30"/>
          <w:szCs w:val="30"/>
          <w:lang w:val="vi-VN"/>
        </w:rPr>
        <w:t xml:space="preserve"> </w:t>
      </w:r>
      <w:r w:rsidR="00945686">
        <w:rPr>
          <w:rFonts w:ascii="Times  New Roman" w:hAnsi="Times  New Roman"/>
          <w:b/>
          <w:bCs/>
          <w:sz w:val="30"/>
          <w:szCs w:val="30"/>
          <w:lang w:val="vi-VN"/>
        </w:rPr>
        <w:t>ĐỒNG Ý</w:t>
      </w:r>
    </w:p>
    <w:p w14:paraId="303A734A" w14:textId="4F9111B4" w:rsidR="00015D25" w:rsidRPr="00311F38" w:rsidRDefault="00311F38" w:rsidP="004E6EEE">
      <w:pPr>
        <w:jc w:val="center"/>
        <w:rPr>
          <w:rFonts w:ascii="Times  New Roman" w:hAnsi="Times  New Roman" w:hint="eastAsia"/>
          <w:i/>
          <w:iCs/>
          <w:sz w:val="26"/>
          <w:szCs w:val="26"/>
          <w:lang w:val="vi-VN"/>
        </w:rPr>
      </w:pPr>
      <w:r w:rsidRPr="00311F38">
        <w:rPr>
          <w:rFonts w:ascii="Times  New Roman" w:hAnsi="Times  New Roman"/>
          <w:i/>
          <w:iCs/>
          <w:sz w:val="26"/>
          <w:szCs w:val="26"/>
          <w:lang w:val="vi-VN"/>
        </w:rPr>
        <w:t xml:space="preserve">(V/v </w:t>
      </w:r>
      <w:r w:rsidR="00E45A54">
        <w:rPr>
          <w:rFonts w:ascii="Times  New Roman" w:hAnsi="Times  New Roman"/>
          <w:i/>
          <w:iCs/>
          <w:sz w:val="26"/>
          <w:szCs w:val="26"/>
          <w:lang w:val="vi-VN"/>
        </w:rPr>
        <w:t xml:space="preserve">để </w:t>
      </w:r>
      <w:r w:rsidR="00945686" w:rsidRPr="00945686">
        <w:rPr>
          <w:rFonts w:ascii="Times  New Roman" w:hAnsi="Times  New Roman"/>
          <w:i/>
          <w:iCs/>
          <w:sz w:val="26"/>
          <w:szCs w:val="26"/>
          <w:lang w:val="vi-VN"/>
        </w:rPr>
        <w:t>bên thuê được cho bên thứ ba thuê lại nhà ở</w:t>
      </w:r>
      <w:r w:rsidRPr="00311F38">
        <w:rPr>
          <w:rFonts w:ascii="Times  New Roman" w:hAnsi="Times  New Roman"/>
          <w:i/>
          <w:iCs/>
          <w:sz w:val="26"/>
          <w:szCs w:val="26"/>
          <w:lang w:val="vi-VN"/>
        </w:rPr>
        <w:t>)</w:t>
      </w:r>
    </w:p>
    <w:p w14:paraId="4D65B540" w14:textId="77777777" w:rsidR="00015D25" w:rsidRPr="00945686" w:rsidRDefault="00000000" w:rsidP="004E6EEE">
      <w:pPr>
        <w:ind w:left="180"/>
        <w:rPr>
          <w:rFonts w:ascii="Times  New Roman" w:hAnsi="Times  New Roman" w:hint="eastAsia"/>
          <w:b/>
          <w:bCs/>
          <w:i/>
          <w:iCs/>
          <w:sz w:val="24"/>
          <w:szCs w:val="24"/>
          <w:lang w:val="vi-VN"/>
        </w:rPr>
      </w:pPr>
      <w:r w:rsidRPr="00945686">
        <w:rPr>
          <w:rFonts w:ascii="Times  New Roman" w:hAnsi="Times  New Roman"/>
          <w:b/>
          <w:bCs/>
          <w:i/>
          <w:iCs/>
          <w:sz w:val="24"/>
          <w:szCs w:val="24"/>
          <w:lang w:val="vi-VN"/>
        </w:rPr>
        <w:t>Căn cứ:</w:t>
      </w:r>
    </w:p>
    <w:p w14:paraId="51E72A25" w14:textId="77777777" w:rsidR="00015D25" w:rsidRPr="00945686" w:rsidRDefault="00000000" w:rsidP="004E6EEE">
      <w:pPr>
        <w:ind w:left="180"/>
        <w:rPr>
          <w:rFonts w:ascii="Times  New Roman" w:hAnsi="Times  New Roman" w:hint="eastAsia"/>
          <w:i/>
          <w:iCs/>
          <w:sz w:val="24"/>
          <w:szCs w:val="24"/>
          <w:lang w:val="vi-VN"/>
        </w:rPr>
      </w:pPr>
      <w:r w:rsidRPr="00945686">
        <w:rPr>
          <w:rFonts w:ascii="Times  New Roman" w:hAnsi="Times  New Roman"/>
          <w:i/>
          <w:iCs/>
          <w:sz w:val="24"/>
          <w:szCs w:val="24"/>
          <w:lang w:val="vi-VN"/>
        </w:rPr>
        <w:t>- Bộ luật Dân sự 2015;</w:t>
      </w:r>
    </w:p>
    <w:p w14:paraId="2C48BBBD" w14:textId="77777777" w:rsidR="00015D25" w:rsidRPr="00945686" w:rsidRDefault="00000000" w:rsidP="004E6EEE">
      <w:pPr>
        <w:ind w:left="180"/>
        <w:rPr>
          <w:rFonts w:ascii="Times  New Roman" w:hAnsi="Times  New Roman" w:hint="eastAsia"/>
          <w:i/>
          <w:iCs/>
          <w:sz w:val="24"/>
          <w:szCs w:val="24"/>
          <w:lang w:val="vi-VN"/>
        </w:rPr>
      </w:pPr>
      <w:r w:rsidRPr="00945686">
        <w:rPr>
          <w:rFonts w:ascii="Times  New Roman" w:hAnsi="Times  New Roman"/>
          <w:i/>
          <w:iCs/>
          <w:sz w:val="24"/>
          <w:szCs w:val="24"/>
          <w:lang w:val="vi-VN"/>
        </w:rPr>
        <w:t>- Luật Nhà ở hiện hành;</w:t>
      </w:r>
    </w:p>
    <w:p w14:paraId="7D570385" w14:textId="77777777" w:rsidR="00015D25" w:rsidRPr="00945686" w:rsidRDefault="00000000" w:rsidP="004E6EEE">
      <w:pPr>
        <w:ind w:left="180"/>
        <w:rPr>
          <w:rFonts w:ascii="Times  New Roman" w:hAnsi="Times  New Roman" w:hint="eastAsia"/>
          <w:i/>
          <w:iCs/>
          <w:sz w:val="24"/>
          <w:szCs w:val="24"/>
          <w:lang w:val="vi-VN"/>
        </w:rPr>
      </w:pPr>
      <w:r w:rsidRPr="00945686">
        <w:rPr>
          <w:rFonts w:ascii="Times  New Roman" w:hAnsi="Times  New Roman"/>
          <w:i/>
          <w:iCs/>
          <w:sz w:val="24"/>
          <w:szCs w:val="24"/>
          <w:lang w:val="vi-VN"/>
        </w:rPr>
        <w:t>- Hợp đồng thuê nhà số: …… ký ngày …/…/……;</w:t>
      </w:r>
    </w:p>
    <w:p w14:paraId="0E2EF88F" w14:textId="77777777" w:rsidR="00015D25" w:rsidRPr="00945686" w:rsidRDefault="00000000" w:rsidP="004E6EEE">
      <w:pPr>
        <w:ind w:left="180"/>
        <w:rPr>
          <w:rFonts w:ascii="Times  New Roman" w:hAnsi="Times  New Roman" w:hint="eastAsia"/>
          <w:i/>
          <w:iCs/>
          <w:sz w:val="24"/>
          <w:szCs w:val="24"/>
          <w:lang w:val="vi-VN"/>
        </w:rPr>
      </w:pPr>
      <w:r w:rsidRPr="00945686">
        <w:rPr>
          <w:rFonts w:ascii="Times  New Roman" w:hAnsi="Times  New Roman"/>
          <w:i/>
          <w:iCs/>
          <w:sz w:val="24"/>
          <w:szCs w:val="24"/>
          <w:lang w:val="vi-VN"/>
        </w:rPr>
        <w:t>- Nhu cầu và sự thỏa thuận của các bên.</w:t>
      </w:r>
    </w:p>
    <w:p w14:paraId="3B024783" w14:textId="77777777" w:rsidR="00015D25" w:rsidRPr="00945686" w:rsidRDefault="00015D25">
      <w:pPr>
        <w:rPr>
          <w:rFonts w:ascii="Times  New Roman" w:hAnsi="Times  New Roman" w:hint="eastAsia"/>
          <w:sz w:val="26"/>
          <w:szCs w:val="26"/>
          <w:lang w:val="vi-VN"/>
        </w:rPr>
      </w:pPr>
    </w:p>
    <w:p w14:paraId="4401DFE7" w14:textId="1EC2AD35" w:rsidR="00015D25" w:rsidRPr="004E6EEE" w:rsidRDefault="00000000">
      <w:pPr>
        <w:rPr>
          <w:rFonts w:ascii="Times  New Roman" w:hAnsi="Times  New Roman" w:hint="eastAsia"/>
          <w:b/>
          <w:bCs/>
          <w:sz w:val="26"/>
          <w:szCs w:val="26"/>
          <w:lang w:val="vi-VN"/>
        </w:rPr>
      </w:pPr>
      <w:r w:rsidRPr="00945686">
        <w:rPr>
          <w:rFonts w:ascii="Times  New Roman" w:hAnsi="Times  New Roman"/>
          <w:b/>
          <w:bCs/>
          <w:sz w:val="26"/>
          <w:szCs w:val="26"/>
          <w:lang w:val="vi-VN"/>
        </w:rPr>
        <w:t>I. THÔNG TIN CÁC BÊN</w:t>
      </w:r>
    </w:p>
    <w:p w14:paraId="16F768DA" w14:textId="77777777" w:rsidR="00015D25" w:rsidRPr="00945686" w:rsidRDefault="00000000">
      <w:pPr>
        <w:rPr>
          <w:rFonts w:ascii="Times  New Roman" w:hAnsi="Times  New Roman" w:hint="eastAsia"/>
          <w:b/>
          <w:bCs/>
          <w:sz w:val="26"/>
          <w:szCs w:val="26"/>
          <w:lang w:val="vi-VN"/>
        </w:rPr>
      </w:pPr>
      <w:r w:rsidRPr="00945686">
        <w:rPr>
          <w:rFonts w:ascii="Times  New Roman" w:hAnsi="Times  New Roman"/>
          <w:b/>
          <w:bCs/>
          <w:sz w:val="26"/>
          <w:szCs w:val="26"/>
          <w:lang w:val="vi-VN"/>
        </w:rPr>
        <w:t>1. Bên cho thuê (Chủ nhà):</w:t>
      </w:r>
    </w:p>
    <w:p w14:paraId="2C7E350F" w14:textId="77777777" w:rsidR="00015D25" w:rsidRDefault="00000000">
      <w:pPr>
        <w:rPr>
          <w:rFonts w:ascii="Times  New Roman" w:hAnsi="Times  New Roman" w:hint="eastAsia"/>
          <w:sz w:val="26"/>
          <w:szCs w:val="26"/>
          <w:lang w:val="vi-VN"/>
        </w:rPr>
      </w:pPr>
      <w:r w:rsidRPr="00945686">
        <w:rPr>
          <w:rFonts w:ascii="Times  New Roman" w:hAnsi="Times  New Roman"/>
          <w:sz w:val="26"/>
          <w:szCs w:val="26"/>
          <w:lang w:val="vi-VN"/>
        </w:rPr>
        <w:t>- Họ tên/Tên tổ chức: ………………………………………</w:t>
      </w:r>
    </w:p>
    <w:p w14:paraId="31C8ED2B" w14:textId="23D76894" w:rsidR="004E6EEE" w:rsidRPr="004E6EEE" w:rsidRDefault="004E6EEE">
      <w:pPr>
        <w:rPr>
          <w:rFonts w:ascii="Times  New Roman" w:hAnsi="Times  New Roman" w:hint="eastAsia"/>
          <w:sz w:val="26"/>
          <w:szCs w:val="26"/>
          <w:lang w:val="vi-VN"/>
        </w:rPr>
      </w:pPr>
      <w:r>
        <w:rPr>
          <w:rFonts w:ascii="Times  New Roman" w:hAnsi="Times  New Roman"/>
          <w:sz w:val="26"/>
          <w:szCs w:val="26"/>
          <w:lang w:val="vi-VN"/>
        </w:rPr>
        <w:t xml:space="preserve">- Tên người đại diện tổ chức: </w:t>
      </w:r>
      <w:r w:rsidRPr="004E6EEE">
        <w:rPr>
          <w:rFonts w:ascii="Times  New Roman" w:hAnsi="Times  New Roman"/>
          <w:sz w:val="26"/>
          <w:szCs w:val="26"/>
          <w:lang w:val="vi-VN"/>
        </w:rPr>
        <w:t>………………………………………</w:t>
      </w:r>
    </w:p>
    <w:p w14:paraId="35B658E4" w14:textId="36D1CD8C" w:rsidR="004E6EEE" w:rsidRPr="004E6EEE" w:rsidRDefault="00000000">
      <w:pPr>
        <w:rPr>
          <w:rFonts w:ascii="Times  New Roman" w:hAnsi="Times  New Roman" w:hint="eastAsia"/>
          <w:sz w:val="26"/>
          <w:szCs w:val="26"/>
          <w:lang w:val="vi-VN"/>
        </w:rPr>
      </w:pPr>
      <w:r w:rsidRPr="004E6EEE">
        <w:rPr>
          <w:rFonts w:ascii="Times  New Roman" w:hAnsi="Times  New Roman"/>
          <w:sz w:val="26"/>
          <w:szCs w:val="26"/>
          <w:lang w:val="vi-VN"/>
        </w:rPr>
        <w:t>- CMND/</w:t>
      </w:r>
      <w:r w:rsidR="004E6EEE" w:rsidRPr="004E6EEE">
        <w:rPr>
          <w:rFonts w:ascii="Times  New Roman" w:hAnsi="Times  New Roman"/>
          <w:sz w:val="26"/>
          <w:szCs w:val="26"/>
          <w:lang w:val="vi-VN"/>
        </w:rPr>
        <w:t>CCCD</w:t>
      </w:r>
      <w:r w:rsidR="004E6EEE">
        <w:rPr>
          <w:rFonts w:ascii="Times  New Roman" w:hAnsi="Times  New Roman"/>
          <w:sz w:val="26"/>
          <w:szCs w:val="26"/>
          <w:lang w:val="vi-VN"/>
        </w:rPr>
        <w:t xml:space="preserve">: </w:t>
      </w:r>
      <w:r w:rsidR="004E6EEE" w:rsidRPr="004E6EEE">
        <w:rPr>
          <w:rFonts w:ascii="Times  New Roman" w:hAnsi="Times  New Roman"/>
          <w:sz w:val="26"/>
          <w:szCs w:val="26"/>
          <w:lang w:val="vi-VN"/>
        </w:rPr>
        <w:t>………………………</w:t>
      </w:r>
    </w:p>
    <w:p w14:paraId="00C64D54" w14:textId="67C54B80" w:rsidR="00015D25" w:rsidRPr="004E6EEE" w:rsidRDefault="004E6EEE">
      <w:pPr>
        <w:rPr>
          <w:rFonts w:ascii="Times  New Roman" w:hAnsi="Times  New Roman" w:hint="eastAsia"/>
          <w:sz w:val="26"/>
          <w:szCs w:val="26"/>
          <w:lang w:val="vi-VN"/>
        </w:rPr>
      </w:pPr>
      <w:r>
        <w:rPr>
          <w:rFonts w:ascii="Times  New Roman" w:hAnsi="Times  New Roman"/>
          <w:sz w:val="26"/>
          <w:szCs w:val="26"/>
          <w:lang w:val="vi-VN"/>
        </w:rPr>
        <w:t xml:space="preserve">- </w:t>
      </w:r>
      <w:r w:rsidRPr="004E6EEE">
        <w:rPr>
          <w:rFonts w:ascii="Times  New Roman" w:hAnsi="Times  New Roman"/>
          <w:sz w:val="26"/>
          <w:szCs w:val="26"/>
          <w:lang w:val="vi-VN"/>
        </w:rPr>
        <w:t>Mã số doanh nghiệp: ………………………</w:t>
      </w:r>
    </w:p>
    <w:p w14:paraId="529150ED" w14:textId="77777777" w:rsidR="00015D25" w:rsidRPr="00945686" w:rsidRDefault="00000000">
      <w:pPr>
        <w:rPr>
          <w:rFonts w:ascii="Times  New Roman" w:hAnsi="Times  New Roman" w:hint="eastAsia"/>
          <w:sz w:val="26"/>
          <w:szCs w:val="26"/>
          <w:lang w:val="vi-VN"/>
        </w:rPr>
      </w:pPr>
      <w:r w:rsidRPr="00945686">
        <w:rPr>
          <w:rFonts w:ascii="Times  New Roman" w:hAnsi="Times  New Roman"/>
          <w:sz w:val="26"/>
          <w:szCs w:val="26"/>
          <w:lang w:val="vi-VN"/>
        </w:rPr>
        <w:t>- Địa chỉ: ………………………………………………………</w:t>
      </w:r>
    </w:p>
    <w:p w14:paraId="7902A76D" w14:textId="040BF51F" w:rsidR="00015D25" w:rsidRPr="004E6EEE" w:rsidRDefault="00000000">
      <w:pPr>
        <w:rPr>
          <w:rFonts w:ascii="Times  New Roman" w:hAnsi="Times  New Roman" w:hint="eastAsia"/>
          <w:sz w:val="26"/>
          <w:szCs w:val="26"/>
          <w:lang w:val="vi-VN"/>
        </w:rPr>
      </w:pPr>
      <w:r w:rsidRPr="00945686">
        <w:rPr>
          <w:rFonts w:ascii="Times  New Roman" w:hAnsi="Times  New Roman"/>
          <w:sz w:val="26"/>
          <w:szCs w:val="26"/>
          <w:lang w:val="vi-VN"/>
        </w:rPr>
        <w:t>- Điện thoại: …………………………………………………</w:t>
      </w:r>
    </w:p>
    <w:p w14:paraId="75DE0C7C" w14:textId="77777777" w:rsidR="00015D25" w:rsidRPr="00945686" w:rsidRDefault="00000000" w:rsidP="00311F38">
      <w:pPr>
        <w:spacing w:before="240"/>
        <w:rPr>
          <w:rFonts w:ascii="Times  New Roman" w:hAnsi="Times  New Roman" w:hint="eastAsia"/>
          <w:b/>
          <w:bCs/>
          <w:sz w:val="26"/>
          <w:szCs w:val="26"/>
          <w:lang w:val="vi-VN"/>
        </w:rPr>
      </w:pPr>
      <w:r w:rsidRPr="00945686">
        <w:rPr>
          <w:rFonts w:ascii="Times  New Roman" w:hAnsi="Times  New Roman"/>
          <w:b/>
          <w:bCs/>
          <w:sz w:val="26"/>
          <w:szCs w:val="26"/>
          <w:lang w:val="vi-VN"/>
        </w:rPr>
        <w:t>2. Bên thuê (Bên xin cho thuê lại):</w:t>
      </w:r>
    </w:p>
    <w:p w14:paraId="1A195EB9" w14:textId="77777777" w:rsidR="004E6EEE" w:rsidRDefault="004E6EEE" w:rsidP="004E6EEE">
      <w:pPr>
        <w:rPr>
          <w:rFonts w:ascii="Times  New Roman" w:hAnsi="Times  New Roman" w:hint="eastAsia"/>
          <w:sz w:val="26"/>
          <w:szCs w:val="26"/>
          <w:lang w:val="vi-VN"/>
        </w:rPr>
      </w:pPr>
      <w:r w:rsidRPr="00945686">
        <w:rPr>
          <w:rFonts w:ascii="Times  New Roman" w:hAnsi="Times  New Roman"/>
          <w:sz w:val="26"/>
          <w:szCs w:val="26"/>
          <w:lang w:val="vi-VN"/>
        </w:rPr>
        <w:t>- Họ tên/Tên tổ chức: ………………………………………</w:t>
      </w:r>
    </w:p>
    <w:p w14:paraId="5A5390E2" w14:textId="77777777" w:rsidR="004E6EEE" w:rsidRPr="004E6EEE" w:rsidRDefault="004E6EEE" w:rsidP="004E6EEE">
      <w:pPr>
        <w:rPr>
          <w:rFonts w:ascii="Times  New Roman" w:hAnsi="Times  New Roman" w:hint="eastAsia"/>
          <w:sz w:val="26"/>
          <w:szCs w:val="26"/>
          <w:lang w:val="vi-VN"/>
        </w:rPr>
      </w:pPr>
      <w:r>
        <w:rPr>
          <w:rFonts w:ascii="Times  New Roman" w:hAnsi="Times  New Roman"/>
          <w:sz w:val="26"/>
          <w:szCs w:val="26"/>
          <w:lang w:val="vi-VN"/>
        </w:rPr>
        <w:t xml:space="preserve">- Tên người đại diện tổ chức: </w:t>
      </w:r>
      <w:r w:rsidRPr="004E6EEE">
        <w:rPr>
          <w:rFonts w:ascii="Times  New Roman" w:hAnsi="Times  New Roman"/>
          <w:sz w:val="26"/>
          <w:szCs w:val="26"/>
          <w:lang w:val="vi-VN"/>
        </w:rPr>
        <w:t>………………………………………</w:t>
      </w:r>
    </w:p>
    <w:p w14:paraId="52EA1859" w14:textId="77777777" w:rsidR="004E6EEE" w:rsidRPr="004E6EEE" w:rsidRDefault="004E6EEE" w:rsidP="004E6EEE">
      <w:pPr>
        <w:rPr>
          <w:rFonts w:ascii="Times  New Roman" w:hAnsi="Times  New Roman" w:hint="eastAsia"/>
          <w:sz w:val="26"/>
          <w:szCs w:val="26"/>
          <w:lang w:val="vi-VN"/>
        </w:rPr>
      </w:pPr>
      <w:r w:rsidRPr="004E6EEE">
        <w:rPr>
          <w:rFonts w:ascii="Times  New Roman" w:hAnsi="Times  New Roman"/>
          <w:sz w:val="26"/>
          <w:szCs w:val="26"/>
          <w:lang w:val="vi-VN"/>
        </w:rPr>
        <w:t>- CMND/CCCD</w:t>
      </w:r>
      <w:r>
        <w:rPr>
          <w:rFonts w:ascii="Times  New Roman" w:hAnsi="Times  New Roman"/>
          <w:sz w:val="26"/>
          <w:szCs w:val="26"/>
          <w:lang w:val="vi-VN"/>
        </w:rPr>
        <w:t xml:space="preserve">: </w:t>
      </w:r>
      <w:r w:rsidRPr="004E6EEE">
        <w:rPr>
          <w:rFonts w:ascii="Times  New Roman" w:hAnsi="Times  New Roman"/>
          <w:sz w:val="26"/>
          <w:szCs w:val="26"/>
          <w:lang w:val="vi-VN"/>
        </w:rPr>
        <w:t>………………………</w:t>
      </w:r>
    </w:p>
    <w:p w14:paraId="79B4FDE6" w14:textId="77777777" w:rsidR="004E6EEE" w:rsidRPr="004E6EEE" w:rsidRDefault="004E6EEE" w:rsidP="004E6EEE">
      <w:pPr>
        <w:rPr>
          <w:rFonts w:ascii="Times  New Roman" w:hAnsi="Times  New Roman" w:hint="eastAsia"/>
          <w:sz w:val="26"/>
          <w:szCs w:val="26"/>
          <w:lang w:val="vi-VN"/>
        </w:rPr>
      </w:pPr>
      <w:r>
        <w:rPr>
          <w:rFonts w:ascii="Times  New Roman" w:hAnsi="Times  New Roman"/>
          <w:sz w:val="26"/>
          <w:szCs w:val="26"/>
          <w:lang w:val="vi-VN"/>
        </w:rPr>
        <w:t xml:space="preserve">- </w:t>
      </w:r>
      <w:r w:rsidRPr="004E6EEE">
        <w:rPr>
          <w:rFonts w:ascii="Times  New Roman" w:hAnsi="Times  New Roman"/>
          <w:sz w:val="26"/>
          <w:szCs w:val="26"/>
          <w:lang w:val="vi-VN"/>
        </w:rPr>
        <w:t>Mã số doanh nghiệp: ………………………</w:t>
      </w:r>
    </w:p>
    <w:p w14:paraId="2F7D4C27" w14:textId="77777777" w:rsidR="004E6EEE" w:rsidRPr="00945686" w:rsidRDefault="004E6EEE" w:rsidP="004E6EEE">
      <w:pPr>
        <w:rPr>
          <w:rFonts w:ascii="Times  New Roman" w:hAnsi="Times  New Roman" w:hint="eastAsia"/>
          <w:sz w:val="26"/>
          <w:szCs w:val="26"/>
          <w:lang w:val="vi-VN"/>
        </w:rPr>
      </w:pPr>
      <w:r w:rsidRPr="00945686">
        <w:rPr>
          <w:rFonts w:ascii="Times  New Roman" w:hAnsi="Times  New Roman"/>
          <w:sz w:val="26"/>
          <w:szCs w:val="26"/>
          <w:lang w:val="vi-VN"/>
        </w:rPr>
        <w:t>- Địa chỉ: ………………………………………………………</w:t>
      </w:r>
    </w:p>
    <w:p w14:paraId="450D2BC4" w14:textId="34CEFF43" w:rsidR="00015D25" w:rsidRPr="004E6EEE" w:rsidRDefault="004E6EEE">
      <w:pPr>
        <w:rPr>
          <w:rFonts w:ascii="Times  New Roman" w:hAnsi="Times  New Roman" w:hint="eastAsia"/>
          <w:sz w:val="26"/>
          <w:szCs w:val="26"/>
          <w:lang w:val="vi-VN"/>
        </w:rPr>
      </w:pPr>
      <w:r w:rsidRPr="00945686">
        <w:rPr>
          <w:rFonts w:ascii="Times  New Roman" w:hAnsi="Times  New Roman"/>
          <w:sz w:val="26"/>
          <w:szCs w:val="26"/>
          <w:lang w:val="vi-VN"/>
        </w:rPr>
        <w:t>- Điện thoại: …………………………………………………</w:t>
      </w:r>
    </w:p>
    <w:p w14:paraId="621CC059" w14:textId="77777777" w:rsidR="004E6EEE" w:rsidRDefault="004E6EEE">
      <w:pPr>
        <w:rPr>
          <w:rFonts w:ascii="Times  New Roman" w:hAnsi="Times  New Roman" w:hint="eastAsia"/>
          <w:sz w:val="26"/>
          <w:szCs w:val="26"/>
          <w:lang w:val="vi-VN"/>
        </w:rPr>
      </w:pPr>
    </w:p>
    <w:p w14:paraId="4E7FE834" w14:textId="77777777" w:rsidR="004E6EEE" w:rsidRDefault="004E6EEE">
      <w:pPr>
        <w:rPr>
          <w:rFonts w:ascii="Times  New Roman" w:hAnsi="Times  New Roman" w:hint="eastAsia"/>
          <w:sz w:val="26"/>
          <w:szCs w:val="26"/>
          <w:lang w:val="vi-VN"/>
        </w:rPr>
      </w:pPr>
    </w:p>
    <w:p w14:paraId="43EDE44A" w14:textId="1BFBF9D8" w:rsidR="00015D25" w:rsidRPr="004E6EEE" w:rsidRDefault="00000000">
      <w:pPr>
        <w:rPr>
          <w:rFonts w:ascii="Times  New Roman" w:hAnsi="Times  New Roman" w:hint="eastAsia"/>
          <w:b/>
          <w:bCs/>
          <w:sz w:val="26"/>
          <w:szCs w:val="26"/>
          <w:lang w:val="vi-VN"/>
        </w:rPr>
      </w:pPr>
      <w:r w:rsidRPr="00945686">
        <w:rPr>
          <w:rFonts w:ascii="Times  New Roman" w:hAnsi="Times  New Roman"/>
          <w:b/>
          <w:bCs/>
          <w:sz w:val="26"/>
          <w:szCs w:val="26"/>
          <w:lang w:val="vi-VN"/>
        </w:rPr>
        <w:t>II. NỘI DUNG CHẤP THUẬN</w:t>
      </w:r>
    </w:p>
    <w:p w14:paraId="017A6408" w14:textId="32D090DB" w:rsidR="00311F38" w:rsidRPr="00311F38" w:rsidRDefault="00311F38" w:rsidP="00311F38">
      <w:pPr>
        <w:rPr>
          <w:rFonts w:ascii="Times  New Roman" w:hAnsi="Times  New Roman" w:hint="eastAsia"/>
          <w:sz w:val="26"/>
          <w:szCs w:val="26"/>
          <w:lang w:val="vi-VN"/>
        </w:rPr>
      </w:pPr>
      <w:r w:rsidRPr="00311F38">
        <w:rPr>
          <w:rFonts w:ascii="Times  New Roman" w:hAnsi="Times  New Roman"/>
          <w:b/>
          <w:bCs/>
          <w:sz w:val="26"/>
          <w:szCs w:val="26"/>
          <w:lang w:val="vi-VN"/>
        </w:rPr>
        <w:t>Điều 1.</w:t>
      </w:r>
      <w:r>
        <w:rPr>
          <w:rFonts w:ascii="Times  New Roman" w:hAnsi="Times  New Roman"/>
          <w:sz w:val="26"/>
          <w:szCs w:val="26"/>
          <w:lang w:val="vi-VN"/>
        </w:rPr>
        <w:t xml:space="preserve"> </w:t>
      </w:r>
      <w:r w:rsidRPr="00311F38">
        <w:rPr>
          <w:rFonts w:ascii="Times  New Roman" w:hAnsi="Times  New Roman"/>
          <w:sz w:val="26"/>
          <w:szCs w:val="26"/>
          <w:lang w:val="vi-VN"/>
        </w:rPr>
        <w:t>Bên cho thuê đồng ý cho Bên thuê được cho bên thứ ba thuê lại nhà ở thuộc hợp đồng thuê số …… ký ngày …/…/……, với thông tin cụ thể như sau:</w:t>
      </w:r>
    </w:p>
    <w:p w14:paraId="4F5C2F97" w14:textId="77777777" w:rsidR="00311F38" w:rsidRPr="00311F38" w:rsidRDefault="00311F38" w:rsidP="00311F38">
      <w:pPr>
        <w:rPr>
          <w:rFonts w:ascii="Times  New Roman" w:hAnsi="Times  New Roman" w:hint="eastAsia"/>
          <w:sz w:val="26"/>
          <w:szCs w:val="26"/>
          <w:lang w:val="vi-VN"/>
        </w:rPr>
      </w:pPr>
      <w:r w:rsidRPr="00311F38">
        <w:rPr>
          <w:rFonts w:ascii="Times  New Roman" w:hAnsi="Times  New Roman"/>
          <w:sz w:val="26"/>
          <w:szCs w:val="26"/>
          <w:lang w:val="vi-VN"/>
        </w:rPr>
        <w:t>- Địa chỉ nhà ở: ……………………………………………</w:t>
      </w:r>
    </w:p>
    <w:p w14:paraId="1E9AA5E6" w14:textId="77777777" w:rsidR="00311F38" w:rsidRPr="00311F38" w:rsidRDefault="00311F38" w:rsidP="00311F38">
      <w:pPr>
        <w:rPr>
          <w:rFonts w:ascii="Times  New Roman" w:hAnsi="Times  New Roman" w:hint="eastAsia"/>
          <w:sz w:val="26"/>
          <w:szCs w:val="26"/>
          <w:lang w:val="vi-VN"/>
        </w:rPr>
      </w:pPr>
      <w:r w:rsidRPr="00311F38">
        <w:rPr>
          <w:rFonts w:ascii="Times  New Roman" w:hAnsi="Times  New Roman"/>
          <w:sz w:val="26"/>
          <w:szCs w:val="26"/>
          <w:lang w:val="vi-VN"/>
        </w:rPr>
        <w:t>- Diện tích: …………………………………………………</w:t>
      </w:r>
    </w:p>
    <w:p w14:paraId="4E279E87" w14:textId="0651FCAD" w:rsidR="00311F38" w:rsidRPr="00311F38" w:rsidRDefault="00311F38" w:rsidP="00311F38">
      <w:pPr>
        <w:rPr>
          <w:rFonts w:ascii="Times  New Roman" w:hAnsi="Times  New Roman" w:hint="eastAsia"/>
          <w:sz w:val="26"/>
          <w:szCs w:val="26"/>
          <w:lang w:val="vi-VN"/>
        </w:rPr>
      </w:pPr>
      <w:r w:rsidRPr="00311F38">
        <w:rPr>
          <w:rFonts w:ascii="Times  New Roman" w:hAnsi="Times  New Roman"/>
          <w:sz w:val="26"/>
          <w:szCs w:val="26"/>
          <w:lang w:val="vi-VN"/>
        </w:rPr>
        <w:t>- Phạm vi cho thuê lại: Toàn bộ / Một phần (ghi rõ: ………………)</w:t>
      </w:r>
    </w:p>
    <w:p w14:paraId="60F98AD7" w14:textId="15CB8467" w:rsidR="00311F38" w:rsidRPr="00311F38" w:rsidRDefault="00311F38" w:rsidP="00311F38">
      <w:pPr>
        <w:rPr>
          <w:rFonts w:ascii="Times  New Roman" w:hAnsi="Times  New Roman" w:hint="eastAsia"/>
          <w:b/>
          <w:bCs/>
          <w:sz w:val="26"/>
          <w:szCs w:val="26"/>
          <w:lang w:val="vi-VN"/>
        </w:rPr>
      </w:pPr>
      <w:r w:rsidRPr="00311F38">
        <w:rPr>
          <w:rFonts w:ascii="Times  New Roman" w:hAnsi="Times  New Roman"/>
          <w:b/>
          <w:bCs/>
          <w:sz w:val="26"/>
          <w:szCs w:val="26"/>
          <w:lang w:val="vi-VN"/>
        </w:rPr>
        <w:t>* Việc cho thuê lại được thực hiện với các điều kiện sau:</w:t>
      </w:r>
    </w:p>
    <w:p w14:paraId="6050463A" w14:textId="77777777" w:rsidR="00311F38" w:rsidRPr="00311F38" w:rsidRDefault="00311F38" w:rsidP="00311F38">
      <w:pPr>
        <w:rPr>
          <w:rFonts w:ascii="Times  New Roman" w:hAnsi="Times  New Roman" w:hint="eastAsia"/>
          <w:sz w:val="26"/>
          <w:szCs w:val="26"/>
          <w:lang w:val="vi-VN"/>
        </w:rPr>
      </w:pPr>
      <w:r w:rsidRPr="00311F38">
        <w:rPr>
          <w:rFonts w:ascii="Times  New Roman" w:hAnsi="Times  New Roman"/>
          <w:sz w:val="26"/>
          <w:szCs w:val="26"/>
          <w:lang w:val="vi-VN"/>
        </w:rPr>
        <w:t>- Không làm thay đổi mục đích sử dụng nhà ở;</w:t>
      </w:r>
    </w:p>
    <w:p w14:paraId="02A2FD09" w14:textId="77777777" w:rsidR="00311F38" w:rsidRPr="00311F38" w:rsidRDefault="00311F38" w:rsidP="00311F38">
      <w:pPr>
        <w:rPr>
          <w:rFonts w:ascii="Times  New Roman" w:hAnsi="Times  New Roman" w:hint="eastAsia"/>
          <w:sz w:val="26"/>
          <w:szCs w:val="26"/>
          <w:lang w:val="vi-VN"/>
        </w:rPr>
      </w:pPr>
      <w:r w:rsidRPr="00311F38">
        <w:rPr>
          <w:rFonts w:ascii="Times  New Roman" w:hAnsi="Times  New Roman"/>
          <w:sz w:val="26"/>
          <w:szCs w:val="26"/>
          <w:lang w:val="vi-VN"/>
        </w:rPr>
        <w:t>- Không sử dụng vào mục đích vi phạm pháp luật;</w:t>
      </w:r>
    </w:p>
    <w:p w14:paraId="41D1ED34" w14:textId="77777777" w:rsidR="00311F38" w:rsidRPr="00311F38" w:rsidRDefault="00311F38" w:rsidP="00311F38">
      <w:pPr>
        <w:rPr>
          <w:rFonts w:ascii="Times  New Roman" w:hAnsi="Times  New Roman" w:hint="eastAsia"/>
          <w:sz w:val="26"/>
          <w:szCs w:val="26"/>
          <w:lang w:val="vi-VN"/>
        </w:rPr>
      </w:pPr>
      <w:r w:rsidRPr="00311F38">
        <w:rPr>
          <w:rFonts w:ascii="Times  New Roman" w:hAnsi="Times  New Roman"/>
          <w:sz w:val="26"/>
          <w:szCs w:val="26"/>
          <w:lang w:val="vi-VN"/>
        </w:rPr>
        <w:t>- Bên thuê có trách nhiệm thông báo thông tin bên thuê lại khi Bên cho thuê yêu cầu;</w:t>
      </w:r>
    </w:p>
    <w:p w14:paraId="111DD642" w14:textId="12572788" w:rsidR="00015D25" w:rsidRPr="00311F38" w:rsidRDefault="00311F38">
      <w:pPr>
        <w:rPr>
          <w:rFonts w:ascii="Times  New Roman" w:hAnsi="Times  New Roman" w:hint="eastAsia"/>
          <w:sz w:val="26"/>
          <w:szCs w:val="26"/>
          <w:lang w:val="vi-VN"/>
        </w:rPr>
      </w:pPr>
      <w:r w:rsidRPr="00311F38">
        <w:rPr>
          <w:rFonts w:ascii="Times  New Roman" w:hAnsi="Times  New Roman"/>
          <w:sz w:val="26"/>
          <w:szCs w:val="26"/>
          <w:lang w:val="vi-VN"/>
        </w:rPr>
        <w:t>- Bên thuê vẫn chịu trách nhiệm chính đối với Bên cho thuê theo hợp đồng đã ký.</w:t>
      </w:r>
    </w:p>
    <w:p w14:paraId="40B15394" w14:textId="7FFF0BD7" w:rsidR="00015D25" w:rsidRPr="00945686" w:rsidRDefault="00000000" w:rsidP="00311F38">
      <w:pPr>
        <w:spacing w:before="360"/>
        <w:rPr>
          <w:rFonts w:ascii="Times  New Roman" w:hAnsi="Times  New Roman" w:hint="eastAsia"/>
          <w:sz w:val="26"/>
          <w:szCs w:val="26"/>
          <w:lang w:val="vi-VN"/>
        </w:rPr>
      </w:pPr>
      <w:r w:rsidRPr="00945686">
        <w:rPr>
          <w:rFonts w:ascii="Times  New Roman" w:hAnsi="Times  New Roman"/>
          <w:b/>
          <w:bCs/>
          <w:sz w:val="26"/>
          <w:szCs w:val="26"/>
          <w:lang w:val="vi-VN"/>
        </w:rPr>
        <w:t xml:space="preserve">Điều </w:t>
      </w:r>
      <w:r w:rsidR="00311F38" w:rsidRPr="00945686">
        <w:rPr>
          <w:rFonts w:ascii="Times  New Roman" w:hAnsi="Times  New Roman"/>
          <w:b/>
          <w:bCs/>
          <w:sz w:val="26"/>
          <w:szCs w:val="26"/>
          <w:lang w:val="vi-VN"/>
        </w:rPr>
        <w:t>2</w:t>
      </w:r>
      <w:r w:rsidRPr="00945686">
        <w:rPr>
          <w:rFonts w:ascii="Times  New Roman" w:hAnsi="Times  New Roman"/>
          <w:b/>
          <w:bCs/>
          <w:sz w:val="26"/>
          <w:szCs w:val="26"/>
          <w:lang w:val="vi-VN"/>
        </w:rPr>
        <w:t>.</w:t>
      </w:r>
      <w:r w:rsidRPr="00945686">
        <w:rPr>
          <w:rFonts w:ascii="Times  New Roman" w:hAnsi="Times  New Roman"/>
          <w:sz w:val="26"/>
          <w:szCs w:val="26"/>
          <w:lang w:val="vi-VN"/>
        </w:rPr>
        <w:t xml:space="preserve"> Trách nhiệm của Bên thuê</w:t>
      </w:r>
    </w:p>
    <w:p w14:paraId="6DE0380B" w14:textId="77777777" w:rsidR="00015D25" w:rsidRPr="00945686" w:rsidRDefault="00000000">
      <w:pPr>
        <w:rPr>
          <w:rFonts w:ascii="Times  New Roman" w:hAnsi="Times  New Roman" w:hint="eastAsia"/>
          <w:sz w:val="26"/>
          <w:szCs w:val="26"/>
          <w:lang w:val="vi-VN"/>
        </w:rPr>
      </w:pPr>
      <w:r w:rsidRPr="00945686">
        <w:rPr>
          <w:rFonts w:ascii="Times  New Roman" w:hAnsi="Times  New Roman"/>
          <w:sz w:val="26"/>
          <w:szCs w:val="26"/>
          <w:lang w:val="vi-VN"/>
        </w:rPr>
        <w:t>- Đảm bảo bên thuê lại tuân thủ quy định;</w:t>
      </w:r>
    </w:p>
    <w:p w14:paraId="4DD2F1AF" w14:textId="77777777" w:rsidR="00015D25" w:rsidRPr="00945686" w:rsidRDefault="00000000">
      <w:pPr>
        <w:rPr>
          <w:rFonts w:ascii="Times  New Roman" w:hAnsi="Times  New Roman" w:hint="eastAsia"/>
          <w:sz w:val="26"/>
          <w:szCs w:val="26"/>
          <w:lang w:val="vi-VN"/>
        </w:rPr>
      </w:pPr>
      <w:r w:rsidRPr="00945686">
        <w:rPr>
          <w:rFonts w:ascii="Times  New Roman" w:hAnsi="Times  New Roman"/>
          <w:sz w:val="26"/>
          <w:szCs w:val="26"/>
          <w:lang w:val="vi-VN"/>
        </w:rPr>
        <w:t>- Không tự ý sửa chữa;</w:t>
      </w:r>
    </w:p>
    <w:p w14:paraId="308EB1CC" w14:textId="77777777" w:rsidR="00015D25" w:rsidRPr="00945686" w:rsidRDefault="00000000">
      <w:pPr>
        <w:rPr>
          <w:rFonts w:ascii="Times  New Roman" w:hAnsi="Times  New Roman" w:hint="eastAsia"/>
          <w:sz w:val="26"/>
          <w:szCs w:val="26"/>
          <w:lang w:val="vi-VN"/>
        </w:rPr>
      </w:pPr>
      <w:r w:rsidRPr="00945686">
        <w:rPr>
          <w:rFonts w:ascii="Times  New Roman" w:hAnsi="Times  New Roman"/>
          <w:sz w:val="26"/>
          <w:szCs w:val="26"/>
          <w:lang w:val="vi-VN"/>
        </w:rPr>
        <w:t>- Chịu trách nhiệm về mọi thiệt hại.</w:t>
      </w:r>
    </w:p>
    <w:p w14:paraId="7324B8BB" w14:textId="3F74ED37" w:rsidR="00015D25" w:rsidRPr="00945686" w:rsidRDefault="00000000" w:rsidP="00311F38">
      <w:pPr>
        <w:spacing w:before="240"/>
        <w:rPr>
          <w:rFonts w:ascii="Times  New Roman" w:hAnsi="Times  New Roman" w:hint="eastAsia"/>
          <w:sz w:val="26"/>
          <w:szCs w:val="26"/>
          <w:lang w:val="vi-VN"/>
        </w:rPr>
      </w:pPr>
      <w:r w:rsidRPr="00945686">
        <w:rPr>
          <w:rFonts w:ascii="Times  New Roman" w:hAnsi="Times  New Roman"/>
          <w:b/>
          <w:bCs/>
          <w:sz w:val="26"/>
          <w:szCs w:val="26"/>
          <w:lang w:val="vi-VN"/>
        </w:rPr>
        <w:t xml:space="preserve">Điều </w:t>
      </w:r>
      <w:r w:rsidR="00311F38" w:rsidRPr="00945686">
        <w:rPr>
          <w:rFonts w:ascii="Times  New Roman" w:hAnsi="Times  New Roman"/>
          <w:b/>
          <w:bCs/>
          <w:sz w:val="26"/>
          <w:szCs w:val="26"/>
          <w:lang w:val="vi-VN"/>
        </w:rPr>
        <w:t>3</w:t>
      </w:r>
      <w:r w:rsidRPr="00945686">
        <w:rPr>
          <w:rFonts w:ascii="Times  New Roman" w:hAnsi="Times  New Roman"/>
          <w:b/>
          <w:bCs/>
          <w:sz w:val="26"/>
          <w:szCs w:val="26"/>
          <w:lang w:val="vi-VN"/>
        </w:rPr>
        <w:t>.</w:t>
      </w:r>
      <w:r w:rsidRPr="00945686">
        <w:rPr>
          <w:rFonts w:ascii="Times  New Roman" w:hAnsi="Times  New Roman"/>
          <w:sz w:val="26"/>
          <w:szCs w:val="26"/>
          <w:lang w:val="vi-VN"/>
        </w:rPr>
        <w:t xml:space="preserve"> Thời hạn chấp thuận</w:t>
      </w:r>
    </w:p>
    <w:p w14:paraId="62CFDCC9" w14:textId="77777777" w:rsidR="00015D25" w:rsidRPr="00945686" w:rsidRDefault="00000000">
      <w:pPr>
        <w:rPr>
          <w:rFonts w:ascii="Times  New Roman" w:hAnsi="Times  New Roman" w:hint="eastAsia"/>
          <w:sz w:val="26"/>
          <w:szCs w:val="26"/>
          <w:lang w:val="vi-VN"/>
        </w:rPr>
      </w:pPr>
      <w:r w:rsidRPr="00945686">
        <w:rPr>
          <w:rFonts w:ascii="Times  New Roman" w:hAnsi="Times  New Roman"/>
          <w:sz w:val="26"/>
          <w:szCs w:val="26"/>
          <w:lang w:val="vi-VN"/>
        </w:rPr>
        <w:t>- Từ ngày …/…/…… đến ngày …/…/……</w:t>
      </w:r>
    </w:p>
    <w:p w14:paraId="0C363B32" w14:textId="03BD2D3A" w:rsidR="00015D25" w:rsidRPr="00311F38" w:rsidRDefault="00000000">
      <w:pPr>
        <w:rPr>
          <w:rFonts w:ascii="Times  New Roman" w:hAnsi="Times  New Roman" w:hint="eastAsia"/>
          <w:sz w:val="26"/>
          <w:szCs w:val="26"/>
          <w:lang w:val="vi-VN"/>
        </w:rPr>
      </w:pPr>
      <w:r w:rsidRPr="00945686">
        <w:rPr>
          <w:rFonts w:ascii="Times  New Roman" w:hAnsi="Times  New Roman"/>
          <w:sz w:val="26"/>
          <w:szCs w:val="26"/>
          <w:lang w:val="vi-VN"/>
        </w:rPr>
        <w:t>- Không vượt quá hợp đồng thuê chính.</w:t>
      </w:r>
    </w:p>
    <w:p w14:paraId="23BBE9CB" w14:textId="0EE66CA3" w:rsidR="00015D25" w:rsidRPr="00311F38" w:rsidRDefault="00000000">
      <w:pPr>
        <w:rPr>
          <w:rFonts w:ascii="Times  New Roman" w:hAnsi="Times  New Roman" w:hint="eastAsia"/>
          <w:sz w:val="26"/>
          <w:szCs w:val="26"/>
          <w:lang w:val="vi-VN"/>
        </w:rPr>
      </w:pPr>
      <w:r w:rsidRPr="00311F38">
        <w:rPr>
          <w:rFonts w:ascii="Times  New Roman" w:hAnsi="Times  New Roman"/>
          <w:sz w:val="26"/>
          <w:szCs w:val="26"/>
          <w:lang w:val="vi-VN"/>
        </w:rPr>
        <w:t>- Lập thành … bản, mỗi bên giữ … bản.</w:t>
      </w:r>
    </w:p>
    <w:p w14:paraId="7B04CAD0" w14:textId="77777777" w:rsidR="00015D25" w:rsidRPr="00945686" w:rsidRDefault="00000000" w:rsidP="00311F38">
      <w:pPr>
        <w:spacing w:before="240"/>
        <w:rPr>
          <w:rFonts w:ascii="Times  New Roman" w:hAnsi="Times  New Roman" w:hint="eastAsia"/>
          <w:b/>
          <w:bCs/>
          <w:sz w:val="26"/>
          <w:szCs w:val="26"/>
          <w:lang w:val="vi-VN"/>
        </w:rPr>
      </w:pPr>
      <w:r w:rsidRPr="00945686">
        <w:rPr>
          <w:rFonts w:ascii="Times  New Roman" w:hAnsi="Times  New Roman"/>
          <w:b/>
          <w:bCs/>
          <w:sz w:val="26"/>
          <w:szCs w:val="26"/>
          <w:lang w:val="vi-VN"/>
        </w:rPr>
        <w:t>III. CAM KẾT</w:t>
      </w:r>
    </w:p>
    <w:p w14:paraId="7DA44D80" w14:textId="77777777" w:rsidR="00311F38" w:rsidRPr="00945686" w:rsidRDefault="00311F38" w:rsidP="00311F38">
      <w:pPr>
        <w:rPr>
          <w:rFonts w:ascii="Times  New Roman" w:hAnsi="Times  New Roman" w:hint="eastAsia"/>
          <w:sz w:val="26"/>
          <w:szCs w:val="26"/>
          <w:lang w:val="vi-VN"/>
        </w:rPr>
      </w:pPr>
      <w:r w:rsidRPr="00945686">
        <w:rPr>
          <w:rFonts w:ascii="Times  New Roman" w:hAnsi="Times  New Roman"/>
          <w:sz w:val="26"/>
          <w:szCs w:val="26"/>
          <w:lang w:val="vi-VN"/>
        </w:rPr>
        <w:t>Các bên cam kết và thống nhất như sau:</w:t>
      </w:r>
    </w:p>
    <w:p w14:paraId="233E27B4" w14:textId="01D8702C" w:rsidR="00311F38" w:rsidRPr="00945686" w:rsidRDefault="00311F38" w:rsidP="00311F38">
      <w:pPr>
        <w:rPr>
          <w:rFonts w:ascii="Times  New Roman" w:hAnsi="Times  New Roman" w:hint="eastAsia"/>
          <w:sz w:val="26"/>
          <w:szCs w:val="26"/>
          <w:lang w:val="vi-VN"/>
        </w:rPr>
      </w:pPr>
      <w:r w:rsidRPr="00311F38">
        <w:rPr>
          <w:rFonts w:ascii="Times  New Roman" w:hAnsi="Times  New Roman"/>
          <w:sz w:val="26"/>
          <w:szCs w:val="26"/>
          <w:lang w:val="vi-VN"/>
        </w:rPr>
        <w:lastRenderedPageBreak/>
        <w:t xml:space="preserve">- </w:t>
      </w:r>
      <w:r w:rsidRPr="00945686">
        <w:rPr>
          <w:rFonts w:ascii="Times  New Roman" w:hAnsi="Times  New Roman"/>
          <w:sz w:val="26"/>
          <w:szCs w:val="26"/>
          <w:lang w:val="vi-VN"/>
        </w:rPr>
        <w:t xml:space="preserve">Các thông tin ghi trong văn bản này là đúng sự thật, đầy đủ và chính xác; nếu có sai sót, bên cung cấp thông tin chịu hoàn toàn trách nhiệm trước pháp luật. </w:t>
      </w:r>
    </w:p>
    <w:p w14:paraId="2285F624" w14:textId="33DBAC6A" w:rsidR="00311F38" w:rsidRPr="00945686" w:rsidRDefault="00311F38" w:rsidP="00311F38">
      <w:pPr>
        <w:rPr>
          <w:rFonts w:ascii="Times  New Roman" w:hAnsi="Times  New Roman" w:hint="eastAsia"/>
          <w:sz w:val="26"/>
          <w:szCs w:val="26"/>
          <w:lang w:val="vi-VN"/>
        </w:rPr>
      </w:pPr>
      <w:r w:rsidRPr="00311F38">
        <w:rPr>
          <w:rFonts w:ascii="Times  New Roman" w:hAnsi="Times  New Roman"/>
          <w:sz w:val="26"/>
          <w:szCs w:val="26"/>
          <w:lang w:val="vi-VN"/>
        </w:rPr>
        <w:t xml:space="preserve">- </w:t>
      </w:r>
      <w:r w:rsidRPr="00945686">
        <w:rPr>
          <w:rFonts w:ascii="Times  New Roman" w:hAnsi="Times  New Roman"/>
          <w:sz w:val="26"/>
          <w:szCs w:val="26"/>
          <w:lang w:val="vi-VN"/>
        </w:rPr>
        <w:t xml:space="preserve">Việc cho thuê lại nhà ở nêu trên đã được các bên tự nguyện thỏa thuận, không bị ép buộc, lừa dối và phù hợp với quy định của pháp luật hiện hành. </w:t>
      </w:r>
    </w:p>
    <w:p w14:paraId="08407D14" w14:textId="6EE90288" w:rsidR="00311F38" w:rsidRPr="00945686" w:rsidRDefault="00311F38" w:rsidP="00311F38">
      <w:pPr>
        <w:rPr>
          <w:rFonts w:ascii="Times  New Roman" w:hAnsi="Times  New Roman" w:hint="eastAsia"/>
          <w:sz w:val="26"/>
          <w:szCs w:val="26"/>
          <w:lang w:val="vi-VN"/>
        </w:rPr>
      </w:pPr>
      <w:r>
        <w:rPr>
          <w:rFonts w:ascii="Times  New Roman" w:hAnsi="Times  New Roman"/>
          <w:sz w:val="26"/>
          <w:szCs w:val="26"/>
          <w:lang w:val="vi-VN"/>
        </w:rPr>
        <w:t xml:space="preserve">- </w:t>
      </w:r>
      <w:r w:rsidRPr="00945686">
        <w:rPr>
          <w:rFonts w:ascii="Times  New Roman" w:hAnsi="Times  New Roman"/>
          <w:sz w:val="26"/>
          <w:szCs w:val="26"/>
          <w:lang w:val="vi-VN"/>
        </w:rPr>
        <w:t xml:space="preserve">Bên thuê cam kết việc cho thuê lại: </w:t>
      </w:r>
    </w:p>
    <w:p w14:paraId="2D0B0C02" w14:textId="0231375B" w:rsidR="00311F38" w:rsidRPr="00945686" w:rsidRDefault="00311F38" w:rsidP="00311F38">
      <w:pPr>
        <w:rPr>
          <w:rFonts w:ascii="Times  New Roman" w:hAnsi="Times  New Roman" w:hint="eastAsia"/>
          <w:sz w:val="26"/>
          <w:szCs w:val="26"/>
          <w:lang w:val="vi-VN"/>
        </w:rPr>
      </w:pPr>
      <w:r>
        <w:rPr>
          <w:rFonts w:ascii="Times  New Roman" w:hAnsi="Times  New Roman"/>
          <w:sz w:val="26"/>
          <w:szCs w:val="26"/>
          <w:lang w:val="vi-VN"/>
        </w:rPr>
        <w:t xml:space="preserve">+ </w:t>
      </w:r>
      <w:r w:rsidRPr="00945686">
        <w:rPr>
          <w:rFonts w:ascii="Times  New Roman" w:hAnsi="Times  New Roman"/>
          <w:sz w:val="26"/>
          <w:szCs w:val="26"/>
          <w:lang w:val="vi-VN"/>
        </w:rPr>
        <w:t xml:space="preserve">Thực hiện đúng phạm vi, thời hạn đã được chấp thuận; </w:t>
      </w:r>
    </w:p>
    <w:p w14:paraId="1BD874DB" w14:textId="70E16708" w:rsidR="00311F38" w:rsidRPr="00945686" w:rsidRDefault="00311F38" w:rsidP="00311F38">
      <w:pPr>
        <w:rPr>
          <w:rFonts w:ascii="Times  New Roman" w:hAnsi="Times  New Roman" w:hint="eastAsia"/>
          <w:sz w:val="26"/>
          <w:szCs w:val="26"/>
          <w:lang w:val="vi-VN"/>
        </w:rPr>
      </w:pPr>
      <w:r>
        <w:rPr>
          <w:rFonts w:ascii="Times  New Roman" w:hAnsi="Times  New Roman"/>
          <w:sz w:val="26"/>
          <w:szCs w:val="26"/>
          <w:lang w:val="vi-VN"/>
        </w:rPr>
        <w:t xml:space="preserve">+ </w:t>
      </w:r>
      <w:r w:rsidRPr="00945686">
        <w:rPr>
          <w:rFonts w:ascii="Times  New Roman" w:hAnsi="Times  New Roman"/>
          <w:sz w:val="26"/>
          <w:szCs w:val="26"/>
          <w:lang w:val="vi-VN"/>
        </w:rPr>
        <w:t xml:space="preserve">Không làm thay đổi mục đích sử dụng nhà ở; </w:t>
      </w:r>
    </w:p>
    <w:p w14:paraId="5A07BE03" w14:textId="6BD96079" w:rsidR="00311F38" w:rsidRPr="00945686" w:rsidRDefault="00311F38" w:rsidP="00311F38">
      <w:pPr>
        <w:rPr>
          <w:rFonts w:ascii="Times  New Roman" w:hAnsi="Times  New Roman" w:hint="eastAsia"/>
          <w:sz w:val="26"/>
          <w:szCs w:val="26"/>
          <w:lang w:val="vi-VN"/>
        </w:rPr>
      </w:pPr>
      <w:r>
        <w:rPr>
          <w:rFonts w:ascii="Times  New Roman" w:hAnsi="Times  New Roman"/>
          <w:sz w:val="26"/>
          <w:szCs w:val="26"/>
          <w:lang w:val="vi-VN"/>
        </w:rPr>
        <w:t xml:space="preserve">+ </w:t>
      </w:r>
      <w:r w:rsidRPr="00945686">
        <w:rPr>
          <w:rFonts w:ascii="Times  New Roman" w:hAnsi="Times  New Roman"/>
          <w:sz w:val="26"/>
          <w:szCs w:val="26"/>
          <w:lang w:val="vi-VN"/>
        </w:rPr>
        <w:t xml:space="preserve">Không sử dụng vào các hoạt động vi phạm pháp luật; </w:t>
      </w:r>
    </w:p>
    <w:p w14:paraId="76116BBA" w14:textId="29983BD1" w:rsidR="00311F38" w:rsidRPr="00945686" w:rsidRDefault="00311F38" w:rsidP="00311F38">
      <w:pPr>
        <w:rPr>
          <w:rFonts w:ascii="Times  New Roman" w:hAnsi="Times  New Roman" w:hint="eastAsia"/>
          <w:sz w:val="26"/>
          <w:szCs w:val="26"/>
          <w:lang w:val="vi-VN"/>
        </w:rPr>
      </w:pPr>
      <w:r>
        <w:rPr>
          <w:rFonts w:ascii="Times  New Roman" w:hAnsi="Times  New Roman"/>
          <w:sz w:val="26"/>
          <w:szCs w:val="26"/>
          <w:lang w:val="vi-VN"/>
        </w:rPr>
        <w:t xml:space="preserve">+ </w:t>
      </w:r>
      <w:r w:rsidRPr="00945686">
        <w:rPr>
          <w:rFonts w:ascii="Times  New Roman" w:hAnsi="Times  New Roman"/>
          <w:sz w:val="26"/>
          <w:szCs w:val="26"/>
          <w:lang w:val="vi-VN"/>
        </w:rPr>
        <w:t xml:space="preserve">Đảm bảo bên thuê lại tuân thủ đầy đủ quy định pháp luật và nội dung hợp đồng thuê chính. </w:t>
      </w:r>
    </w:p>
    <w:p w14:paraId="155EBB54" w14:textId="1814F53E" w:rsidR="00311F38" w:rsidRPr="00945686" w:rsidRDefault="00311F38" w:rsidP="00311F38">
      <w:pPr>
        <w:rPr>
          <w:rFonts w:ascii="Times  New Roman" w:hAnsi="Times  New Roman" w:hint="eastAsia"/>
          <w:sz w:val="26"/>
          <w:szCs w:val="26"/>
          <w:lang w:val="vi-VN"/>
        </w:rPr>
      </w:pPr>
      <w:r w:rsidRPr="00311F38">
        <w:rPr>
          <w:rFonts w:ascii="Times  New Roman" w:hAnsi="Times  New Roman"/>
          <w:sz w:val="26"/>
          <w:szCs w:val="26"/>
          <w:lang w:val="vi-VN"/>
        </w:rPr>
        <w:t xml:space="preserve">- </w:t>
      </w:r>
      <w:r w:rsidRPr="00945686">
        <w:rPr>
          <w:rFonts w:ascii="Times  New Roman" w:hAnsi="Times  New Roman"/>
          <w:sz w:val="26"/>
          <w:szCs w:val="26"/>
          <w:lang w:val="vi-VN"/>
        </w:rPr>
        <w:t xml:space="preserve">Bên thuê tiếp tục chịu trách nhiệm toàn diện trước Bên cho thuê đối với toàn bộ nghĩa vụ phát sinh từ hợp đồng thuê nhà, kể cả trong trường hợp đã cho bên thứ ba thuê lại. </w:t>
      </w:r>
    </w:p>
    <w:p w14:paraId="6E45499F" w14:textId="149ED520" w:rsidR="00311F38" w:rsidRPr="00945686" w:rsidRDefault="00311F38" w:rsidP="00311F38">
      <w:pPr>
        <w:rPr>
          <w:rFonts w:ascii="Times  New Roman" w:hAnsi="Times  New Roman" w:hint="eastAsia"/>
          <w:sz w:val="26"/>
          <w:szCs w:val="26"/>
          <w:lang w:val="vi-VN"/>
        </w:rPr>
      </w:pPr>
      <w:r w:rsidRPr="00311F38">
        <w:rPr>
          <w:rFonts w:ascii="Times  New Roman" w:hAnsi="Times  New Roman"/>
          <w:sz w:val="26"/>
          <w:szCs w:val="26"/>
          <w:lang w:val="vi-VN"/>
        </w:rPr>
        <w:t xml:space="preserve">- </w:t>
      </w:r>
      <w:r w:rsidRPr="00945686">
        <w:rPr>
          <w:rFonts w:ascii="Times  New Roman" w:hAnsi="Times  New Roman"/>
          <w:sz w:val="26"/>
          <w:szCs w:val="26"/>
          <w:lang w:val="vi-VN"/>
        </w:rPr>
        <w:t xml:space="preserve">Trường hợp phát sinh thiệt hại, tranh chấp từ việc cho thuê lại, Bên thuê có trách nhiệm phối hợp giải quyết và bồi thường (nếu có) theo quy định. </w:t>
      </w:r>
    </w:p>
    <w:p w14:paraId="73265D3B" w14:textId="6A6F7DC4" w:rsidR="00311F38" w:rsidRPr="00945686" w:rsidRDefault="00311F38" w:rsidP="00311F38">
      <w:pPr>
        <w:rPr>
          <w:rFonts w:ascii="Times  New Roman" w:hAnsi="Times  New Roman" w:hint="eastAsia"/>
          <w:sz w:val="26"/>
          <w:szCs w:val="26"/>
          <w:lang w:val="vi-VN"/>
        </w:rPr>
      </w:pPr>
      <w:r>
        <w:rPr>
          <w:rFonts w:ascii="Times  New Roman" w:hAnsi="Times  New Roman"/>
          <w:sz w:val="26"/>
          <w:szCs w:val="26"/>
          <w:lang w:val="vi-VN"/>
        </w:rPr>
        <w:t xml:space="preserve">- </w:t>
      </w:r>
      <w:r w:rsidRPr="00945686">
        <w:rPr>
          <w:rFonts w:ascii="Times  New Roman" w:hAnsi="Times  New Roman"/>
          <w:sz w:val="26"/>
          <w:szCs w:val="26"/>
          <w:lang w:val="vi-VN"/>
        </w:rPr>
        <w:t xml:space="preserve">Các bên cam kết thực hiện đúng và đầy đủ các nội dung đã thỏa thuận trong văn bản này; nếu vi phạm sẽ chịu trách nhiệm theo quy định pháp luật và thỏa thuận liên quan. </w:t>
      </w:r>
    </w:p>
    <w:p w14:paraId="21D3A608" w14:textId="0702BBAC" w:rsidR="00311F38" w:rsidRDefault="00311F38" w:rsidP="00311F38">
      <w:pPr>
        <w:rPr>
          <w:rFonts w:ascii="Times  New Roman" w:hAnsi="Times  New Roman" w:hint="eastAsia"/>
          <w:sz w:val="26"/>
          <w:szCs w:val="26"/>
          <w:lang w:val="vi-VN"/>
        </w:rPr>
      </w:pPr>
      <w:r>
        <w:rPr>
          <w:rFonts w:ascii="Times  New Roman" w:hAnsi="Times  New Roman"/>
          <w:sz w:val="26"/>
          <w:szCs w:val="26"/>
          <w:lang w:val="vi-VN"/>
        </w:rPr>
        <w:t xml:space="preserve">- </w:t>
      </w:r>
      <w:r w:rsidRPr="00945686">
        <w:rPr>
          <w:rFonts w:ascii="Times  New Roman" w:hAnsi="Times  New Roman"/>
          <w:sz w:val="26"/>
          <w:szCs w:val="26"/>
          <w:lang w:val="vi-VN"/>
        </w:rPr>
        <w:t xml:space="preserve">Mọi sửa đổi, bổ sung nội dung văn bản này phải được lập thành văn bản và có chữ ký xác nhận của các bên. </w:t>
      </w:r>
    </w:p>
    <w:p w14:paraId="4FF97866" w14:textId="77777777" w:rsidR="00311F38" w:rsidRPr="00311F38" w:rsidRDefault="00311F38" w:rsidP="00311F38">
      <w:pPr>
        <w:rPr>
          <w:rFonts w:ascii="Times  New Roman" w:hAnsi="Times  New Roman" w:hint="eastAsia"/>
          <w:sz w:val="26"/>
          <w:szCs w:val="26"/>
          <w:lang w:val="vi-VN"/>
        </w:rPr>
      </w:pPr>
    </w:p>
    <w:tbl>
      <w:tblPr>
        <w:tblStyle w:val="TableGrid"/>
        <w:tblW w:w="103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0"/>
        <w:gridCol w:w="5112"/>
      </w:tblGrid>
      <w:tr w:rsidR="00311F38" w:rsidRPr="00945686" w14:paraId="1FD5ADA0" w14:textId="77777777" w:rsidTr="00945686">
        <w:trPr>
          <w:jc w:val="center"/>
        </w:trPr>
        <w:tc>
          <w:tcPr>
            <w:tcW w:w="5220" w:type="dxa"/>
          </w:tcPr>
          <w:p w14:paraId="4DBF0555" w14:textId="77777777" w:rsidR="00311F38" w:rsidRPr="00311F38" w:rsidRDefault="00311F38" w:rsidP="00311F38">
            <w:pPr>
              <w:jc w:val="center"/>
              <w:rPr>
                <w:rFonts w:ascii="Times  New Roman" w:hAnsi="Times  New Roman" w:hint="eastAsia"/>
                <w:b/>
                <w:bCs/>
                <w:sz w:val="26"/>
                <w:szCs w:val="26"/>
                <w:lang w:val="vi-VN"/>
              </w:rPr>
            </w:pPr>
            <w:r w:rsidRPr="00945686">
              <w:rPr>
                <w:rFonts w:ascii="Times  New Roman" w:hAnsi="Times  New Roman"/>
                <w:b/>
                <w:bCs/>
                <w:sz w:val="26"/>
                <w:szCs w:val="26"/>
                <w:lang w:val="vi-VN"/>
              </w:rPr>
              <w:t>BÊN</w:t>
            </w:r>
            <w:r w:rsidRPr="00311F38">
              <w:rPr>
                <w:rFonts w:ascii="Times  New Roman" w:hAnsi="Times  New Roman"/>
                <w:b/>
                <w:bCs/>
                <w:sz w:val="26"/>
                <w:szCs w:val="26"/>
                <w:lang w:val="vi-VN"/>
              </w:rPr>
              <w:t xml:space="preserve"> CHO THUÊ</w:t>
            </w:r>
          </w:p>
          <w:p w14:paraId="6E817D06" w14:textId="38C808C5" w:rsidR="00311F38" w:rsidRPr="00311F38" w:rsidRDefault="00311F38" w:rsidP="00311F38">
            <w:pPr>
              <w:jc w:val="center"/>
              <w:rPr>
                <w:rFonts w:ascii="Times  New Roman" w:hAnsi="Times  New Roman" w:hint="eastAsia"/>
                <w:sz w:val="26"/>
                <w:szCs w:val="26"/>
                <w:lang w:val="vi-VN"/>
              </w:rPr>
            </w:pPr>
            <w:r>
              <w:rPr>
                <w:rFonts w:ascii="Times  New Roman" w:hAnsi="Times  New Roman"/>
                <w:sz w:val="26"/>
                <w:szCs w:val="26"/>
                <w:lang w:val="vi-VN"/>
              </w:rPr>
              <w:t>(Ký, ghi rõ họ tên và đóng dấu)</w:t>
            </w:r>
          </w:p>
        </w:tc>
        <w:tc>
          <w:tcPr>
            <w:tcW w:w="5112" w:type="dxa"/>
          </w:tcPr>
          <w:p w14:paraId="5DEA4287" w14:textId="77777777" w:rsidR="00311F38" w:rsidRPr="00311F38" w:rsidRDefault="00311F38" w:rsidP="00311F38">
            <w:pPr>
              <w:jc w:val="center"/>
              <w:rPr>
                <w:rFonts w:ascii="Times  New Roman" w:hAnsi="Times  New Roman" w:hint="eastAsia"/>
                <w:b/>
                <w:bCs/>
                <w:sz w:val="26"/>
                <w:szCs w:val="26"/>
                <w:lang w:val="vi-VN"/>
              </w:rPr>
            </w:pPr>
            <w:r w:rsidRPr="00945686">
              <w:rPr>
                <w:rFonts w:ascii="Times  New Roman" w:hAnsi="Times  New Roman"/>
                <w:b/>
                <w:bCs/>
                <w:sz w:val="26"/>
                <w:szCs w:val="26"/>
                <w:lang w:val="vi-VN"/>
              </w:rPr>
              <w:t>BÊN</w:t>
            </w:r>
            <w:r w:rsidRPr="00311F38">
              <w:rPr>
                <w:rFonts w:ascii="Times  New Roman" w:hAnsi="Times  New Roman"/>
                <w:b/>
                <w:bCs/>
                <w:sz w:val="26"/>
                <w:szCs w:val="26"/>
                <w:lang w:val="vi-VN"/>
              </w:rPr>
              <w:t xml:space="preserve"> THUÊ</w:t>
            </w:r>
          </w:p>
          <w:p w14:paraId="78A65346" w14:textId="58E8AD28" w:rsidR="00311F38" w:rsidRPr="00311F38" w:rsidRDefault="00945686" w:rsidP="00945686">
            <w:pPr>
              <w:tabs>
                <w:tab w:val="center" w:pos="2106"/>
              </w:tabs>
              <w:rPr>
                <w:rFonts w:ascii="Times  New Roman" w:hAnsi="Times  New Roman" w:hint="eastAsia"/>
                <w:sz w:val="26"/>
                <w:szCs w:val="26"/>
                <w:lang w:val="vi-VN"/>
              </w:rPr>
            </w:pPr>
            <w:r>
              <w:rPr>
                <w:rFonts w:ascii="Times  New Roman" w:hAnsi="Times  New Roman" w:hint="eastAsia"/>
                <w:sz w:val="26"/>
                <w:szCs w:val="26"/>
                <w:lang w:val="vi-VN"/>
              </w:rPr>
              <w:tab/>
            </w:r>
            <w:r w:rsidR="00311F38">
              <w:rPr>
                <w:rFonts w:ascii="Times  New Roman" w:hAnsi="Times  New Roman"/>
                <w:sz w:val="26"/>
                <w:szCs w:val="26"/>
                <w:lang w:val="vi-VN"/>
              </w:rPr>
              <w:t>(Ký, ghi rõ họ tên và đóng dấu)</w:t>
            </w:r>
          </w:p>
        </w:tc>
      </w:tr>
    </w:tbl>
    <w:p w14:paraId="5D2C1928" w14:textId="77777777" w:rsidR="00015D25" w:rsidRPr="00311F38" w:rsidRDefault="00015D25">
      <w:pPr>
        <w:rPr>
          <w:rFonts w:ascii="Times  New Roman" w:hAnsi="Times  New Roman" w:hint="eastAsia"/>
          <w:sz w:val="26"/>
          <w:szCs w:val="26"/>
          <w:lang w:val="vi-VN"/>
        </w:rPr>
      </w:pPr>
    </w:p>
    <w:p w14:paraId="05CF923F" w14:textId="77777777" w:rsidR="00015D25" w:rsidRPr="00945686" w:rsidRDefault="00015D25">
      <w:pPr>
        <w:rPr>
          <w:rFonts w:ascii="Times  New Roman" w:hAnsi="Times  New Roman" w:hint="eastAsia"/>
          <w:sz w:val="26"/>
          <w:szCs w:val="26"/>
          <w:lang w:val="vi-VN"/>
        </w:rPr>
      </w:pPr>
    </w:p>
    <w:sectPr w:rsidR="00015D25" w:rsidRPr="00945686"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3"/>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3"/>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imes  New Roman">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E0773A3"/>
    <w:multiLevelType w:val="multilevel"/>
    <w:tmpl w:val="2AE648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4790943">
    <w:abstractNumId w:val="8"/>
  </w:num>
  <w:num w:numId="2" w16cid:durableId="1036390923">
    <w:abstractNumId w:val="6"/>
  </w:num>
  <w:num w:numId="3" w16cid:durableId="1593120887">
    <w:abstractNumId w:val="5"/>
  </w:num>
  <w:num w:numId="4" w16cid:durableId="443888562">
    <w:abstractNumId w:val="4"/>
  </w:num>
  <w:num w:numId="5" w16cid:durableId="1018119481">
    <w:abstractNumId w:val="7"/>
  </w:num>
  <w:num w:numId="6" w16cid:durableId="585236986">
    <w:abstractNumId w:val="3"/>
  </w:num>
  <w:num w:numId="7" w16cid:durableId="1079404240">
    <w:abstractNumId w:val="2"/>
  </w:num>
  <w:num w:numId="8" w16cid:durableId="586769630">
    <w:abstractNumId w:val="1"/>
  </w:num>
  <w:num w:numId="9" w16cid:durableId="1915773617">
    <w:abstractNumId w:val="0"/>
  </w:num>
  <w:num w:numId="10" w16cid:durableId="20728006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5D25"/>
    <w:rsid w:val="00034616"/>
    <w:rsid w:val="0006063C"/>
    <w:rsid w:val="0015074B"/>
    <w:rsid w:val="0029639D"/>
    <w:rsid w:val="00311F38"/>
    <w:rsid w:val="00326F90"/>
    <w:rsid w:val="004E6EEE"/>
    <w:rsid w:val="00945686"/>
    <w:rsid w:val="00AA1D8D"/>
    <w:rsid w:val="00B47730"/>
    <w:rsid w:val="00C50317"/>
    <w:rsid w:val="00C812EE"/>
    <w:rsid w:val="00CB0664"/>
    <w:rsid w:val="00E45A54"/>
    <w:rsid w:val="00F111B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2FC880"/>
  <w14:defaultImageDpi w14:val="300"/>
  <w15:docId w15:val="{C183D87F-2CEA-4DA0-A463-922ACC08C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3</Pages>
  <Words>437</Words>
  <Characters>2496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THINKPAD</cp:lastModifiedBy>
  <cp:revision>3</cp:revision>
  <dcterms:created xsi:type="dcterms:W3CDTF">2013-12-23T23:15:00Z</dcterms:created>
  <dcterms:modified xsi:type="dcterms:W3CDTF">2026-04-01T03:13:00Z</dcterms:modified>
  <cp:category/>
</cp:coreProperties>
</file>