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EBF46" w14:textId="35242BA0" w:rsidR="00C01A66" w:rsidRPr="00524F54" w:rsidRDefault="00C01A66" w:rsidP="008C68B7">
      <w:pPr>
        <w:pStyle w:val="NormalWeb"/>
        <w:spacing w:before="0" w:beforeAutospacing="0" w:after="0" w:afterAutospacing="0" w:line="360" w:lineRule="auto"/>
        <w:jc w:val="center"/>
        <w:rPr>
          <w:color w:val="000000" w:themeColor="text1"/>
          <w:sz w:val="26"/>
          <w:szCs w:val="26"/>
        </w:rPr>
      </w:pPr>
      <w:r w:rsidRPr="00524F54">
        <w:rPr>
          <w:rStyle w:val="Strong"/>
          <w:color w:val="000000" w:themeColor="text1"/>
          <w:sz w:val="26"/>
          <w:szCs w:val="26"/>
        </w:rPr>
        <w:t>CỘNG HÒA XÃ HỘI CHỦ NGHĨA VIỆT NAM</w:t>
      </w:r>
      <w:r w:rsidRPr="00524F54">
        <w:rPr>
          <w:color w:val="000000" w:themeColor="text1"/>
          <w:sz w:val="26"/>
          <w:szCs w:val="26"/>
        </w:rPr>
        <w:br/>
      </w:r>
      <w:proofErr w:type="spellStart"/>
      <w:r w:rsidRPr="00524F54">
        <w:rPr>
          <w:rStyle w:val="Strong"/>
          <w:color w:val="000000" w:themeColor="text1"/>
          <w:sz w:val="26"/>
          <w:szCs w:val="26"/>
        </w:rPr>
        <w:t>Độc</w:t>
      </w:r>
      <w:proofErr w:type="spellEnd"/>
      <w:r w:rsidRPr="00524F54">
        <w:rPr>
          <w:rStyle w:val="Strong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Style w:val="Strong"/>
          <w:color w:val="000000" w:themeColor="text1"/>
          <w:sz w:val="26"/>
          <w:szCs w:val="26"/>
        </w:rPr>
        <w:t>lập</w:t>
      </w:r>
      <w:proofErr w:type="spellEnd"/>
      <w:r w:rsidRPr="00524F54">
        <w:rPr>
          <w:rStyle w:val="Strong"/>
          <w:color w:val="000000" w:themeColor="text1"/>
          <w:sz w:val="26"/>
          <w:szCs w:val="26"/>
        </w:rPr>
        <w:t xml:space="preserve"> - </w:t>
      </w:r>
      <w:proofErr w:type="spellStart"/>
      <w:r w:rsidRPr="00524F54">
        <w:rPr>
          <w:rStyle w:val="Strong"/>
          <w:color w:val="000000" w:themeColor="text1"/>
          <w:sz w:val="26"/>
          <w:szCs w:val="26"/>
        </w:rPr>
        <w:t>Tự</w:t>
      </w:r>
      <w:proofErr w:type="spellEnd"/>
      <w:r w:rsidRPr="00524F54">
        <w:rPr>
          <w:rStyle w:val="Strong"/>
          <w:color w:val="000000" w:themeColor="text1"/>
          <w:sz w:val="26"/>
          <w:szCs w:val="26"/>
        </w:rPr>
        <w:t xml:space="preserve"> do - </w:t>
      </w:r>
      <w:proofErr w:type="spellStart"/>
      <w:r w:rsidRPr="00524F54">
        <w:rPr>
          <w:rStyle w:val="Strong"/>
          <w:color w:val="000000" w:themeColor="text1"/>
          <w:sz w:val="26"/>
          <w:szCs w:val="26"/>
        </w:rPr>
        <w:t>Hạnh</w:t>
      </w:r>
      <w:proofErr w:type="spellEnd"/>
      <w:r w:rsidRPr="00524F54">
        <w:rPr>
          <w:rStyle w:val="Strong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Style w:val="Strong"/>
          <w:color w:val="000000" w:themeColor="text1"/>
          <w:sz w:val="26"/>
          <w:szCs w:val="26"/>
        </w:rPr>
        <w:t>phúc</w:t>
      </w:r>
      <w:proofErr w:type="spellEnd"/>
      <w:r w:rsidR="008C68B7" w:rsidRPr="00524F54">
        <w:rPr>
          <w:rStyle w:val="Strong"/>
          <w:color w:val="000000" w:themeColor="text1"/>
          <w:sz w:val="26"/>
          <w:szCs w:val="26"/>
        </w:rPr>
        <w:br/>
      </w:r>
    </w:p>
    <w:p w14:paraId="72F06A1A" w14:textId="77777777" w:rsidR="00DD538C" w:rsidRPr="00524F54" w:rsidRDefault="00C01A66" w:rsidP="008C68B7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 C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HẾ ỦY QUYỀN THANH TOÁN CHO CÁ NHÂN </w:t>
      </w:r>
    </w:p>
    <w:p w14:paraId="60178D1B" w14:textId="72A12569" w:rsidR="00C4031B" w:rsidRPr="00524F54" w:rsidRDefault="002473F1" w:rsidP="008C68B7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TRONG </w:t>
      </w:r>
      <w:r w:rsidR="009854F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CÔNG TY</w:t>
      </w:r>
    </w:p>
    <w:p w14:paraId="4D9AE3C7" w14:textId="77777777" w:rsidR="00DD538C" w:rsidRPr="00524F54" w:rsidRDefault="00DD538C" w:rsidP="008C68B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F5D3FAD" w14:textId="4F758B6A" w:rsidR="008C68B7" w:rsidRPr="00524F54" w:rsidRDefault="002473F1" w:rsidP="008C68B7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(Ban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hành</w:t>
      </w:r>
      <w:proofErr w:type="spellEnd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kèm</w:t>
      </w:r>
      <w:proofErr w:type="spellEnd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theo</w:t>
      </w:r>
      <w:proofErr w:type="spellEnd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Quyết</w:t>
      </w:r>
      <w:proofErr w:type="spellEnd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số</w:t>
      </w:r>
      <w:proofErr w:type="spellEnd"/>
      <w:r w:rsidR="00364902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:</w:t>
      </w:r>
      <w:r w:rsidR="00364902" w:rsidRPr="00364902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="00364902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01/07</w:t>
      </w:r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/2025/QĐ-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ngày</w:t>
      </w:r>
      <w:proofErr w:type="spellEnd"/>
      <w:r w:rsidR="00364902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01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tháng</w:t>
      </w:r>
      <w:proofErr w:type="spellEnd"/>
      <w:r w:rsidR="00364902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07</w:t>
      </w:r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năm</w:t>
      </w:r>
      <w:proofErr w:type="spellEnd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2025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của</w:t>
      </w:r>
      <w:proofErr w:type="spellEnd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Giám</w:t>
      </w:r>
      <w:proofErr w:type="spellEnd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đốc</w:t>
      </w:r>
      <w:proofErr w:type="spellEnd"/>
      <w:r w:rsidR="00364902" w:rsidRPr="005F2776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 xml:space="preserve">Công ty TNHH </w:t>
      </w:r>
      <w:proofErr w:type="spellStart"/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>hóa</w:t>
      </w:r>
      <w:proofErr w:type="spellEnd"/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 xml:space="preserve"> </w:t>
      </w:r>
      <w:proofErr w:type="spellStart"/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>phẩm</w:t>
      </w:r>
      <w:proofErr w:type="spellEnd"/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 xml:space="preserve"> Thịnh </w:t>
      </w:r>
      <w:proofErr w:type="spellStart"/>
      <w:proofErr w:type="gramStart"/>
      <w:r w:rsidR="00364902" w:rsidRPr="006E7035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>Phát</w:t>
      </w:r>
      <w:proofErr w:type="spellEnd"/>
      <w:r w:rsidR="00364902">
        <w:rPr>
          <w:rStyle w:val="Strong"/>
          <w:rFonts w:ascii="Times New Roman" w:hAnsi="Times New Roman" w:cs="Times New Roman"/>
          <w:b w:val="0"/>
          <w:bCs w:val="0"/>
          <w:i/>
          <w:iCs/>
          <w:sz w:val="26"/>
          <w:szCs w:val="26"/>
        </w:rPr>
        <w:t>;</w:t>
      </w:r>
      <w:proofErr w:type="gramEnd"/>
    </w:p>
    <w:p w14:paraId="7FF97D21" w14:textId="77777777" w:rsidR="00C4031B" w:rsidRPr="00524F54" w:rsidRDefault="002473F1" w:rsidP="008C68B7">
      <w:pPr>
        <w:pStyle w:val="Heading2"/>
        <w:spacing w:before="0"/>
        <w:rPr>
          <w:rFonts w:ascii="Times New Roman" w:hAnsi="Times New Roman" w:cs="Times New Roman"/>
          <w:color w:val="000000" w:themeColor="text1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</w:rPr>
        <w:t>Điều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1.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Mục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đích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phạm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vi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áp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dụng</w:t>
      </w:r>
      <w:proofErr w:type="spellEnd"/>
    </w:p>
    <w:p w14:paraId="178BA7CE" w14:textId="5C9999E7" w:rsidR="005E4093" w:rsidRPr="00524F54" w:rsidRDefault="002473F1" w:rsidP="008C68B7">
      <w:pPr>
        <w:pStyle w:val="ListParagraph"/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Quy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này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về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người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lao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động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91177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…………………….</w:t>
      </w: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sau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đây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gọi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tắt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“Công ty”)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mua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hàng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hóa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dịch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vụ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phục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vụ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hoạt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động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xuất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doanh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</w:t>
      </w:r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a</w:t>
      </w:r>
      <w:proofErr w:type="spellEnd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ty.</w:t>
      </w:r>
    </w:p>
    <w:p w14:paraId="21425F77" w14:textId="6E57D34F" w:rsidR="00C4031B" w:rsidRPr="00524F54" w:rsidRDefault="002473F1" w:rsidP="008C68B7">
      <w:pPr>
        <w:pStyle w:val="ListParagraph"/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dụng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tất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cả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/Ban,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phận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Dự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toàn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thể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người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lao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động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ty.</w:t>
      </w:r>
    </w:p>
    <w:p w14:paraId="4AE2046A" w14:textId="77777777" w:rsidR="008C68B7" w:rsidRPr="00524F54" w:rsidRDefault="008C68B7" w:rsidP="008C68B7">
      <w:pPr>
        <w:pStyle w:val="ListParagraph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A55282F" w14:textId="77777777" w:rsidR="00C4031B" w:rsidRPr="00524F54" w:rsidRDefault="002473F1" w:rsidP="008C68B7">
      <w:pPr>
        <w:pStyle w:val="Heading2"/>
        <w:spacing w:before="0"/>
        <w:rPr>
          <w:rFonts w:ascii="Times New Roman" w:hAnsi="Times New Roman" w:cs="Times New Roman"/>
          <w:color w:val="000000" w:themeColor="text1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</w:rPr>
        <w:t>Điều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2. Nguyên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tắc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hiện</w:t>
      </w:r>
      <w:proofErr w:type="spellEnd"/>
    </w:p>
    <w:p w14:paraId="0BD87DA8" w14:textId="343C18FA" w:rsidR="005E4093" w:rsidRPr="00524F54" w:rsidRDefault="002473F1" w:rsidP="008C68B7">
      <w:pPr>
        <w:pStyle w:val="ListParagraph"/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chỉ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dụng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đối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với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trường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cần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thiết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cấp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bách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hoặc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khoản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giá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trị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nhỏ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lẻ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dưới</w:t>
      </w:r>
      <w:proofErr w:type="spellEnd"/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AE0339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…</w:t>
      </w:r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triệu</w:t>
      </w:r>
      <w:proofErr w:type="spellEnd"/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491CF6" w:rsidRPr="00524F5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đồng</w:t>
      </w:r>
      <w:proofErr w:type="spellEnd"/>
      <w:r w:rsidR="00491CF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tính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chất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phù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với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luật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yêu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cầu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</w:t>
      </w:r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a</w:t>
      </w:r>
      <w:proofErr w:type="spellEnd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ty.</w:t>
      </w:r>
    </w:p>
    <w:p w14:paraId="383A8098" w14:textId="39AF9289" w:rsidR="005E4093" w:rsidRPr="00524F54" w:rsidRDefault="002473F1" w:rsidP="008C68B7">
      <w:pPr>
        <w:pStyle w:val="ListParagraph"/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ban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đầu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phép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bằng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tiền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mặt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đúng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tại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Nghị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181/2025</w:t>
      </w:r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/NĐ-CP </w:t>
      </w:r>
      <w:proofErr w:type="spellStart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ngày</w:t>
      </w:r>
      <w:proofErr w:type="spellEnd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01/07/2025</w:t>
      </w: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văn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luậ</w:t>
      </w:r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proofErr w:type="spellEnd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liên</w:t>
      </w:r>
      <w:proofErr w:type="spellEnd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quan</w:t>
      </w:r>
      <w:proofErr w:type="spellEnd"/>
      <w:r w:rsidR="005E4093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FF33F47" w14:textId="41C7030D" w:rsidR="00C4031B" w:rsidRPr="00524F54" w:rsidRDefault="002473F1" w:rsidP="008C68B7">
      <w:pPr>
        <w:pStyle w:val="ListParagraph"/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Công ty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lại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bằng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hình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thức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dùng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tiền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mặt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qua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chuyển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khoản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tài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khoản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tên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người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hoặc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hình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thức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dùng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tiền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mặt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02B91DA" w14:textId="77777777" w:rsidR="008C68B7" w:rsidRPr="00524F54" w:rsidRDefault="008C68B7" w:rsidP="008C68B7">
      <w:pPr>
        <w:pStyle w:val="ListParagraph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1CF8D71" w14:textId="77777777" w:rsidR="00C4031B" w:rsidRPr="00524F54" w:rsidRDefault="002473F1" w:rsidP="008C68B7">
      <w:pPr>
        <w:pStyle w:val="Heading2"/>
        <w:spacing w:before="0"/>
        <w:rPr>
          <w:rFonts w:ascii="Times New Roman" w:hAnsi="Times New Roman" w:cs="Times New Roman"/>
          <w:color w:val="000000" w:themeColor="text1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</w:rPr>
        <w:t>Điều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3.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Trình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tự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thủ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tục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toán</w:t>
      </w:r>
      <w:proofErr w:type="spellEnd"/>
    </w:p>
    <w:p w14:paraId="575318DD" w14:textId="77777777" w:rsidR="00DD538C" w:rsidRPr="00524F54" w:rsidRDefault="002473F1" w:rsidP="008C68B7">
      <w:pPr>
        <w:pStyle w:val="ListParagraph"/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gồm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66CB64AA" w14:textId="61F38C1D" w:rsidR="00DD538C" w:rsidRPr="00524F54" w:rsidRDefault="002473F1" w:rsidP="008C68B7">
      <w:pPr>
        <w:pStyle w:val="ListParagraph"/>
        <w:numPr>
          <w:ilvl w:val="0"/>
          <w:numId w:val="19"/>
        </w:numPr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Văn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mẫu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tại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Phụ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lục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đính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kèm</w:t>
      </w:r>
      <w:proofErr w:type="spellEnd"/>
      <w:proofErr w:type="gram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  <w:proofErr w:type="gramEnd"/>
    </w:p>
    <w:p w14:paraId="7A83684A" w14:textId="77777777" w:rsidR="00DD538C" w:rsidRPr="00524F54" w:rsidRDefault="002473F1" w:rsidP="008C68B7">
      <w:pPr>
        <w:pStyle w:val="ListParagraph"/>
        <w:numPr>
          <w:ilvl w:val="0"/>
          <w:numId w:val="19"/>
        </w:numPr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Đề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xuất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phận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/Ban/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Dự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liên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quan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nêu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rõ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nội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dung,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mục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đích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giá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trị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dự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kiến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do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cần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31C36B51" w14:textId="77777777" w:rsidR="00AE0339" w:rsidRPr="00524F54" w:rsidRDefault="00F86D26" w:rsidP="008C68B7">
      <w:pPr>
        <w:pStyle w:val="ListParagraph"/>
        <w:numPr>
          <w:ilvl w:val="0"/>
          <w:numId w:val="19"/>
        </w:numPr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mua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hàng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hóa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dịch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vụ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bao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gồm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421493EE" w14:textId="30F8DC44" w:rsidR="00F86D26" w:rsidRPr="00524F54" w:rsidRDefault="002473F1" w:rsidP="008C68B7">
      <w:pPr>
        <w:pStyle w:val="ListParagraph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+</w:t>
      </w:r>
      <w:r w:rsidR="00BB455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Hóa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lệ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luật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0A2E99AA" w14:textId="4826A683" w:rsidR="00F86D26" w:rsidRPr="00524F54" w:rsidRDefault="00F86D26" w:rsidP="008C68B7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+</w:t>
      </w:r>
      <w:r w:rsidR="00BB455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Các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thể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mua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liên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quan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khác</w:t>
      </w:r>
      <w:proofErr w:type="spellEnd"/>
    </w:p>
    <w:p w14:paraId="3F6987D4" w14:textId="2E93B244" w:rsidR="00BF6198" w:rsidRPr="00524F54" w:rsidRDefault="002473F1" w:rsidP="008C68B7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+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minh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đã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dùng</w:t>
      </w:r>
      <w:proofErr w:type="spellEnd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tiền</w:t>
      </w:r>
      <w:proofErr w:type="spellEnd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86D26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mặt</w:t>
      </w:r>
      <w:proofErr w:type="spellEnd"/>
      <w:r w:rsidR="00017A95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4D7F23E9" w14:textId="77777777" w:rsidR="00DD538C" w:rsidRPr="00524F54" w:rsidRDefault="002473F1" w:rsidP="008C68B7">
      <w:pPr>
        <w:pStyle w:val="ListParagraph"/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Thủ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tục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lại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38B9D939" w14:textId="4D6B64C8" w:rsidR="00DD538C" w:rsidRPr="00524F54" w:rsidRDefault="002473F1" w:rsidP="008C68B7">
      <w:pPr>
        <w:pStyle w:val="ListParagraph"/>
        <w:numPr>
          <w:ilvl w:val="0"/>
          <w:numId w:val="19"/>
        </w:numPr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Sau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hoàn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tất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mua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hàng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dịch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vụ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nộp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đủ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phận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</w:t>
      </w:r>
      <w:r w:rsidR="003649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Công ty TNHH </w:t>
      </w:r>
      <w:proofErr w:type="spellStart"/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hóa</w:t>
      </w:r>
      <w:proofErr w:type="spellEnd"/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phẩm</w:t>
      </w:r>
      <w:proofErr w:type="spellEnd"/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 xml:space="preserve"> Thịnh </w:t>
      </w:r>
      <w:proofErr w:type="spellStart"/>
      <w:proofErr w:type="gramStart"/>
      <w:r w:rsidR="00364902" w:rsidRPr="00F2730A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Phát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6E8C22A1" w14:textId="111979F2" w:rsidR="00DD538C" w:rsidRPr="00524F54" w:rsidRDefault="002473F1" w:rsidP="008C68B7">
      <w:pPr>
        <w:pStyle w:val="ListParagraph"/>
        <w:numPr>
          <w:ilvl w:val="0"/>
          <w:numId w:val="19"/>
        </w:numPr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Công ty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kiểm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tra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đối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chiếu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nếu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lệ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sẽ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lại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qua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hình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thức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chuyển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khoản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hoặc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phương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thức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dùng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tiền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mặ</w:t>
      </w:r>
      <w:proofErr w:type="spellEnd"/>
      <w:r w:rsidR="00DD538C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tkhác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0271EB44" w14:textId="1DBFDAE5" w:rsidR="00C4031B" w:rsidRPr="00524F54" w:rsidRDefault="00DD538C" w:rsidP="008C68B7">
      <w:pPr>
        <w:pStyle w:val="ListParagraph"/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AE0339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Trường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lệ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hoặc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không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đúng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Công ty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chối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lại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194F2128" w14:textId="77777777" w:rsidR="008C68B7" w:rsidRPr="00524F54" w:rsidRDefault="008C68B7" w:rsidP="008C68B7">
      <w:pPr>
        <w:pStyle w:val="ListParagraph"/>
        <w:spacing w:after="0"/>
        <w:ind w:left="0" w:hanging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75B408E" w14:textId="77777777" w:rsidR="00C4031B" w:rsidRPr="00524F54" w:rsidRDefault="002473F1" w:rsidP="008C68B7">
      <w:pPr>
        <w:pStyle w:val="Heading2"/>
        <w:spacing w:before="0"/>
        <w:rPr>
          <w:rFonts w:ascii="Times New Roman" w:hAnsi="Times New Roman" w:cs="Times New Roman"/>
          <w:color w:val="000000" w:themeColor="text1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</w:rPr>
        <w:t>Điều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4.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Trách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nhiệm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của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bên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liên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quan</w:t>
      </w:r>
      <w:proofErr w:type="spellEnd"/>
    </w:p>
    <w:p w14:paraId="42EFB17F" w14:textId="77777777" w:rsidR="00F86D26" w:rsidRPr="00524F54" w:rsidRDefault="002473F1" w:rsidP="008C68B7">
      <w:pPr>
        <w:pStyle w:val="ListParagraph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7BAE803E" w14:textId="77777777" w:rsidR="00AE0339" w:rsidRPr="00524F54" w:rsidRDefault="00F86D26" w:rsidP="008C68B7">
      <w:pPr>
        <w:pStyle w:val="ListParagraph"/>
        <w:spacing w:after="0"/>
        <w:ind w:left="0"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Chịu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trách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nhiệm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toàn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về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tính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chính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xác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trung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giao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dịch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liên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quan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6FA0EA8B" w14:textId="31D1528B" w:rsidR="00DD538C" w:rsidRPr="00524F54" w:rsidRDefault="00AE0339" w:rsidP="008C68B7">
      <w:pPr>
        <w:pStyle w:val="ListParagraph"/>
        <w:spacing w:after="0"/>
        <w:ind w:left="0"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Thực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đúng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mục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đích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nội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dung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360CB4E1" w14:textId="1D767519" w:rsidR="003C32A0" w:rsidRPr="00524F54" w:rsidRDefault="00F86D26" w:rsidP="008C68B7">
      <w:pPr>
        <w:pStyle w:val="ListParagraph"/>
        <w:spacing w:after="0"/>
        <w:ind w:left="0"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Nộp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đầy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đủ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kịp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thời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="003C32A0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ty.</w:t>
      </w:r>
    </w:p>
    <w:p w14:paraId="180ED02D" w14:textId="77777777" w:rsidR="00F86D26" w:rsidRPr="00524F54" w:rsidRDefault="003C32A0" w:rsidP="008C68B7">
      <w:pPr>
        <w:pStyle w:val="ListParagraph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Các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/Ban,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phận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liên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quan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49EDA69F" w14:textId="77777777" w:rsidR="00AE0339" w:rsidRPr="00524F54" w:rsidRDefault="00F86D26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Hướng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dẫn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kiểm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ủy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quyền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20CF3AEF" w14:textId="7B781C96" w:rsidR="003C32A0" w:rsidRPr="00524F54" w:rsidRDefault="00F86D26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Phối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với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Kế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trong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việc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kiểm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xét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duyệt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0D6C397" w14:textId="77777777" w:rsidR="00F86D26" w:rsidRPr="00524F54" w:rsidRDefault="003C32A0" w:rsidP="008C68B7">
      <w:pPr>
        <w:pStyle w:val="ListParagraph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Tài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chính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040AE446" w14:textId="77777777" w:rsidR="00AE0339" w:rsidRPr="00524F54" w:rsidRDefault="00F86D26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Kiểm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tính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lệ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chứng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hóa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đơn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2A064FA0" w14:textId="77777777" w:rsidR="00AE0339" w:rsidRPr="00524F54" w:rsidRDefault="00F86D26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Thực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thanh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lại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nhân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đúng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đảm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bảo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đủ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điều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kiện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khấu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trừ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thuế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GTGT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tính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phí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proofErr w:type="gramEnd"/>
    </w:p>
    <w:p w14:paraId="32C871EA" w14:textId="36244F63" w:rsidR="00C4031B" w:rsidRPr="00524F54" w:rsidRDefault="00F86D26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Lưu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trữ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đúng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pháp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luật</w:t>
      </w:r>
      <w:proofErr w:type="spellEnd"/>
      <w:r w:rsidR="002473F1"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3EF43CE" w14:textId="77777777" w:rsidR="008C68B7" w:rsidRPr="00524F54" w:rsidRDefault="008C68B7" w:rsidP="008C68B7">
      <w:pPr>
        <w:spacing w:after="0"/>
        <w:ind w:hanging="14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EC6DED2" w14:textId="77777777" w:rsidR="00C4031B" w:rsidRPr="00524F54" w:rsidRDefault="002473F1" w:rsidP="008C68B7">
      <w:pPr>
        <w:pStyle w:val="Heading2"/>
        <w:spacing w:before="0"/>
        <w:rPr>
          <w:rFonts w:ascii="Times New Roman" w:hAnsi="Times New Roman" w:cs="Times New Roman"/>
          <w:color w:val="000000" w:themeColor="text1"/>
        </w:rPr>
      </w:pPr>
      <w:proofErr w:type="spellStart"/>
      <w:r w:rsidRPr="00524F54">
        <w:rPr>
          <w:rFonts w:ascii="Times New Roman" w:hAnsi="Times New Roman" w:cs="Times New Roman"/>
          <w:color w:val="000000" w:themeColor="text1"/>
        </w:rPr>
        <w:t>Điều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5.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Tổ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chức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</w:rPr>
        <w:t>hiện</w:t>
      </w:r>
      <w:proofErr w:type="spellEnd"/>
    </w:p>
    <w:p w14:paraId="79A0E66B" w14:textId="2CB482B2" w:rsidR="003C32A0" w:rsidRPr="00524F54" w:rsidRDefault="002473F1" w:rsidP="008C68B7">
      <w:pPr>
        <w:pStyle w:val="ListParagraph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Quy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này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hiệu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kể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từ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ngày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ký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EA44460" w14:textId="77777777" w:rsidR="003C32A0" w:rsidRPr="00524F54" w:rsidRDefault="003C32A0" w:rsidP="008C68B7">
      <w:pPr>
        <w:pStyle w:val="ListParagraph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Các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/Ban,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Bộ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phận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Dự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và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toàn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thể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người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lao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động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ty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trách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nhiệm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nghiêm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túc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thực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hiện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này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4212F8BF" w14:textId="77777777" w:rsidR="003C32A0" w:rsidRPr="00524F54" w:rsidRDefault="003C32A0" w:rsidP="008C68B7">
      <w:pPr>
        <w:pStyle w:val="ListParagraph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Trường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hợp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phát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sinh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vướng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mắc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các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vị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kịp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thời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phản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ánh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về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Phòng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Tài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chính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Kế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toán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hướng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dẫn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giải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quyết</w:t>
      </w:r>
      <w:proofErr w:type="spellEnd"/>
      <w:r w:rsidRPr="00524F5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tbl>
      <w:tblPr>
        <w:tblStyle w:val="TableGrid"/>
        <w:tblpPr w:leftFromText="180" w:rightFromText="180" w:vertAnchor="text" w:horzAnchor="margin" w:tblpY="2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95"/>
      </w:tblGrid>
      <w:tr w:rsidR="00DD538C" w:rsidRPr="00524F54" w14:paraId="710ECD29" w14:textId="77777777" w:rsidTr="00DD538C">
        <w:tc>
          <w:tcPr>
            <w:tcW w:w="4694" w:type="dxa"/>
          </w:tcPr>
          <w:p w14:paraId="73B71908" w14:textId="77777777" w:rsidR="00DD538C" w:rsidRPr="00524F54" w:rsidRDefault="00DD538C" w:rsidP="008C68B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Nơi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:</w:t>
            </w:r>
          </w:p>
          <w:p w14:paraId="52484D6D" w14:textId="77777777" w:rsidR="00DD538C" w:rsidRPr="00524F54" w:rsidRDefault="00DD538C" w:rsidP="008C68B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Các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/Ban,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án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);</w:t>
            </w:r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-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-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phối</w:t>
            </w:r>
            <w:proofErr w:type="spellEnd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proofErr w:type="gramStart"/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);</w:t>
            </w:r>
            <w:proofErr w:type="gramEnd"/>
          </w:p>
          <w:p w14:paraId="3ACF42D0" w14:textId="77777777" w:rsidR="00DD538C" w:rsidRPr="00524F54" w:rsidRDefault="00DD538C" w:rsidP="008C68B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24F5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Lưu VT.</w:t>
            </w:r>
          </w:p>
        </w:tc>
        <w:tc>
          <w:tcPr>
            <w:tcW w:w="4695" w:type="dxa"/>
          </w:tcPr>
          <w:p w14:paraId="3C42F4D6" w14:textId="77777777" w:rsidR="00DD538C" w:rsidRPr="00524F54" w:rsidRDefault="00DD538C" w:rsidP="008C68B7">
            <w:pPr>
              <w:jc w:val="center"/>
              <w:rPr>
                <w:rStyle w:val="Strong"/>
                <w:rFonts w:ascii="Times New Roman" w:eastAsia="SimSun" w:hAnsi="Times New Roman" w:cs="Times New Roman"/>
                <w:sz w:val="26"/>
                <w:szCs w:val="26"/>
                <w:lang w:bidi="ar"/>
              </w:rPr>
            </w:pPr>
            <w:r w:rsidRPr="00524F54">
              <w:rPr>
                <w:rStyle w:val="Strong"/>
                <w:rFonts w:ascii="Times New Roman" w:eastAsia="SimSun" w:hAnsi="Times New Roman" w:cs="Times New Roman"/>
                <w:sz w:val="26"/>
                <w:szCs w:val="26"/>
                <w:lang w:bidi="ar"/>
              </w:rPr>
              <w:t>TỔNG GIÁM ĐỐC</w:t>
            </w:r>
          </w:p>
          <w:p w14:paraId="6FB79652" w14:textId="77777777" w:rsidR="00DD538C" w:rsidRPr="00524F54" w:rsidRDefault="00DD538C" w:rsidP="008C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(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Ký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 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và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 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ghi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 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rõ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 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họ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, </w:t>
            </w:r>
            <w:proofErr w:type="spellStart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tên</w:t>
            </w:r>
            <w:proofErr w:type="spellEnd"/>
            <w:r w:rsidRPr="00524F54">
              <w:rPr>
                <w:rStyle w:val="Emphasis"/>
                <w:rFonts w:ascii="Times New Roman" w:eastAsia="SimSun" w:hAnsi="Times New Roman" w:cs="Times New Roman"/>
                <w:sz w:val="26"/>
                <w:szCs w:val="26"/>
                <w:lang w:bidi="ar"/>
              </w:rPr>
              <w:t>)</w:t>
            </w:r>
          </w:p>
        </w:tc>
      </w:tr>
      <w:tr w:rsidR="00DD538C" w:rsidRPr="00524F54" w14:paraId="39A4116C" w14:textId="77777777" w:rsidTr="00DD538C">
        <w:tc>
          <w:tcPr>
            <w:tcW w:w="4694" w:type="dxa"/>
          </w:tcPr>
          <w:p w14:paraId="5FE18405" w14:textId="77777777" w:rsidR="00DD538C" w:rsidRPr="00524F54" w:rsidRDefault="00DD538C" w:rsidP="008C68B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695" w:type="dxa"/>
          </w:tcPr>
          <w:p w14:paraId="6992A3D5" w14:textId="77777777" w:rsidR="00DD538C" w:rsidRPr="00524F54" w:rsidRDefault="00DD538C" w:rsidP="008C68B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77FBF71D" w14:textId="66986F12" w:rsidR="00C4031B" w:rsidRPr="00524F54" w:rsidRDefault="00C4031B" w:rsidP="008C68B7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C4031B" w:rsidRPr="00524F54" w:rsidSect="00F86D26">
      <w:pgSz w:w="12240" w:h="15840"/>
      <w:pgMar w:top="709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28655" w14:textId="77777777" w:rsidR="00BE610F" w:rsidRDefault="00BE610F" w:rsidP="00BE610F">
      <w:pPr>
        <w:spacing w:after="0" w:line="240" w:lineRule="auto"/>
      </w:pPr>
      <w:r>
        <w:separator/>
      </w:r>
    </w:p>
  </w:endnote>
  <w:endnote w:type="continuationSeparator" w:id="0">
    <w:p w14:paraId="5669141E" w14:textId="77777777" w:rsidR="00BE610F" w:rsidRDefault="00BE610F" w:rsidP="00BE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ABA" w14:textId="77777777" w:rsidR="00BE610F" w:rsidRDefault="00BE610F" w:rsidP="00BE610F">
      <w:pPr>
        <w:spacing w:after="0" w:line="240" w:lineRule="auto"/>
      </w:pPr>
      <w:r>
        <w:separator/>
      </w:r>
    </w:p>
  </w:footnote>
  <w:footnote w:type="continuationSeparator" w:id="0">
    <w:p w14:paraId="0DB51A13" w14:textId="77777777" w:rsidR="00BE610F" w:rsidRDefault="00BE610F" w:rsidP="00BE6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582DCD"/>
    <w:multiLevelType w:val="hybridMultilevel"/>
    <w:tmpl w:val="4B4AC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62E87"/>
    <w:multiLevelType w:val="hybridMultilevel"/>
    <w:tmpl w:val="F6C0C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73E7D"/>
    <w:multiLevelType w:val="hybridMultilevel"/>
    <w:tmpl w:val="DC86A7B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51069E"/>
    <w:multiLevelType w:val="hybridMultilevel"/>
    <w:tmpl w:val="0884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12FB6"/>
    <w:multiLevelType w:val="hybridMultilevel"/>
    <w:tmpl w:val="11847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729E5"/>
    <w:multiLevelType w:val="hybridMultilevel"/>
    <w:tmpl w:val="C66CB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E1128"/>
    <w:multiLevelType w:val="hybridMultilevel"/>
    <w:tmpl w:val="CC546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41BFC"/>
    <w:multiLevelType w:val="hybridMultilevel"/>
    <w:tmpl w:val="7CBA4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61F9C"/>
    <w:multiLevelType w:val="hybridMultilevel"/>
    <w:tmpl w:val="BF166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307E7"/>
    <w:multiLevelType w:val="hybridMultilevel"/>
    <w:tmpl w:val="3FA63048"/>
    <w:lvl w:ilvl="0" w:tplc="DE2490D8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1"/>
  </w:num>
  <w:num w:numId="12">
    <w:abstractNumId w:val="12"/>
  </w:num>
  <w:num w:numId="13">
    <w:abstractNumId w:val="14"/>
  </w:num>
  <w:num w:numId="14">
    <w:abstractNumId w:val="15"/>
  </w:num>
  <w:num w:numId="15">
    <w:abstractNumId w:val="13"/>
  </w:num>
  <w:num w:numId="16">
    <w:abstractNumId w:val="16"/>
  </w:num>
  <w:num w:numId="17">
    <w:abstractNumId w:val="9"/>
  </w:num>
  <w:num w:numId="18">
    <w:abstractNumId w:val="1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email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7A95"/>
    <w:rsid w:val="00030173"/>
    <w:rsid w:val="00034616"/>
    <w:rsid w:val="0006063C"/>
    <w:rsid w:val="00080AC5"/>
    <w:rsid w:val="00110FC2"/>
    <w:rsid w:val="0015074B"/>
    <w:rsid w:val="00153842"/>
    <w:rsid w:val="002473F1"/>
    <w:rsid w:val="0029639D"/>
    <w:rsid w:val="00326F90"/>
    <w:rsid w:val="00364902"/>
    <w:rsid w:val="003B5684"/>
    <w:rsid w:val="003C32A0"/>
    <w:rsid w:val="00491CF6"/>
    <w:rsid w:val="00524F54"/>
    <w:rsid w:val="005E4093"/>
    <w:rsid w:val="006C4930"/>
    <w:rsid w:val="008C68B7"/>
    <w:rsid w:val="0097750E"/>
    <w:rsid w:val="009854F0"/>
    <w:rsid w:val="00A55552"/>
    <w:rsid w:val="00A65F71"/>
    <w:rsid w:val="00AA1D8D"/>
    <w:rsid w:val="00AE0339"/>
    <w:rsid w:val="00B47730"/>
    <w:rsid w:val="00BB4556"/>
    <w:rsid w:val="00BE610F"/>
    <w:rsid w:val="00BF6198"/>
    <w:rsid w:val="00C01A66"/>
    <w:rsid w:val="00C4031B"/>
    <w:rsid w:val="00CB0664"/>
    <w:rsid w:val="00DD538C"/>
    <w:rsid w:val="00EE507D"/>
    <w:rsid w:val="00EF6934"/>
    <w:rsid w:val="00F86D26"/>
    <w:rsid w:val="00F911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146C8"/>
  <w14:defaultImageDpi w14:val="300"/>
  <w15:docId w15:val="{9E4CB652-EB1B-4AFA-BE1D-EF19F78E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qFormat/>
    <w:rsid w:val="00FC693F"/>
    <w:rPr>
      <w:b/>
      <w:bCs/>
    </w:rPr>
  </w:style>
  <w:style w:type="character" w:styleId="Emphasis">
    <w:name w:val="Emphasis"/>
    <w:basedOn w:val="DefaultParagraphFont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rsid w:val="00C01A6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881727-054B-43AB-9F38-AD21C5E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10</cp:revision>
  <cp:lastPrinted>2025-07-03T10:31:00Z</cp:lastPrinted>
  <dcterms:created xsi:type="dcterms:W3CDTF">2025-07-03T09:43:00Z</dcterms:created>
  <dcterms:modified xsi:type="dcterms:W3CDTF">2025-07-24T10:06:00Z</dcterms:modified>
  <cp:category/>
</cp:coreProperties>
</file>