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r>
        <w:rPr>
          <w:b/>
        </w:rPr>
        <w:t>CỘNG HÒA XÃ HỘI CHỦ NGHĨA VIỆT NAM</w:t>
        <w:br/>
        <w:t>Độc lập – Tự do – Hạnh phúc</w:t>
      </w:r>
    </w:p>
    <w:p>
      <w:pPr>
        <w:pStyle w:val="Normal"/>
        <w:jc w:val="center"/>
        <w:rPr>
          <w:b/>
          <w:b/>
        </w:rPr>
      </w:pPr>
      <w:r>
        <w:rPr>
          <w:b/>
        </w:rPr>
        <w:br/>
        <w:t>GIẤY ỦY QUYỀN</w:t>
      </w:r>
    </w:p>
    <w:p>
      <w:pPr>
        <w:pStyle w:val="Normal"/>
        <w:jc w:val="center"/>
        <w:rPr/>
      </w:pPr>
      <w:r>
        <w:rPr/>
        <w:t>(V/v: Làm thủ tục đăng ký doanh nghiệp)</w:t>
      </w:r>
      <w:bookmarkStart w:id="0" w:name="_GoBack"/>
      <w:bookmarkEnd w:id="0"/>
    </w:p>
    <w:p>
      <w:pPr>
        <w:pStyle w:val="Normal"/>
        <w:rPr/>
      </w:pPr>
      <w:r>
        <w:rPr/>
        <w:br/>
        <w:t>Hôm nay, ngày ..... tháng ..... năm ....., tại ......................................................</w:t>
        <w:br/>
      </w:r>
    </w:p>
    <w:p>
      <w:pPr>
        <w:pStyle w:val="Normal"/>
        <w:rPr/>
      </w:pPr>
      <w:r>
        <w:rPr/>
        <w:t>CHÚNG TÔI GỒM:</w:t>
      </w:r>
    </w:p>
    <w:p>
      <w:pPr>
        <w:pStyle w:val="Normal"/>
        <w:rPr/>
      </w:pPr>
      <w:r>
        <w:rPr/>
        <w:br/>
        <w:t>BÊN ỦY QUYỀN (BÊN A):</w:t>
      </w:r>
    </w:p>
    <w:p>
      <w:pPr>
        <w:pStyle w:val="Normal"/>
        <w:rPr/>
      </w:pPr>
      <w:r>
        <w:rPr/>
        <w:t>- Họ và tên: 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- Giấy tờ pháp lý cá nhân: Số .................................. Cấp ngày ............... tại .....................</w:t>
      </w:r>
    </w:p>
    <w:p>
      <w:pPr>
        <w:pStyle w:val="Normal"/>
        <w:rPr/>
      </w:pPr>
      <w:r>
        <w:rPr/>
        <w:t>- Địa chỉ thường trú: ......................................................................................................</w:t>
      </w:r>
    </w:p>
    <w:p>
      <w:pPr>
        <w:pStyle w:val="Normal"/>
        <w:rPr/>
      </w:pPr>
      <w:r>
        <w:rPr/>
        <w:t>- Số điện thoại: .........................................................</w:t>
      </w:r>
    </w:p>
    <w:p>
      <w:pPr>
        <w:pStyle w:val="Normal"/>
        <w:rPr/>
      </w:pPr>
      <w:r>
        <w:rPr/>
        <w:t>- Với tư cách là: .............................................................................................................</w:t>
      </w:r>
    </w:p>
    <w:p>
      <w:pPr>
        <w:pStyle w:val="Normal"/>
        <w:rPr/>
      </w:pPr>
      <w:r>
        <w:rPr/>
        <w:br/>
        <w:t>BÊN ĐƯỢC ỦY QUYỀN (BÊN B):</w:t>
      </w:r>
    </w:p>
    <w:p>
      <w:pPr>
        <w:pStyle w:val="Normal"/>
        <w:rPr/>
      </w:pPr>
      <w:r>
        <w:rPr/>
        <w:t>- Họ và tên: ....................................................................................................................</w:t>
      </w:r>
    </w:p>
    <w:p>
      <w:pPr>
        <w:pStyle w:val="Normal"/>
        <w:rPr/>
      </w:pPr>
      <w:r>
        <w:rPr/>
        <w:t>- Giấy tờ pháp lý cá nhân: Số .................................. Cấp ngày ............... tại .....................</w:t>
      </w:r>
    </w:p>
    <w:p>
      <w:pPr>
        <w:pStyle w:val="Normal"/>
        <w:rPr/>
      </w:pPr>
      <w:r>
        <w:rPr/>
        <w:t>- Địa chỉ thường trú: ......................................................................................................</w:t>
      </w:r>
    </w:p>
    <w:p>
      <w:pPr>
        <w:pStyle w:val="Normal"/>
        <w:rPr/>
      </w:pPr>
      <w:r>
        <w:rPr/>
        <w:t>- Số điện thoại: .........................................................</w:t>
      </w:r>
    </w:p>
    <w:p>
      <w:pPr>
        <w:pStyle w:val="Normal"/>
        <w:rPr/>
      </w:pPr>
      <w:r>
        <w:rPr/>
        <w:br/>
        <w:t>Nội dung ủy quyền:</w:t>
      </w:r>
    </w:p>
    <w:p>
      <w:pPr>
        <w:pStyle w:val="Normal"/>
        <w:rPr/>
      </w:pPr>
      <w:r>
        <w:rPr/>
        <w:t>Bên A ủy quyền cho Bên B thay mặt thực hiện các công việc sau đây:</w:t>
      </w:r>
    </w:p>
    <w:p>
      <w:pPr>
        <w:pStyle w:val="ListBullet"/>
        <w:numPr>
          <w:ilvl w:val="0"/>
          <w:numId w:val="1"/>
        </w:numPr>
        <w:rPr/>
      </w:pPr>
      <w:r>
        <w:rPr/>
        <w:t>- Thực hiện thủ tục đăng ký doanh nghiệp tại…</w:t>
      </w:r>
      <w:r>
        <w:rPr/>
        <w:t>..</w:t>
      </w:r>
      <w:r>
        <w:rPr/>
        <w:t>.</w:t>
      </w:r>
    </w:p>
    <w:p>
      <w:pPr>
        <w:pStyle w:val="ListBullet"/>
        <w:numPr>
          <w:ilvl w:val="0"/>
          <w:numId w:val="1"/>
        </w:numPr>
        <w:rPr/>
      </w:pPr>
      <w:r>
        <w:rPr/>
        <w:t>- Ký, nộp và nhận các hồ sơ, tài liệu có liên quan đến thủ tục đăng ký doanh nghiệp.</w:t>
      </w:r>
    </w:p>
    <w:p>
      <w:pPr>
        <w:pStyle w:val="ListBullet"/>
        <w:numPr>
          <w:ilvl w:val="0"/>
          <w:numId w:val="1"/>
        </w:numPr>
        <w:rPr/>
      </w:pPr>
      <w:r>
        <w:rPr/>
        <w:t>- Nhận kết quả đăng ký doanh nghiệp từ cơ quan có thẩm quyền.</w:t>
      </w:r>
    </w:p>
    <w:p>
      <w:pPr>
        <w:pStyle w:val="ListBullet"/>
        <w:numPr>
          <w:ilvl w:val="0"/>
          <w:numId w:val="1"/>
        </w:numPr>
        <w:rPr/>
      </w:pPr>
      <w:r>
        <w:rPr/>
        <w:t>- Thực hiện các công việc khác liên quan đến quá trình đăng ký doanh nghiệp theo quy định pháp luật.</w:t>
      </w:r>
    </w:p>
    <w:p>
      <w:pPr>
        <w:pStyle w:val="Normal"/>
        <w:rPr/>
      </w:pPr>
      <w:r>
        <w:rPr/>
        <w:br/>
        <w:t>Thời hạn ủy quyền:</w:t>
      </w:r>
    </w:p>
    <w:p>
      <w:pPr>
        <w:pStyle w:val="Normal"/>
        <w:rPr/>
      </w:pPr>
      <w:r>
        <w:rPr/>
        <w:t>Kể từ ngày ký giấy ủy quyền đến hết ngày ..... tháng ..... năm ....., hoặc cho đến khi hoàn tất thủ tục đăng ký doanh nghiệp.</w:t>
      </w:r>
    </w:p>
    <w:p>
      <w:pPr>
        <w:pStyle w:val="Normal"/>
        <w:rPr/>
      </w:pPr>
      <w:r>
        <w:rPr/>
        <w:br/>
        <w:t>Cam kết của các bên:</w:t>
      </w:r>
    </w:p>
    <w:p>
      <w:pPr>
        <w:pStyle w:val="ListBullet"/>
        <w:numPr>
          <w:ilvl w:val="0"/>
          <w:numId w:val="1"/>
        </w:numPr>
        <w:rPr/>
      </w:pPr>
      <w:r>
        <w:rPr/>
        <w:t>- Bên A cam kết hoàn toàn chịu trách nhiệm trước pháp luật về nội dung ủy quyền.</w:t>
      </w:r>
    </w:p>
    <w:p>
      <w:pPr>
        <w:pStyle w:val="ListBullet"/>
        <w:numPr>
          <w:ilvl w:val="0"/>
          <w:numId w:val="1"/>
        </w:numPr>
        <w:rPr/>
      </w:pPr>
      <w:r>
        <w:rPr/>
        <w:t>- Bên B cam kết thực hiện đúng nội dung được ủy quyền và tuân thủ quy định pháp luật.</w:t>
      </w:r>
    </w:p>
    <w:p>
      <w:pPr>
        <w:pStyle w:val="Normal"/>
        <w:rPr/>
      </w:pPr>
      <w:r>
        <w:rPr/>
        <w:br/>
        <w:t>Giấy ủy quyền này được lập thành 02 bản, mỗi bên giữ 01 bản và có giá trị pháp lý như nhau.</w:t>
      </w:r>
    </w:p>
    <w:tbl>
      <w:tblPr>
        <w:tblW w:w="864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20"/>
        <w:gridCol w:w="4319"/>
      </w:tblGrid>
      <w:tr>
        <w:trPr/>
        <w:tc>
          <w:tcPr>
            <w:tcW w:w="4320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</w:rPr>
              <w:br/>
              <w:t>BÊN ỦY QUYỀN</w:t>
              <w:br/>
              <w:t>(Ký, ghi rõ họ tên)</w:t>
            </w:r>
          </w:p>
        </w:tc>
        <w:tc>
          <w:tcPr>
            <w:tcW w:w="4319" w:type="dxa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</w:rPr>
              <w:br/>
              <w:t>BÊN ĐƯỢC ỦY QUYỀN</w:t>
              <w:br/>
              <w:t>(Ký, ghi rõ họ tên)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1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75BAFD-561D-43B9-B036-8F0C8E23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LibreOffice/6.0.4.2$Windows_x86 LibreOffice_project/9b0d9b32d5dcda91d2f1a96dc04c645c450872bf</Application>
  <Pages>2</Pages>
  <Words>319</Words>
  <Characters>1873</Characters>
  <CharactersWithSpaces>2169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2025-06-02T01:29:00Z</dcterms:created>
  <dc:creator>python-docx</dc:creator>
  <dc:description>generated by python-docx</dc:description>
  <dc:language>en-US</dc:language>
  <cp:lastModifiedBy/>
  <dcterms:modified xsi:type="dcterms:W3CDTF">2026-08-10T16:18:54Z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