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7088"/>
      </w:tblGrid>
      <w:tr w:rsidR="007A6EF7" w:rsidRPr="007A6EF7" w:rsidTr="003039E5">
        <w:tc>
          <w:tcPr>
            <w:tcW w:w="2268" w:type="dxa"/>
          </w:tcPr>
          <w:p w:rsidR="007A6EF7" w:rsidRPr="007A6EF7" w:rsidRDefault="007A6EF7" w:rsidP="00917655">
            <w:pPr>
              <w:pStyle w:val="NormalWeb"/>
              <w:spacing w:before="120" w:beforeAutospacing="0" w:after="120" w:afterAutospacing="0" w:line="360" w:lineRule="auto"/>
              <w:rPr>
                <w:b/>
                <w:bCs/>
                <w:color w:val="000000"/>
                <w:sz w:val="28"/>
                <w:szCs w:val="28"/>
              </w:rPr>
            </w:pPr>
            <w:r w:rsidRPr="007A6EF7">
              <w:rPr>
                <w:b/>
                <w:bCs/>
                <w:color w:val="000000"/>
                <w:sz w:val="28"/>
                <w:szCs w:val="28"/>
              </w:rPr>
              <w:t xml:space="preserve">CÔNG TY </w:t>
            </w:r>
            <w:r w:rsidR="00A476C4">
              <w:rPr>
                <w:rStyle w:val="FootnoteReference"/>
                <w:b/>
                <w:bCs/>
                <w:color w:val="000000"/>
                <w:sz w:val="28"/>
                <w:szCs w:val="28"/>
              </w:rPr>
              <w:footnoteReference w:id="1"/>
            </w:r>
            <w:r w:rsidR="00A476C4">
              <w:rPr>
                <w:b/>
                <w:bCs/>
                <w:color w:val="000000"/>
                <w:sz w:val="28"/>
                <w:szCs w:val="28"/>
              </w:rPr>
              <w:t>…..</w:t>
            </w:r>
          </w:p>
          <w:p w:rsidR="007A6EF7" w:rsidRPr="007A6EF7" w:rsidRDefault="007A6EF7" w:rsidP="00917655">
            <w:pPr>
              <w:pStyle w:val="NormalWeb"/>
              <w:spacing w:before="120" w:beforeAutospacing="0" w:after="120" w:afterAutospacing="0" w:line="360" w:lineRule="auto"/>
              <w:rPr>
                <w:b/>
                <w:bCs/>
                <w:color w:val="000000"/>
                <w:sz w:val="28"/>
                <w:szCs w:val="28"/>
              </w:rPr>
            </w:pPr>
            <w:r w:rsidRPr="007A6EF7">
              <w:rPr>
                <w:b/>
                <w:bCs/>
                <w:color w:val="000000"/>
                <w:sz w:val="28"/>
                <w:szCs w:val="28"/>
              </w:rPr>
              <w:t>Số: [Số hiệu/TB]</w:t>
            </w:r>
          </w:p>
        </w:tc>
        <w:tc>
          <w:tcPr>
            <w:tcW w:w="7088" w:type="dxa"/>
          </w:tcPr>
          <w:p w:rsidR="007A6EF7" w:rsidRPr="007A6EF7" w:rsidRDefault="007A6EF7" w:rsidP="00917655">
            <w:pPr>
              <w:pStyle w:val="NormalWeb"/>
              <w:spacing w:before="120" w:beforeAutospacing="0" w:after="120" w:afterAutospacing="0" w:line="360" w:lineRule="auto"/>
              <w:jc w:val="center"/>
              <w:rPr>
                <w:b/>
                <w:bCs/>
                <w:color w:val="000000"/>
                <w:sz w:val="28"/>
                <w:szCs w:val="28"/>
              </w:rPr>
            </w:pPr>
            <w:r w:rsidRPr="007A6EF7">
              <w:rPr>
                <w:b/>
                <w:bCs/>
                <w:color w:val="000000"/>
                <w:sz w:val="28"/>
                <w:szCs w:val="28"/>
              </w:rPr>
              <w:t>CỘNG HÒA XÃ HỘI CHỦ NGHĨA VIỆT NAM</w:t>
            </w:r>
          </w:p>
          <w:p w:rsidR="007A6EF7" w:rsidRPr="007A6EF7" w:rsidRDefault="007A6EF7" w:rsidP="00917655">
            <w:pPr>
              <w:pStyle w:val="NormalWeb"/>
              <w:spacing w:before="120" w:beforeAutospacing="0" w:after="120" w:afterAutospacing="0" w:line="360" w:lineRule="auto"/>
              <w:jc w:val="center"/>
              <w:rPr>
                <w:b/>
                <w:bCs/>
                <w:color w:val="000000"/>
                <w:sz w:val="28"/>
                <w:szCs w:val="28"/>
              </w:rPr>
            </w:pPr>
            <w:r w:rsidRPr="007A6EF7">
              <w:rPr>
                <w:b/>
                <w:bCs/>
                <w:color w:val="000000"/>
                <w:sz w:val="28"/>
                <w:szCs w:val="28"/>
              </w:rPr>
              <w:t>Độc lập – Tự do – Hạnh phúc</w:t>
            </w:r>
          </w:p>
        </w:tc>
      </w:tr>
    </w:tbl>
    <w:p w:rsidR="007A6EF7" w:rsidRPr="007A6EF7" w:rsidRDefault="007A6EF7" w:rsidP="00917655">
      <w:pPr>
        <w:pStyle w:val="NormalWeb"/>
        <w:shd w:val="clear" w:color="auto" w:fill="FFFFFF"/>
        <w:spacing w:before="120" w:beforeAutospacing="0" w:after="120" w:afterAutospacing="0" w:line="360" w:lineRule="auto"/>
        <w:rPr>
          <w:b/>
          <w:bCs/>
          <w:color w:val="000000"/>
          <w:sz w:val="28"/>
          <w:szCs w:val="28"/>
        </w:rPr>
      </w:pPr>
    </w:p>
    <w:p w:rsidR="007A6EF7" w:rsidRPr="007A6EF7" w:rsidRDefault="003039E5" w:rsidP="00917655">
      <w:pPr>
        <w:pStyle w:val="NormalWeb"/>
        <w:shd w:val="clear" w:color="auto" w:fill="FFFFFF"/>
        <w:spacing w:before="120" w:beforeAutospacing="0" w:after="120" w:afterAutospacing="0" w:line="360" w:lineRule="auto"/>
        <w:jc w:val="right"/>
        <w:rPr>
          <w:i/>
          <w:iCs/>
          <w:color w:val="000000"/>
          <w:sz w:val="28"/>
          <w:szCs w:val="28"/>
        </w:rPr>
      </w:pPr>
      <w:r>
        <w:rPr>
          <w:i/>
          <w:iCs/>
          <w:color w:val="000000"/>
          <w:sz w:val="28"/>
          <w:szCs w:val="28"/>
        </w:rPr>
        <w:t>…………….</w:t>
      </w:r>
      <w:r w:rsidR="00A476C4">
        <w:rPr>
          <w:i/>
          <w:iCs/>
          <w:color w:val="000000"/>
          <w:sz w:val="28"/>
          <w:szCs w:val="28"/>
        </w:rPr>
        <w:t>….</w:t>
      </w:r>
      <w:r>
        <w:rPr>
          <w:rStyle w:val="FootnoteReference"/>
          <w:i/>
          <w:iCs/>
          <w:color w:val="000000"/>
          <w:sz w:val="28"/>
          <w:szCs w:val="28"/>
        </w:rPr>
        <w:footnoteReference w:id="2"/>
      </w:r>
      <w:r w:rsidR="00A476C4">
        <w:rPr>
          <w:i/>
          <w:iCs/>
          <w:color w:val="000000"/>
          <w:sz w:val="28"/>
          <w:szCs w:val="28"/>
        </w:rPr>
        <w:t>, ngày…. tháng…. năm 2025</w:t>
      </w:r>
    </w:p>
    <w:p w:rsidR="007A6EF7" w:rsidRPr="007A6EF7" w:rsidRDefault="007A6EF7" w:rsidP="00917655">
      <w:pPr>
        <w:pStyle w:val="NormalWeb"/>
        <w:shd w:val="clear" w:color="auto" w:fill="FFFFFF"/>
        <w:spacing w:before="120" w:beforeAutospacing="0" w:after="120" w:afterAutospacing="0" w:line="360" w:lineRule="auto"/>
        <w:jc w:val="center"/>
        <w:rPr>
          <w:b/>
          <w:color w:val="000000"/>
          <w:sz w:val="28"/>
          <w:szCs w:val="28"/>
        </w:rPr>
      </w:pPr>
      <w:r w:rsidRPr="007A6EF7">
        <w:rPr>
          <w:b/>
          <w:iCs/>
          <w:color w:val="000000"/>
          <w:sz w:val="28"/>
          <w:szCs w:val="28"/>
        </w:rPr>
        <w:t>THÔNG BÁO</w:t>
      </w:r>
    </w:p>
    <w:p w:rsidR="006C0B07" w:rsidRDefault="007A6EF7" w:rsidP="00917655">
      <w:pPr>
        <w:spacing w:before="120" w:after="120" w:line="360" w:lineRule="auto"/>
        <w:jc w:val="center"/>
        <w:rPr>
          <w:rFonts w:cs="Times New Roman"/>
          <w:color w:val="000000" w:themeColor="text1"/>
          <w:sz w:val="28"/>
          <w:szCs w:val="28"/>
        </w:rPr>
      </w:pPr>
      <w:r w:rsidRPr="007A6EF7">
        <w:rPr>
          <w:rFonts w:cs="Times New Roman"/>
          <w:b/>
          <w:color w:val="000000" w:themeColor="text1"/>
          <w:sz w:val="28"/>
          <w:szCs w:val="28"/>
        </w:rPr>
        <w:t xml:space="preserve">V/v: </w:t>
      </w:r>
      <w:r w:rsidR="00BD262A">
        <w:rPr>
          <w:rFonts w:cs="Times New Roman"/>
          <w:b/>
          <w:color w:val="000000" w:themeColor="text1"/>
          <w:sz w:val="28"/>
          <w:szCs w:val="28"/>
        </w:rPr>
        <w:t>T</w:t>
      </w:r>
      <w:r w:rsidRPr="007A6EF7">
        <w:rPr>
          <w:rFonts w:cs="Times New Roman"/>
          <w:b/>
          <w:color w:val="000000" w:themeColor="text1"/>
          <w:sz w:val="28"/>
          <w:szCs w:val="28"/>
        </w:rPr>
        <w:t>hu hồi sản phẩm lỗi/không đảm bảo chất lượng</w:t>
      </w:r>
    </w:p>
    <w:p w:rsidR="00FE7D2D" w:rsidRPr="006C0B07" w:rsidRDefault="007A6EF7" w:rsidP="00917655">
      <w:pPr>
        <w:spacing w:before="120" w:after="120" w:line="360" w:lineRule="auto"/>
        <w:rPr>
          <w:rFonts w:cs="Times New Roman"/>
          <w:b/>
          <w:color w:val="000000" w:themeColor="text1"/>
          <w:sz w:val="28"/>
          <w:szCs w:val="28"/>
        </w:rPr>
      </w:pPr>
      <w:r w:rsidRPr="007A6EF7">
        <w:rPr>
          <w:rFonts w:cs="Times New Roman"/>
          <w:color w:val="000000" w:themeColor="text1"/>
          <w:sz w:val="28"/>
          <w:szCs w:val="28"/>
        </w:rPr>
        <w:t>Kính gửi: Quý Khách hàng,</w:t>
      </w:r>
    </w:p>
    <w:p w:rsidR="00FE7D2D" w:rsidRPr="007A6EF7"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 xml:space="preserve">Trước hết, Công ty </w:t>
      </w:r>
      <w:r w:rsidR="00210F4C">
        <w:rPr>
          <w:rStyle w:val="FootnoteReference"/>
          <w:rFonts w:cs="Times New Roman"/>
          <w:color w:val="000000" w:themeColor="text1"/>
          <w:sz w:val="28"/>
          <w:szCs w:val="28"/>
        </w:rPr>
        <w:footnoteReference w:id="3"/>
      </w:r>
      <w:r w:rsidR="00210F4C">
        <w:rPr>
          <w:rFonts w:cs="Times New Roman"/>
          <w:color w:val="000000" w:themeColor="text1"/>
          <w:sz w:val="28"/>
          <w:szCs w:val="28"/>
        </w:rPr>
        <w:t>…</w:t>
      </w:r>
      <w:r w:rsidR="005D512E">
        <w:rPr>
          <w:rFonts w:cs="Times New Roman"/>
          <w:color w:val="000000" w:themeColor="text1"/>
          <w:sz w:val="28"/>
          <w:szCs w:val="28"/>
        </w:rPr>
        <w:t>……………………………………………………..</w:t>
      </w:r>
      <w:r w:rsidR="00210F4C">
        <w:rPr>
          <w:rFonts w:cs="Times New Roman"/>
          <w:color w:val="000000" w:themeColor="text1"/>
          <w:sz w:val="28"/>
          <w:szCs w:val="28"/>
        </w:rPr>
        <w:t xml:space="preserve"> </w:t>
      </w:r>
      <w:r w:rsidRPr="007A6EF7">
        <w:rPr>
          <w:rFonts w:cs="Times New Roman"/>
          <w:color w:val="000000" w:themeColor="text1"/>
          <w:sz w:val="28"/>
          <w:szCs w:val="28"/>
        </w:rPr>
        <w:t>xin chân thành cảm ơn Quý Khách hàng đã tin tưởng và sử dụng sản phẩm củ</w:t>
      </w:r>
      <w:r w:rsidR="007A06B6">
        <w:rPr>
          <w:rFonts w:cs="Times New Roman"/>
          <w:color w:val="000000" w:themeColor="text1"/>
          <w:sz w:val="28"/>
          <w:szCs w:val="28"/>
        </w:rPr>
        <w:t xml:space="preserve">a chúng tôi </w:t>
      </w:r>
      <w:r w:rsidRPr="007A6EF7">
        <w:rPr>
          <w:rFonts w:cs="Times New Roman"/>
          <w:color w:val="000000" w:themeColor="text1"/>
          <w:sz w:val="28"/>
          <w:szCs w:val="28"/>
        </w:rPr>
        <w:t>trong thời gian qua.</w:t>
      </w:r>
    </w:p>
    <w:p w:rsidR="00FE7D2D" w:rsidRPr="007A6EF7"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Chúng tôi xin thông báo về việc thu hồi sản phẩm như sau:</w:t>
      </w:r>
    </w:p>
    <w:p w:rsidR="00FE7D2D" w:rsidRPr="007A06B6" w:rsidRDefault="007A6EF7" w:rsidP="00917655">
      <w:pPr>
        <w:pStyle w:val="ListNumber"/>
        <w:numPr>
          <w:ilvl w:val="0"/>
          <w:numId w:val="0"/>
        </w:numPr>
        <w:spacing w:before="120" w:after="120" w:line="360" w:lineRule="auto"/>
        <w:ind w:left="360" w:hanging="360"/>
        <w:rPr>
          <w:rFonts w:cs="Times New Roman"/>
          <w:b/>
          <w:color w:val="000000" w:themeColor="text1"/>
          <w:sz w:val="28"/>
          <w:szCs w:val="28"/>
        </w:rPr>
      </w:pPr>
      <w:r w:rsidRPr="007A06B6">
        <w:rPr>
          <w:rFonts w:cs="Times New Roman"/>
          <w:b/>
          <w:color w:val="000000" w:themeColor="text1"/>
          <w:sz w:val="28"/>
          <w:szCs w:val="28"/>
        </w:rPr>
        <w:t>1. Thông tin sản phẩm:</w:t>
      </w:r>
    </w:p>
    <w:p w:rsidR="00FE7D2D" w:rsidRPr="007A6EF7"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 Tên sản phẩm</w:t>
      </w:r>
      <w:r w:rsidR="00210F4C">
        <w:rPr>
          <w:rStyle w:val="FootnoteReference"/>
          <w:rFonts w:cs="Times New Roman"/>
          <w:color w:val="000000" w:themeColor="text1"/>
          <w:sz w:val="28"/>
          <w:szCs w:val="28"/>
        </w:rPr>
        <w:footnoteReference w:id="4"/>
      </w:r>
      <w:r w:rsidRPr="007A6EF7">
        <w:rPr>
          <w:rFonts w:cs="Times New Roman"/>
          <w:color w:val="000000" w:themeColor="text1"/>
          <w:sz w:val="28"/>
          <w:szCs w:val="28"/>
        </w:rPr>
        <w:t xml:space="preserve">: </w:t>
      </w:r>
      <w:r w:rsidR="00210F4C">
        <w:rPr>
          <w:rFonts w:cs="Times New Roman"/>
          <w:color w:val="000000" w:themeColor="text1"/>
          <w:sz w:val="28"/>
          <w:szCs w:val="28"/>
        </w:rPr>
        <w:t>………………………………………</w:t>
      </w:r>
      <w:r w:rsidR="005D512E">
        <w:rPr>
          <w:rFonts w:cs="Times New Roman"/>
          <w:color w:val="000000" w:themeColor="text1"/>
          <w:sz w:val="28"/>
          <w:szCs w:val="28"/>
        </w:rPr>
        <w:t>……………………</w:t>
      </w:r>
      <w:r w:rsidR="006C0B07">
        <w:rPr>
          <w:rFonts w:cs="Times New Roman"/>
          <w:color w:val="000000" w:themeColor="text1"/>
          <w:sz w:val="28"/>
          <w:szCs w:val="28"/>
        </w:rPr>
        <w:t>………..</w:t>
      </w:r>
    </w:p>
    <w:p w:rsidR="00210F4C"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 Mã sản phẩm/Lô hàng</w:t>
      </w:r>
      <w:r w:rsidR="00210F4C">
        <w:rPr>
          <w:rStyle w:val="FootnoteReference"/>
          <w:rFonts w:cs="Times New Roman"/>
          <w:color w:val="000000" w:themeColor="text1"/>
          <w:sz w:val="28"/>
          <w:szCs w:val="28"/>
        </w:rPr>
        <w:footnoteReference w:id="5"/>
      </w:r>
      <w:r w:rsidRPr="007A6EF7">
        <w:rPr>
          <w:rFonts w:cs="Times New Roman"/>
          <w:color w:val="000000" w:themeColor="text1"/>
          <w:sz w:val="28"/>
          <w:szCs w:val="28"/>
        </w:rPr>
        <w:t xml:space="preserve">: </w:t>
      </w:r>
      <w:r w:rsidR="00210F4C">
        <w:rPr>
          <w:rFonts w:cs="Times New Roman"/>
          <w:color w:val="000000" w:themeColor="text1"/>
          <w:sz w:val="28"/>
          <w:szCs w:val="28"/>
        </w:rPr>
        <w:t>………………………………………</w:t>
      </w:r>
      <w:r w:rsidR="005D512E">
        <w:rPr>
          <w:rFonts w:cs="Times New Roman"/>
          <w:color w:val="000000" w:themeColor="text1"/>
          <w:sz w:val="28"/>
          <w:szCs w:val="28"/>
        </w:rPr>
        <w:t>……………</w:t>
      </w:r>
      <w:r w:rsidR="006C0B07">
        <w:rPr>
          <w:rFonts w:cs="Times New Roman"/>
          <w:color w:val="000000" w:themeColor="text1"/>
          <w:sz w:val="28"/>
          <w:szCs w:val="28"/>
        </w:rPr>
        <w:t>………</w:t>
      </w:r>
    </w:p>
    <w:p w:rsidR="00FE7D2D" w:rsidRPr="007A6EF7"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 Ngày sản xuất</w:t>
      </w:r>
      <w:r w:rsidR="00210F4C">
        <w:rPr>
          <w:rStyle w:val="FootnoteReference"/>
          <w:rFonts w:cs="Times New Roman"/>
          <w:color w:val="000000" w:themeColor="text1"/>
          <w:sz w:val="28"/>
          <w:szCs w:val="28"/>
        </w:rPr>
        <w:footnoteReference w:id="6"/>
      </w:r>
      <w:r w:rsidRPr="007A6EF7">
        <w:rPr>
          <w:rFonts w:cs="Times New Roman"/>
          <w:color w:val="000000" w:themeColor="text1"/>
          <w:sz w:val="28"/>
          <w:szCs w:val="28"/>
        </w:rPr>
        <w:t xml:space="preserve">: </w:t>
      </w:r>
      <w:r w:rsidR="00210F4C">
        <w:rPr>
          <w:rFonts w:cs="Times New Roman"/>
          <w:color w:val="000000" w:themeColor="text1"/>
          <w:sz w:val="28"/>
          <w:szCs w:val="28"/>
        </w:rPr>
        <w:t>……………………………………</w:t>
      </w:r>
      <w:r w:rsidR="005D512E">
        <w:rPr>
          <w:rFonts w:cs="Times New Roman"/>
          <w:color w:val="000000" w:themeColor="text1"/>
          <w:sz w:val="28"/>
          <w:szCs w:val="28"/>
        </w:rPr>
        <w:t>………………………</w:t>
      </w:r>
      <w:r w:rsidR="006C0B07">
        <w:rPr>
          <w:rFonts w:cs="Times New Roman"/>
          <w:color w:val="000000" w:themeColor="text1"/>
          <w:sz w:val="28"/>
          <w:szCs w:val="28"/>
        </w:rPr>
        <w:t>……….</w:t>
      </w:r>
    </w:p>
    <w:p w:rsidR="00FE7D2D" w:rsidRPr="007A6EF7"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 Thời gian phân phối</w:t>
      </w:r>
      <w:r w:rsidR="00492C96">
        <w:rPr>
          <w:rStyle w:val="FootnoteReference"/>
          <w:rFonts w:cs="Times New Roman"/>
          <w:color w:val="000000" w:themeColor="text1"/>
          <w:sz w:val="28"/>
          <w:szCs w:val="28"/>
        </w:rPr>
        <w:footnoteReference w:id="7"/>
      </w:r>
      <w:r w:rsidRPr="007A6EF7">
        <w:rPr>
          <w:rFonts w:cs="Times New Roman"/>
          <w:color w:val="000000" w:themeColor="text1"/>
          <w:sz w:val="28"/>
          <w:szCs w:val="28"/>
        </w:rPr>
        <w:t xml:space="preserve">: </w:t>
      </w:r>
      <w:r w:rsidR="00492C96">
        <w:rPr>
          <w:rFonts w:cs="Times New Roman"/>
          <w:color w:val="000000" w:themeColor="text1"/>
          <w:sz w:val="28"/>
          <w:szCs w:val="28"/>
        </w:rPr>
        <w:t>………………………</w:t>
      </w:r>
      <w:r w:rsidR="005D512E">
        <w:rPr>
          <w:rFonts w:cs="Times New Roman"/>
          <w:color w:val="000000" w:themeColor="text1"/>
          <w:sz w:val="28"/>
          <w:szCs w:val="28"/>
        </w:rPr>
        <w:t>………………………………</w:t>
      </w:r>
      <w:r w:rsidR="006C0B07">
        <w:rPr>
          <w:rFonts w:cs="Times New Roman"/>
          <w:color w:val="000000" w:themeColor="text1"/>
          <w:sz w:val="28"/>
          <w:szCs w:val="28"/>
        </w:rPr>
        <w:t>………</w:t>
      </w:r>
    </w:p>
    <w:p w:rsidR="006C0B07" w:rsidRPr="007A06B6" w:rsidRDefault="007A6EF7" w:rsidP="00917655">
      <w:pPr>
        <w:pStyle w:val="ListNumber"/>
        <w:numPr>
          <w:ilvl w:val="0"/>
          <w:numId w:val="0"/>
        </w:numPr>
        <w:spacing w:before="120" w:after="120" w:line="360" w:lineRule="auto"/>
        <w:ind w:left="360" w:hanging="360"/>
        <w:rPr>
          <w:rFonts w:cs="Times New Roman"/>
          <w:b/>
          <w:color w:val="000000" w:themeColor="text1"/>
          <w:sz w:val="28"/>
          <w:szCs w:val="28"/>
        </w:rPr>
      </w:pPr>
      <w:r w:rsidRPr="007A06B6">
        <w:rPr>
          <w:rFonts w:cs="Times New Roman"/>
          <w:b/>
          <w:color w:val="000000" w:themeColor="text1"/>
          <w:sz w:val="28"/>
          <w:szCs w:val="28"/>
        </w:rPr>
        <w:t>2. Lý do thu hồi:</w:t>
      </w:r>
      <w:r w:rsidR="006C0B07" w:rsidRPr="007A06B6">
        <w:rPr>
          <w:rFonts w:cs="Times New Roman"/>
          <w:b/>
          <w:color w:val="000000" w:themeColor="text1"/>
          <w:sz w:val="28"/>
          <w:szCs w:val="28"/>
        </w:rPr>
        <w:t xml:space="preserve"> </w:t>
      </w:r>
    </w:p>
    <w:p w:rsidR="00FE7D2D" w:rsidRPr="007A6EF7" w:rsidRDefault="007A6EF7" w:rsidP="00917655">
      <w:pPr>
        <w:pStyle w:val="ListNumber"/>
        <w:numPr>
          <w:ilvl w:val="0"/>
          <w:numId w:val="0"/>
        </w:numPr>
        <w:spacing w:before="120" w:after="120" w:line="360" w:lineRule="auto"/>
        <w:rPr>
          <w:rFonts w:cs="Times New Roman"/>
          <w:color w:val="000000" w:themeColor="text1"/>
          <w:sz w:val="28"/>
          <w:szCs w:val="28"/>
        </w:rPr>
      </w:pPr>
      <w:r w:rsidRPr="007A6EF7">
        <w:rPr>
          <w:rFonts w:cs="Times New Roman"/>
          <w:color w:val="000000" w:themeColor="text1"/>
          <w:sz w:val="28"/>
          <w:szCs w:val="28"/>
        </w:rPr>
        <w:t>Qua kiểm tra chất lượng định kỳ, chúng tôi phát hiện một số sản phẩm thuộc lô hàng trên không đạt tiêu chuẩn chất lượng theo quy định, có thể ảnh hưởng đến trải nghiệm và quyền lợi của Quý Khách hàng.</w:t>
      </w:r>
    </w:p>
    <w:p w:rsidR="00FE7D2D" w:rsidRPr="00ED3192" w:rsidRDefault="007A6EF7" w:rsidP="00917655">
      <w:pPr>
        <w:pStyle w:val="ListNumber"/>
        <w:numPr>
          <w:ilvl w:val="0"/>
          <w:numId w:val="0"/>
        </w:numPr>
        <w:spacing w:before="120" w:after="120" w:line="360" w:lineRule="auto"/>
        <w:ind w:left="360" w:hanging="360"/>
        <w:rPr>
          <w:rFonts w:cs="Times New Roman"/>
          <w:b/>
          <w:color w:val="000000" w:themeColor="text1"/>
          <w:sz w:val="28"/>
          <w:szCs w:val="28"/>
        </w:rPr>
      </w:pPr>
      <w:bookmarkStart w:id="0" w:name="_GoBack"/>
      <w:r w:rsidRPr="00ED3192">
        <w:rPr>
          <w:rFonts w:cs="Times New Roman"/>
          <w:b/>
          <w:color w:val="000000" w:themeColor="text1"/>
          <w:sz w:val="28"/>
          <w:szCs w:val="28"/>
        </w:rPr>
        <w:lastRenderedPageBreak/>
        <w:t>3. Hướng dẫn thu hồi và đổi/trả:</w:t>
      </w:r>
    </w:p>
    <w:bookmarkEnd w:id="0"/>
    <w:p w:rsidR="00FE7D2D" w:rsidRPr="007A6EF7"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 Quý khách vui lòng mang sản phẩm đến địa điểm</w:t>
      </w:r>
      <w:r w:rsidR="00492C96">
        <w:rPr>
          <w:rStyle w:val="FootnoteReference"/>
          <w:rFonts w:cs="Times New Roman"/>
          <w:color w:val="000000" w:themeColor="text1"/>
          <w:sz w:val="28"/>
          <w:szCs w:val="28"/>
        </w:rPr>
        <w:footnoteReference w:id="8"/>
      </w:r>
      <w:r w:rsidRPr="007A6EF7">
        <w:rPr>
          <w:rFonts w:cs="Times New Roman"/>
          <w:color w:val="000000" w:themeColor="text1"/>
          <w:sz w:val="28"/>
          <w:szCs w:val="28"/>
        </w:rPr>
        <w:t xml:space="preserve">: </w:t>
      </w:r>
      <w:r w:rsidR="00492C96">
        <w:rPr>
          <w:rFonts w:cs="Times New Roman"/>
          <w:color w:val="000000" w:themeColor="text1"/>
          <w:sz w:val="28"/>
          <w:szCs w:val="28"/>
        </w:rPr>
        <w:t>………………………</w:t>
      </w:r>
      <w:r w:rsidR="006C0B07">
        <w:rPr>
          <w:rFonts w:cs="Times New Roman"/>
          <w:color w:val="000000" w:themeColor="text1"/>
          <w:sz w:val="28"/>
          <w:szCs w:val="28"/>
        </w:rPr>
        <w:t>……….</w:t>
      </w:r>
    </w:p>
    <w:p w:rsidR="00FE7D2D" w:rsidRPr="007A6EF7"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 Hoặc liên hệ hotline</w:t>
      </w:r>
      <w:r w:rsidR="00492C96">
        <w:rPr>
          <w:rStyle w:val="FootnoteReference"/>
          <w:rFonts w:cs="Times New Roman"/>
          <w:color w:val="000000" w:themeColor="text1"/>
          <w:sz w:val="28"/>
          <w:szCs w:val="28"/>
        </w:rPr>
        <w:footnoteReference w:id="9"/>
      </w:r>
      <w:r w:rsidRPr="007A6EF7">
        <w:rPr>
          <w:rFonts w:cs="Times New Roman"/>
          <w:color w:val="000000" w:themeColor="text1"/>
          <w:sz w:val="28"/>
          <w:szCs w:val="28"/>
        </w:rPr>
        <w:t xml:space="preserve">: </w:t>
      </w:r>
      <w:r w:rsidR="00492C96">
        <w:rPr>
          <w:rFonts w:cs="Times New Roman"/>
          <w:color w:val="000000" w:themeColor="text1"/>
          <w:sz w:val="28"/>
          <w:szCs w:val="28"/>
        </w:rPr>
        <w:t>………………………..</w:t>
      </w:r>
      <w:r w:rsidRPr="007A6EF7">
        <w:rPr>
          <w:rFonts w:cs="Times New Roman"/>
          <w:color w:val="000000" w:themeColor="text1"/>
          <w:sz w:val="28"/>
          <w:szCs w:val="28"/>
        </w:rPr>
        <w:t xml:space="preserve"> để được hỗ trợ thu hồi tận nơi.</w:t>
      </w:r>
    </w:p>
    <w:p w:rsidR="00492C96"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 Thời gian tiếp nhận</w:t>
      </w:r>
      <w:r w:rsidR="00492C96">
        <w:rPr>
          <w:rStyle w:val="FootnoteReference"/>
          <w:rFonts w:cs="Times New Roman"/>
          <w:color w:val="000000" w:themeColor="text1"/>
          <w:sz w:val="28"/>
          <w:szCs w:val="28"/>
        </w:rPr>
        <w:footnoteReference w:id="10"/>
      </w:r>
      <w:r w:rsidRPr="007A6EF7">
        <w:rPr>
          <w:rFonts w:cs="Times New Roman"/>
          <w:color w:val="000000" w:themeColor="text1"/>
          <w:sz w:val="28"/>
          <w:szCs w:val="28"/>
        </w:rPr>
        <w:t xml:space="preserve">: </w:t>
      </w:r>
      <w:r w:rsidR="00492C96">
        <w:rPr>
          <w:rFonts w:cs="Times New Roman"/>
          <w:color w:val="000000" w:themeColor="text1"/>
          <w:sz w:val="28"/>
          <w:szCs w:val="28"/>
        </w:rPr>
        <w:t>……………………………</w:t>
      </w:r>
      <w:r w:rsidR="005D512E">
        <w:rPr>
          <w:rFonts w:cs="Times New Roman"/>
          <w:color w:val="000000" w:themeColor="text1"/>
          <w:sz w:val="28"/>
          <w:szCs w:val="28"/>
        </w:rPr>
        <w:t>…………………………</w:t>
      </w:r>
      <w:r w:rsidR="006C0B07">
        <w:rPr>
          <w:rFonts w:cs="Times New Roman"/>
          <w:color w:val="000000" w:themeColor="text1"/>
          <w:sz w:val="28"/>
          <w:szCs w:val="28"/>
        </w:rPr>
        <w:t>………</w:t>
      </w:r>
    </w:p>
    <w:p w:rsidR="00FE7D2D" w:rsidRPr="007A6EF7" w:rsidRDefault="007A6EF7" w:rsidP="00917655">
      <w:pPr>
        <w:spacing w:before="120" w:after="120" w:line="360" w:lineRule="auto"/>
        <w:rPr>
          <w:rFonts w:cs="Times New Roman"/>
          <w:color w:val="000000" w:themeColor="text1"/>
          <w:sz w:val="28"/>
          <w:szCs w:val="28"/>
        </w:rPr>
      </w:pPr>
      <w:r w:rsidRPr="007A6EF7">
        <w:rPr>
          <w:rFonts w:cs="Times New Roman"/>
          <w:color w:val="000000" w:themeColor="text1"/>
          <w:sz w:val="28"/>
          <w:szCs w:val="28"/>
        </w:rPr>
        <w:t xml:space="preserve">- Hình thức hỗ trợ: </w:t>
      </w:r>
      <w:r w:rsidR="005D512E">
        <w:rPr>
          <w:rStyle w:val="FootnoteReference"/>
          <w:rFonts w:cs="Times New Roman"/>
          <w:color w:val="000000" w:themeColor="text1"/>
          <w:sz w:val="28"/>
          <w:szCs w:val="28"/>
        </w:rPr>
        <w:footnoteReference w:id="11"/>
      </w:r>
      <w:r w:rsidR="005D512E">
        <w:rPr>
          <w:rFonts w:cs="Times New Roman"/>
          <w:color w:val="000000" w:themeColor="text1"/>
          <w:sz w:val="28"/>
          <w:szCs w:val="28"/>
        </w:rPr>
        <w:t>…………………………………………………………</w:t>
      </w:r>
      <w:r w:rsidR="006C0B07">
        <w:rPr>
          <w:rFonts w:cs="Times New Roman"/>
          <w:color w:val="000000" w:themeColor="text1"/>
          <w:sz w:val="28"/>
          <w:szCs w:val="28"/>
        </w:rPr>
        <w:t>………</w:t>
      </w:r>
      <w:r w:rsidRPr="007A6EF7">
        <w:rPr>
          <w:rFonts w:cs="Times New Roman"/>
          <w:color w:val="000000" w:themeColor="text1"/>
          <w:sz w:val="28"/>
          <w:szCs w:val="28"/>
        </w:rPr>
        <w:br/>
        <w:t>Chúng tôi chân thành xin lỗi vì sự bất tiện này và cam kết sẽ cải tiến để phục vụ</w:t>
      </w:r>
      <w:r w:rsidR="00ED3192">
        <w:rPr>
          <w:rFonts w:cs="Times New Roman"/>
          <w:color w:val="000000" w:themeColor="text1"/>
          <w:sz w:val="28"/>
          <w:szCs w:val="28"/>
        </w:rPr>
        <w:t xml:space="preserve"> </w:t>
      </w:r>
      <w:r w:rsidRPr="007A6EF7">
        <w:rPr>
          <w:rFonts w:cs="Times New Roman"/>
          <w:color w:val="000000" w:themeColor="text1"/>
          <w:sz w:val="28"/>
          <w:szCs w:val="28"/>
        </w:rPr>
        <w:t>Quý Khách hàng tốt hơn trong tương lai.</w:t>
      </w:r>
      <w:r w:rsidRPr="007A6EF7">
        <w:rPr>
          <w:rFonts w:cs="Times New Roman"/>
          <w:color w:val="000000" w:themeColor="text1"/>
          <w:sz w:val="28"/>
          <w:szCs w:val="28"/>
        </w:rPr>
        <w:br/>
        <w:t>Trân trọng,</w:t>
      </w:r>
    </w:p>
    <w:p w:rsidR="00FE7D2D" w:rsidRDefault="007A6EF7" w:rsidP="00917655">
      <w:pPr>
        <w:spacing w:before="120" w:after="120" w:line="360" w:lineRule="auto"/>
        <w:ind w:right="1608"/>
        <w:jc w:val="right"/>
        <w:rPr>
          <w:rFonts w:cs="Times New Roman"/>
          <w:b/>
          <w:color w:val="000000" w:themeColor="text1"/>
          <w:sz w:val="28"/>
          <w:szCs w:val="28"/>
        </w:rPr>
      </w:pPr>
      <w:r w:rsidRPr="00BD262A">
        <w:rPr>
          <w:rFonts w:cs="Times New Roman"/>
          <w:b/>
          <w:color w:val="000000" w:themeColor="text1"/>
          <w:sz w:val="28"/>
          <w:szCs w:val="28"/>
        </w:rPr>
        <w:t xml:space="preserve">Đại diện Công ty </w:t>
      </w:r>
      <w:r w:rsidR="005D512E">
        <w:rPr>
          <w:rStyle w:val="FootnoteReference"/>
          <w:rFonts w:cs="Times New Roman"/>
          <w:b/>
          <w:color w:val="000000" w:themeColor="text1"/>
          <w:sz w:val="28"/>
          <w:szCs w:val="28"/>
        </w:rPr>
        <w:footnoteReference w:id="12"/>
      </w:r>
      <w:r w:rsidR="005D512E">
        <w:rPr>
          <w:rFonts w:cs="Times New Roman"/>
          <w:b/>
          <w:color w:val="000000" w:themeColor="text1"/>
          <w:sz w:val="28"/>
          <w:szCs w:val="28"/>
        </w:rPr>
        <w:t>…………..</w:t>
      </w:r>
    </w:p>
    <w:p w:rsidR="00917655" w:rsidRDefault="00917655" w:rsidP="00917655">
      <w:pPr>
        <w:spacing w:before="120" w:after="120" w:line="360" w:lineRule="auto"/>
        <w:ind w:right="1608"/>
        <w:jc w:val="center"/>
        <w:rPr>
          <w:rFonts w:cs="Times New Roman"/>
          <w:b/>
          <w:color w:val="000000" w:themeColor="text1"/>
          <w:sz w:val="28"/>
          <w:szCs w:val="28"/>
        </w:rPr>
      </w:pPr>
      <w:r>
        <w:rPr>
          <w:rFonts w:cs="Times New Roman"/>
          <w:b/>
          <w:color w:val="000000" w:themeColor="text1"/>
          <w:sz w:val="28"/>
          <w:szCs w:val="28"/>
        </w:rPr>
        <w:t xml:space="preserve">                                                           </w:t>
      </w:r>
      <w:r w:rsidRPr="00BD262A">
        <w:rPr>
          <w:rFonts w:cs="Times New Roman"/>
          <w:b/>
          <w:color w:val="000000" w:themeColor="text1"/>
          <w:sz w:val="28"/>
          <w:szCs w:val="28"/>
        </w:rPr>
        <w:t>[Chức vụ]</w:t>
      </w:r>
    </w:p>
    <w:p w:rsidR="00917655" w:rsidRPr="00BD262A" w:rsidRDefault="00917655" w:rsidP="00917655">
      <w:pPr>
        <w:spacing w:before="120" w:after="120" w:line="360" w:lineRule="auto"/>
        <w:ind w:right="1608"/>
        <w:jc w:val="right"/>
        <w:rPr>
          <w:rFonts w:cs="Times New Roman"/>
          <w:b/>
          <w:color w:val="000000" w:themeColor="text1"/>
          <w:sz w:val="28"/>
          <w:szCs w:val="28"/>
        </w:rPr>
      </w:pPr>
    </w:p>
    <w:p w:rsidR="00FE7D2D" w:rsidRPr="00BD262A" w:rsidRDefault="00917655" w:rsidP="00917655">
      <w:pPr>
        <w:spacing w:before="120" w:after="120" w:line="360" w:lineRule="auto"/>
        <w:ind w:right="1608"/>
        <w:jc w:val="center"/>
        <w:rPr>
          <w:rFonts w:cs="Times New Roman"/>
          <w:b/>
          <w:color w:val="000000" w:themeColor="text1"/>
          <w:sz w:val="28"/>
          <w:szCs w:val="28"/>
        </w:rPr>
      </w:pPr>
      <w:r>
        <w:rPr>
          <w:rFonts w:cs="Times New Roman"/>
          <w:b/>
          <w:color w:val="000000" w:themeColor="text1"/>
          <w:sz w:val="28"/>
          <w:szCs w:val="28"/>
        </w:rPr>
        <w:t xml:space="preserve">                                                          </w:t>
      </w:r>
      <w:r w:rsidR="007A6EF7" w:rsidRPr="00BD262A">
        <w:rPr>
          <w:rFonts w:cs="Times New Roman"/>
          <w:b/>
          <w:color w:val="000000" w:themeColor="text1"/>
          <w:sz w:val="28"/>
          <w:szCs w:val="28"/>
        </w:rPr>
        <w:t>[Họ tên người ký]</w:t>
      </w:r>
    </w:p>
    <w:p w:rsidR="00FE7D2D" w:rsidRPr="00BD262A" w:rsidRDefault="00917655" w:rsidP="00917655">
      <w:pPr>
        <w:spacing w:before="120" w:after="120" w:line="360" w:lineRule="auto"/>
        <w:ind w:right="1608"/>
        <w:jc w:val="center"/>
        <w:rPr>
          <w:rFonts w:cs="Times New Roman"/>
          <w:b/>
          <w:color w:val="000000" w:themeColor="text1"/>
          <w:sz w:val="28"/>
          <w:szCs w:val="28"/>
        </w:rPr>
      </w:pPr>
      <w:r>
        <w:rPr>
          <w:rFonts w:cs="Times New Roman"/>
          <w:b/>
          <w:color w:val="000000" w:themeColor="text1"/>
          <w:sz w:val="28"/>
          <w:szCs w:val="28"/>
        </w:rPr>
        <w:t xml:space="preserve">                                                       </w:t>
      </w:r>
    </w:p>
    <w:p w:rsidR="00FE7D2D" w:rsidRPr="007A6EF7" w:rsidRDefault="00FE7D2D" w:rsidP="00917655">
      <w:pPr>
        <w:spacing w:before="120" w:after="120" w:line="360" w:lineRule="auto"/>
        <w:rPr>
          <w:rFonts w:cs="Times New Roman"/>
          <w:color w:val="000000" w:themeColor="text1"/>
          <w:sz w:val="28"/>
          <w:szCs w:val="28"/>
        </w:rPr>
      </w:pPr>
    </w:p>
    <w:sectPr w:rsidR="00FE7D2D" w:rsidRPr="007A6EF7" w:rsidSect="003039E5">
      <w:pgSz w:w="12240" w:h="15840"/>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7426" w:rsidRDefault="00477426" w:rsidP="00A476C4">
      <w:pPr>
        <w:spacing w:after="0" w:line="240" w:lineRule="auto"/>
      </w:pPr>
      <w:r>
        <w:separator/>
      </w:r>
    </w:p>
  </w:endnote>
  <w:endnote w:type="continuationSeparator" w:id="0">
    <w:p w:rsidR="00477426" w:rsidRDefault="00477426" w:rsidP="00A476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7426" w:rsidRDefault="00477426" w:rsidP="00A476C4">
      <w:pPr>
        <w:spacing w:after="0" w:line="240" w:lineRule="auto"/>
      </w:pPr>
      <w:r>
        <w:separator/>
      </w:r>
    </w:p>
  </w:footnote>
  <w:footnote w:type="continuationSeparator" w:id="0">
    <w:p w:rsidR="00477426" w:rsidRDefault="00477426" w:rsidP="00A476C4">
      <w:pPr>
        <w:spacing w:after="0" w:line="240" w:lineRule="auto"/>
      </w:pPr>
      <w:r>
        <w:continuationSeparator/>
      </w:r>
    </w:p>
  </w:footnote>
  <w:footnote w:id="1">
    <w:p w:rsidR="00A476C4" w:rsidRDefault="00A476C4">
      <w:pPr>
        <w:pStyle w:val="FootnoteText"/>
      </w:pPr>
      <w:r>
        <w:rPr>
          <w:rStyle w:val="FootnoteReference"/>
        </w:rPr>
        <w:footnoteRef/>
      </w:r>
      <w:r>
        <w:t xml:space="preserve"> </w:t>
      </w:r>
      <w:r w:rsidRPr="00A476C4">
        <w:t>Ghi tên đầy đủ của Công ty trong giấy chứng nhận đăng ký doanh nghiệp.</w:t>
      </w:r>
    </w:p>
  </w:footnote>
  <w:footnote w:id="2">
    <w:p w:rsidR="003039E5" w:rsidRDefault="003039E5">
      <w:pPr>
        <w:pStyle w:val="FootnoteText"/>
      </w:pPr>
      <w:r>
        <w:rPr>
          <w:rStyle w:val="FootnoteReference"/>
        </w:rPr>
        <w:footnoteRef/>
      </w:r>
      <w:r>
        <w:t xml:space="preserve"> Ghi địa danh nơi Công ty có trụ sở</w:t>
      </w:r>
      <w:r w:rsidR="007A06B6">
        <w:t xml:space="preserve"> chính. </w:t>
      </w:r>
    </w:p>
  </w:footnote>
  <w:footnote w:id="3">
    <w:p w:rsidR="00210F4C" w:rsidRDefault="00210F4C">
      <w:pPr>
        <w:pStyle w:val="FootnoteText"/>
      </w:pPr>
      <w:r>
        <w:rPr>
          <w:rStyle w:val="FootnoteReference"/>
        </w:rPr>
        <w:footnoteRef/>
      </w:r>
      <w:r>
        <w:t xml:space="preserve"> </w:t>
      </w:r>
      <w:r w:rsidRPr="00A476C4">
        <w:t>Ghi tên đầy đủ của Công ty trong giấy chứng nhận đăng ký doanh nghiệp.</w:t>
      </w:r>
    </w:p>
  </w:footnote>
  <w:footnote w:id="4">
    <w:p w:rsidR="00210F4C" w:rsidRDefault="00210F4C">
      <w:pPr>
        <w:pStyle w:val="FootnoteText"/>
      </w:pPr>
      <w:r>
        <w:rPr>
          <w:rStyle w:val="FootnoteReference"/>
        </w:rPr>
        <w:footnoteRef/>
      </w:r>
      <w:r>
        <w:t xml:space="preserve"> Điền rõ tên sản phẩm bị lỗi/không bảo đảm chất lượ</w:t>
      </w:r>
      <w:r w:rsidR="00492C96">
        <w:t>ng</w:t>
      </w:r>
      <w:r w:rsidR="007A06B6">
        <w:t>.</w:t>
      </w:r>
    </w:p>
  </w:footnote>
  <w:footnote w:id="5">
    <w:p w:rsidR="00210F4C" w:rsidRDefault="00210F4C">
      <w:pPr>
        <w:pStyle w:val="FootnoteText"/>
      </w:pPr>
      <w:r>
        <w:rPr>
          <w:rStyle w:val="FootnoteReference"/>
        </w:rPr>
        <w:footnoteRef/>
      </w:r>
      <w:r>
        <w:t xml:space="preserve"> Điền rõ mã sản phẩm/lô hàng bị lỗi</w:t>
      </w:r>
      <w:r w:rsidR="007A06B6">
        <w:t>/không bảo đảm chất lượng.</w:t>
      </w:r>
    </w:p>
  </w:footnote>
  <w:footnote w:id="6">
    <w:p w:rsidR="00210F4C" w:rsidRDefault="00210F4C">
      <w:pPr>
        <w:pStyle w:val="FootnoteText"/>
      </w:pPr>
      <w:r>
        <w:rPr>
          <w:rStyle w:val="FootnoteReference"/>
        </w:rPr>
        <w:footnoteRef/>
      </w:r>
      <w:r>
        <w:t xml:space="preserve"> Điền rõ ngày sản xuất sản phẩm</w:t>
      </w:r>
      <w:r w:rsidR="00492C96" w:rsidRPr="00492C96">
        <w:t xml:space="preserve"> </w:t>
      </w:r>
      <w:r w:rsidR="00492C96">
        <w:t>bị lỗi/không bảo đảm chất lượng</w:t>
      </w:r>
    </w:p>
  </w:footnote>
  <w:footnote w:id="7">
    <w:p w:rsidR="00492C96" w:rsidRDefault="00492C96">
      <w:pPr>
        <w:pStyle w:val="FootnoteText"/>
      </w:pPr>
      <w:r>
        <w:rPr>
          <w:rStyle w:val="FootnoteReference"/>
        </w:rPr>
        <w:footnoteRef/>
      </w:r>
      <w:r>
        <w:t xml:space="preserve"> </w:t>
      </w:r>
      <w:r>
        <w:t xml:space="preserve">Điền rõ ngày </w:t>
      </w:r>
      <w:r>
        <w:t>bắt đầu phân phối ra thị trường</w:t>
      </w:r>
      <w:r>
        <w:t xml:space="preserve"> sản phẩm</w:t>
      </w:r>
      <w:r w:rsidRPr="00492C96">
        <w:t xml:space="preserve"> </w:t>
      </w:r>
      <w:r>
        <w:t>bị lỗi/không bảo đảm chất lượng</w:t>
      </w:r>
    </w:p>
  </w:footnote>
  <w:footnote w:id="8">
    <w:p w:rsidR="00492C96" w:rsidRDefault="00492C96">
      <w:pPr>
        <w:pStyle w:val="FootnoteText"/>
      </w:pPr>
      <w:r>
        <w:rPr>
          <w:rStyle w:val="FootnoteReference"/>
        </w:rPr>
        <w:footnoteRef/>
      </w:r>
      <w:r>
        <w:t xml:space="preserve"> </w:t>
      </w:r>
      <w:r w:rsidR="00DB2506">
        <w:t>Ghi rõ</w:t>
      </w:r>
      <w:r>
        <w:t xml:space="preserve"> địa điểm mà khách hàng đem hàng tới trả, có thể là trụ sở của công ty, kho hàng,…</w:t>
      </w:r>
    </w:p>
  </w:footnote>
  <w:footnote w:id="9">
    <w:p w:rsidR="00492C96" w:rsidRDefault="00492C96">
      <w:pPr>
        <w:pStyle w:val="FootnoteText"/>
      </w:pPr>
      <w:r>
        <w:rPr>
          <w:rStyle w:val="FootnoteReference"/>
        </w:rPr>
        <w:footnoteRef/>
      </w:r>
      <w:r>
        <w:t xml:space="preserve"> </w:t>
      </w:r>
      <w:r w:rsidR="00DB2506">
        <w:t>Ghi rõ</w:t>
      </w:r>
      <w:r>
        <w:t xml:space="preserve"> số điện thoại tiếp nhận thông tin phản ánh của khách hàng</w:t>
      </w:r>
      <w:r w:rsidR="00DB2506">
        <w:t>.</w:t>
      </w:r>
    </w:p>
  </w:footnote>
  <w:footnote w:id="10">
    <w:p w:rsidR="00492C96" w:rsidRDefault="00492C96">
      <w:pPr>
        <w:pStyle w:val="FootnoteText"/>
      </w:pPr>
      <w:r>
        <w:rPr>
          <w:rStyle w:val="FootnoteReference"/>
        </w:rPr>
        <w:footnoteRef/>
      </w:r>
      <w:r>
        <w:t xml:space="preserve"> </w:t>
      </w:r>
      <w:r w:rsidR="00DB2506">
        <w:t xml:space="preserve">Ghi rõ </w:t>
      </w:r>
      <w:r>
        <w:t xml:space="preserve">thời gian bắt đầu đến khi kết thúc </w:t>
      </w:r>
      <w:r w:rsidR="005D512E">
        <w:t>việc thu hồi s</w:t>
      </w:r>
      <w:r w:rsidR="005D512E">
        <w:t>ản phẩm</w:t>
      </w:r>
      <w:r w:rsidR="005D512E" w:rsidRPr="00492C96">
        <w:t xml:space="preserve"> </w:t>
      </w:r>
      <w:r w:rsidR="005D512E">
        <w:t>bị lỗi/không bảo đảm chất lượng</w:t>
      </w:r>
      <w:r w:rsidR="00DB2506">
        <w:t>.</w:t>
      </w:r>
    </w:p>
  </w:footnote>
  <w:footnote w:id="11">
    <w:p w:rsidR="005D512E" w:rsidRDefault="005D512E">
      <w:pPr>
        <w:pStyle w:val="FootnoteText"/>
      </w:pPr>
      <w:r>
        <w:rPr>
          <w:rStyle w:val="FootnoteReference"/>
        </w:rPr>
        <w:footnoteRef/>
      </w:r>
      <w:r>
        <w:t xml:space="preserve"> Ghi rõ hình thức hỗ trợ sau khi thu hồi sản phẩm bị lỗi/không bảo đảm chất lượng, như đổi sản phẩm mới/hoàn tiền lại/tặng voucher khuyến mãi lần sau,…</w:t>
      </w:r>
    </w:p>
  </w:footnote>
  <w:footnote w:id="12">
    <w:p w:rsidR="005D512E" w:rsidRDefault="005D512E" w:rsidP="005D512E">
      <w:pPr>
        <w:pStyle w:val="FootnoteText"/>
      </w:pPr>
      <w:r>
        <w:rPr>
          <w:rStyle w:val="FootnoteReference"/>
        </w:rPr>
        <w:footnoteRef/>
      </w:r>
      <w:r>
        <w:t xml:space="preserve"> </w:t>
      </w:r>
      <w:r w:rsidRPr="00A476C4">
        <w:t>Ghi tên đầy đủ của Công ty trong giấy chứng nhận đăng ký doanh nghiệp.</w:t>
      </w:r>
    </w:p>
    <w:p w:rsidR="005D512E" w:rsidRDefault="005D512E">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10F4C"/>
    <w:rsid w:val="0029639D"/>
    <w:rsid w:val="003039E5"/>
    <w:rsid w:val="00326F90"/>
    <w:rsid w:val="00477426"/>
    <w:rsid w:val="00492C96"/>
    <w:rsid w:val="005D512E"/>
    <w:rsid w:val="006C0B07"/>
    <w:rsid w:val="007A06B6"/>
    <w:rsid w:val="007A6EF7"/>
    <w:rsid w:val="00917655"/>
    <w:rsid w:val="00A476C4"/>
    <w:rsid w:val="00AA1D8D"/>
    <w:rsid w:val="00B47730"/>
    <w:rsid w:val="00BD262A"/>
    <w:rsid w:val="00CB0664"/>
    <w:rsid w:val="00DB2506"/>
    <w:rsid w:val="00ED3192"/>
    <w:rsid w:val="00FC693F"/>
    <w:rsid w:val="00FE7D2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B5D743A0-150E-442B-9299-215C0641C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Times New Roman" w:hAnsi="Times New Roman"/>
      <w:sz w:val="24"/>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semiHidden/>
    <w:unhideWhenUsed/>
    <w:rsid w:val="007A6EF7"/>
    <w:pPr>
      <w:spacing w:before="100" w:beforeAutospacing="1" w:after="100" w:afterAutospacing="1" w:line="240" w:lineRule="auto"/>
    </w:pPr>
    <w:rPr>
      <w:rFonts w:eastAsia="Times New Roman" w:cs="Times New Roman"/>
      <w:szCs w:val="24"/>
    </w:rPr>
  </w:style>
  <w:style w:type="paragraph" w:styleId="FootnoteText">
    <w:name w:val="footnote text"/>
    <w:basedOn w:val="Normal"/>
    <w:link w:val="FootnoteTextChar"/>
    <w:uiPriority w:val="99"/>
    <w:semiHidden/>
    <w:unhideWhenUsed/>
    <w:rsid w:val="00A476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76C4"/>
    <w:rPr>
      <w:rFonts w:ascii="Times New Roman" w:hAnsi="Times New Roman"/>
      <w:sz w:val="20"/>
      <w:szCs w:val="20"/>
    </w:rPr>
  </w:style>
  <w:style w:type="character" w:styleId="FootnoteReference">
    <w:name w:val="footnote reference"/>
    <w:basedOn w:val="DefaultParagraphFont"/>
    <w:uiPriority w:val="99"/>
    <w:semiHidden/>
    <w:unhideWhenUsed/>
    <w:rsid w:val="00A476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5427893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804B7F-C6E8-442A-A147-204D635855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220</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1478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PC</cp:lastModifiedBy>
  <cp:revision>4</cp:revision>
  <dcterms:created xsi:type="dcterms:W3CDTF">2025-06-05T08:19:00Z</dcterms:created>
  <dcterms:modified xsi:type="dcterms:W3CDTF">2025-06-06T10:27:00Z</dcterms:modified>
  <cp:category/>
</cp:coreProperties>
</file>