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761" w:rsidRPr="00704D00" w:rsidRDefault="00DF30BD" w:rsidP="00A3593F">
      <w:pPr>
        <w:pStyle w:val="Heading2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04D0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CỘNG HÒA XÃ HỘI CHỦ NGHĨA VIỆT NAM</w:t>
      </w:r>
      <w:r w:rsidRPr="00704D0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704D0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Độc lập – Tự do – Hạnh phúc</w:t>
      </w:r>
    </w:p>
    <w:p w:rsidR="00704D00" w:rsidRPr="00704D00" w:rsidRDefault="006E6B79" w:rsidP="00704D00">
      <w:pPr>
        <w:pStyle w:val="NormalWeb"/>
        <w:jc w:val="right"/>
        <w:rPr>
          <w:i/>
          <w:sz w:val="28"/>
          <w:szCs w:val="28"/>
        </w:rPr>
      </w:pPr>
      <w:r w:rsidRPr="00704D00">
        <w:rPr>
          <w:i/>
          <w:sz w:val="28"/>
          <w:szCs w:val="28"/>
        </w:rPr>
        <w:t>…………, ngày …… tháng …… năm 20……</w:t>
      </w:r>
    </w:p>
    <w:p w:rsidR="00704D00" w:rsidRPr="00704D00" w:rsidRDefault="00704D00" w:rsidP="00704D00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04D0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GIẤY ỦY QUYỀN</w:t>
      </w:r>
    </w:p>
    <w:p w:rsidR="00704D00" w:rsidRPr="00704D00" w:rsidRDefault="00704D00" w:rsidP="00704D00">
      <w:pPr>
        <w:pStyle w:val="NormalWeb"/>
        <w:jc w:val="center"/>
        <w:rPr>
          <w:sz w:val="28"/>
          <w:szCs w:val="28"/>
        </w:rPr>
      </w:pPr>
      <w:r w:rsidRPr="00704D00">
        <w:rPr>
          <w:rStyle w:val="Emphasis"/>
          <w:sz w:val="28"/>
          <w:szCs w:val="28"/>
        </w:rPr>
        <w:t xml:space="preserve">(V/v: Nộp hồ sơ chấm dứt hoạt động </w:t>
      </w:r>
      <w:r w:rsidR="00885695">
        <w:rPr>
          <w:rStyle w:val="Emphasis"/>
          <w:sz w:val="28"/>
          <w:szCs w:val="28"/>
        </w:rPr>
        <w:t>văn phòng đại diện</w:t>
      </w:r>
      <w:r w:rsidRPr="00704D00">
        <w:rPr>
          <w:rStyle w:val="Emphasis"/>
          <w:sz w:val="28"/>
          <w:szCs w:val="28"/>
        </w:rPr>
        <w:t>)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t>BÊN ỦY QUYỀN: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Tên doanh nghiệp: ……………………………………………………………………………………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Mã số doanh nghiệp: …………………………………………………………………………………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Trụ sở chính: ……………………………………………………………………………………………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Đại diện theo pháp luật: Ông/Bà 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Chức danh: ……………………………………………………………………………………………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Số CMND/CCCD/Hộ chiếu: …………………… cấp ngày ……/……/…… tại …………………</w:t>
      </w:r>
    </w:p>
    <w:p w:rsidR="00704D00" w:rsidRPr="00704D00" w:rsidRDefault="00704D00" w:rsidP="00704D0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04D00">
        <w:rPr>
          <w:sz w:val="28"/>
          <w:szCs w:val="28"/>
        </w:rPr>
        <w:t>Điện thoại:</w:t>
      </w:r>
      <w:r>
        <w:rPr>
          <w:sz w:val="28"/>
          <w:szCs w:val="28"/>
        </w:rPr>
        <w:t xml:space="preserve"> ……………………………………… Email: ……………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t>BÊN ĐƯỢC ỦY QUYỀN: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Họ và tên: 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Ngày sinh: ……/……/…………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Số CMND/CCCD/Hộ chiếu: …………………… cấp ngày ……/……/…… tại …………………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Địa chỉ liên hệ: …………………………………………………………………………</w:t>
      </w:r>
    </w:p>
    <w:p w:rsidR="00704D00" w:rsidRPr="00704D00" w:rsidRDefault="00704D00" w:rsidP="00704D00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704D00">
        <w:rPr>
          <w:sz w:val="28"/>
          <w:szCs w:val="28"/>
        </w:rPr>
        <w:t>Số điện thoại:</w:t>
      </w:r>
      <w:r>
        <w:rPr>
          <w:sz w:val="28"/>
          <w:szCs w:val="28"/>
        </w:rPr>
        <w:t xml:space="preserve"> ……………………………………… Email: …………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lastRenderedPageBreak/>
        <w:t>NỘI DUNG ỦY QUYỀN:</w:t>
      </w:r>
      <w:r w:rsidRPr="00704D00">
        <w:rPr>
          <w:sz w:val="28"/>
          <w:szCs w:val="28"/>
        </w:rPr>
        <w:br/>
        <w:t>Bên ủy quyền đồng ý ủy quyền cho Bên được ủy quyền thay mặt thực hiện các công việc sau:</w:t>
      </w:r>
    </w:p>
    <w:p w:rsidR="00704D00" w:rsidRPr="00704D00" w:rsidRDefault="00704D00" w:rsidP="00704D00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704D00">
        <w:rPr>
          <w:sz w:val="28"/>
          <w:szCs w:val="28"/>
        </w:rPr>
        <w:t xml:space="preserve">Nộp hồ sơ chấm dứt hoạt động </w:t>
      </w:r>
      <w:r w:rsidR="00885695">
        <w:rPr>
          <w:sz w:val="28"/>
          <w:szCs w:val="28"/>
        </w:rPr>
        <w:t>văn phòng đại diện</w:t>
      </w:r>
      <w:r w:rsidRPr="00704D00">
        <w:rPr>
          <w:sz w:val="28"/>
          <w:szCs w:val="28"/>
        </w:rPr>
        <w:t xml:space="preserve"> của Công ty tại Cơ quan đăng ký kinh doanh có thẩm quyền;</w:t>
      </w:r>
    </w:p>
    <w:p w:rsidR="00704D00" w:rsidRPr="00704D00" w:rsidRDefault="00704D00" w:rsidP="00704D00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704D00">
        <w:rPr>
          <w:sz w:val="28"/>
          <w:szCs w:val="28"/>
        </w:rPr>
        <w:t>Ký tên trên các giấy tờ liên quan đến việc nộp hồ sơ và nhận kết quả giải quyết hồ sơ (nếu có).</w:t>
      </w:r>
    </w:p>
    <w:p w:rsidR="00704D00" w:rsidRPr="00704D00" w:rsidRDefault="00704D00" w:rsidP="00704D00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t>THỜI HẠN ỦY QUYỀN:</w:t>
      </w:r>
      <w:r w:rsidRPr="00704D00">
        <w:rPr>
          <w:sz w:val="28"/>
          <w:szCs w:val="28"/>
        </w:rPr>
        <w:br/>
        <w:t>Kể từ ngày ……/……/…… đến</w:t>
      </w:r>
      <w:bookmarkStart w:id="0" w:name="_GoBack"/>
      <w:bookmarkEnd w:id="0"/>
      <w:r w:rsidRPr="00704D00">
        <w:rPr>
          <w:sz w:val="28"/>
          <w:szCs w:val="28"/>
        </w:rPr>
        <w:t xml:space="preserve"> khi hoàn tất thủ tục chấm dứt hoạt động </w:t>
      </w:r>
      <w:r w:rsidR="00885695">
        <w:rPr>
          <w:sz w:val="28"/>
          <w:szCs w:val="28"/>
        </w:rPr>
        <w:t xml:space="preserve">văn phòng đại diện. </w:t>
      </w:r>
    </w:p>
    <w:p w:rsidR="005E5EF4" w:rsidRPr="00704D00" w:rsidRDefault="00704D00" w:rsidP="005E5EF4">
      <w:pPr>
        <w:pStyle w:val="NormalWeb"/>
        <w:rPr>
          <w:sz w:val="28"/>
          <w:szCs w:val="28"/>
        </w:rPr>
      </w:pPr>
      <w:r w:rsidRPr="00704D00">
        <w:rPr>
          <w:rStyle w:val="Strong"/>
          <w:sz w:val="28"/>
          <w:szCs w:val="28"/>
        </w:rPr>
        <w:t>CAM KẾT:</w:t>
      </w:r>
      <w:r w:rsidRPr="00704D00">
        <w:rPr>
          <w:sz w:val="28"/>
          <w:szCs w:val="28"/>
        </w:rPr>
        <w:br/>
        <w:t>Hai bên cam kết thông tin nêu trên là đúng sự thật và hoàn toàn chịu trách nhiệm trước pháp luật về việc ủy quyền này. </w:t>
      </w:r>
      <w:r w:rsidRPr="00704D00">
        <w:rPr>
          <w:sz w:val="28"/>
          <w:szCs w:val="28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5E5EF4" w:rsidTr="005E5EF4">
        <w:tc>
          <w:tcPr>
            <w:tcW w:w="4315" w:type="dxa"/>
          </w:tcPr>
          <w:p w:rsidR="005E5EF4" w:rsidRPr="00704D00" w:rsidRDefault="005E5EF4" w:rsidP="005E5EF4">
            <w:pPr>
              <w:pStyle w:val="NormalWeb"/>
              <w:rPr>
                <w:sz w:val="28"/>
                <w:szCs w:val="28"/>
              </w:rPr>
            </w:pPr>
            <w:r w:rsidRPr="00704D00">
              <w:rPr>
                <w:rStyle w:val="Strong"/>
                <w:sz w:val="28"/>
                <w:szCs w:val="28"/>
              </w:rPr>
              <w:t>BÊN ỦY QUYỀN</w:t>
            </w:r>
            <w:r w:rsidRPr="00704D00">
              <w:rPr>
                <w:sz w:val="28"/>
                <w:szCs w:val="28"/>
              </w:rPr>
              <w:br/>
              <w:t>(Ký, ghi rõ họ tên, chức danh và đóng dấu nếu là tổ chức)</w:t>
            </w:r>
            <w:r w:rsidRPr="00704D00">
              <w:rPr>
                <w:sz w:val="28"/>
                <w:szCs w:val="28"/>
              </w:rPr>
              <w:br/>
              <w:t> </w:t>
            </w:r>
            <w:r w:rsidRPr="00704D00">
              <w:rPr>
                <w:sz w:val="28"/>
                <w:szCs w:val="28"/>
              </w:rPr>
              <w:br/>
            </w:r>
          </w:p>
          <w:p w:rsidR="005E5EF4" w:rsidRDefault="005E5EF4" w:rsidP="005E5EF4">
            <w:pPr>
              <w:pStyle w:val="NormalWeb"/>
              <w:jc w:val="center"/>
              <w:rPr>
                <w:sz w:val="28"/>
                <w:szCs w:val="28"/>
              </w:rPr>
            </w:pPr>
          </w:p>
        </w:tc>
        <w:tc>
          <w:tcPr>
            <w:tcW w:w="4315" w:type="dxa"/>
          </w:tcPr>
          <w:p w:rsidR="005E5EF4" w:rsidRPr="00704D00" w:rsidRDefault="005E5EF4" w:rsidP="005E5EF4">
            <w:pPr>
              <w:pStyle w:val="NormalWeb"/>
              <w:jc w:val="right"/>
              <w:rPr>
                <w:sz w:val="28"/>
                <w:szCs w:val="28"/>
              </w:rPr>
            </w:pPr>
            <w:r w:rsidRPr="00704D00">
              <w:rPr>
                <w:rStyle w:val="Strong"/>
                <w:sz w:val="28"/>
                <w:szCs w:val="28"/>
              </w:rPr>
              <w:t>BÊN ĐƯỢC ỦY QUYỀN</w:t>
            </w:r>
            <w:r w:rsidRPr="00704D00">
              <w:rPr>
                <w:sz w:val="28"/>
                <w:szCs w:val="28"/>
              </w:rPr>
              <w:br/>
              <w:t>(Ký và ghi rõ họ tên)</w:t>
            </w:r>
            <w:r w:rsidRPr="00704D00">
              <w:rPr>
                <w:sz w:val="28"/>
                <w:szCs w:val="28"/>
              </w:rPr>
              <w:br/>
              <w:t> </w:t>
            </w:r>
            <w:r w:rsidRPr="00704D00">
              <w:rPr>
                <w:sz w:val="28"/>
                <w:szCs w:val="28"/>
              </w:rPr>
              <w:br/>
            </w:r>
          </w:p>
          <w:p w:rsidR="005E5EF4" w:rsidRDefault="005E5EF4" w:rsidP="005E5EF4">
            <w:pPr>
              <w:pStyle w:val="NormalWeb"/>
              <w:jc w:val="center"/>
              <w:rPr>
                <w:sz w:val="28"/>
                <w:szCs w:val="28"/>
              </w:rPr>
            </w:pPr>
          </w:p>
        </w:tc>
      </w:tr>
    </w:tbl>
    <w:p w:rsidR="00943185" w:rsidRPr="00704D00" w:rsidRDefault="00943185" w:rsidP="005E5EF4">
      <w:pPr>
        <w:pStyle w:val="NormalWeb"/>
        <w:jc w:val="right"/>
        <w:rPr>
          <w:sz w:val="28"/>
          <w:szCs w:val="28"/>
        </w:rPr>
      </w:pPr>
    </w:p>
    <w:sectPr w:rsidR="00943185" w:rsidRPr="00704D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FA23F8B"/>
    <w:multiLevelType w:val="multilevel"/>
    <w:tmpl w:val="D154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8A6C08"/>
    <w:multiLevelType w:val="multilevel"/>
    <w:tmpl w:val="931C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24262A"/>
    <w:multiLevelType w:val="multilevel"/>
    <w:tmpl w:val="B0AA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3761"/>
    <w:rsid w:val="00137BF9"/>
    <w:rsid w:val="0015074B"/>
    <w:rsid w:val="001C5F0C"/>
    <w:rsid w:val="002177D9"/>
    <w:rsid w:val="0028293B"/>
    <w:rsid w:val="0029639D"/>
    <w:rsid w:val="002D0C84"/>
    <w:rsid w:val="00326F90"/>
    <w:rsid w:val="00403DCF"/>
    <w:rsid w:val="00455A03"/>
    <w:rsid w:val="00457C16"/>
    <w:rsid w:val="004D71BC"/>
    <w:rsid w:val="00544251"/>
    <w:rsid w:val="005E2F6B"/>
    <w:rsid w:val="005E5EF4"/>
    <w:rsid w:val="006C7525"/>
    <w:rsid w:val="006E6B79"/>
    <w:rsid w:val="00704D00"/>
    <w:rsid w:val="00717B1C"/>
    <w:rsid w:val="007735D0"/>
    <w:rsid w:val="007D2C48"/>
    <w:rsid w:val="00885695"/>
    <w:rsid w:val="008E6E33"/>
    <w:rsid w:val="00901B5B"/>
    <w:rsid w:val="00943185"/>
    <w:rsid w:val="009D0439"/>
    <w:rsid w:val="009F6524"/>
    <w:rsid w:val="00A3593F"/>
    <w:rsid w:val="00A80BD2"/>
    <w:rsid w:val="00AA1D8D"/>
    <w:rsid w:val="00AF5A4F"/>
    <w:rsid w:val="00B409D0"/>
    <w:rsid w:val="00B47730"/>
    <w:rsid w:val="00CB0664"/>
    <w:rsid w:val="00CD188B"/>
    <w:rsid w:val="00D96931"/>
    <w:rsid w:val="00DF30BD"/>
    <w:rsid w:val="00EF0F1E"/>
    <w:rsid w:val="00FB4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05B89D-9E78-460C-BA20-EE2643322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4</cp:revision>
  <dcterms:created xsi:type="dcterms:W3CDTF">2025-07-14T08:03:00Z</dcterms:created>
  <dcterms:modified xsi:type="dcterms:W3CDTF">2025-07-28T01:39:00Z</dcterms:modified>
  <cp:category/>
</cp:coreProperties>
</file>