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3FB" w:rsidRPr="000B4069" w:rsidRDefault="000B4069">
      <w:pPr>
        <w:jc w:val="center"/>
        <w:rPr>
          <w:rFonts w:ascii="Times New Roman" w:hAnsi="Times New Roman" w:cs="Times New Roman"/>
          <w:sz w:val="28"/>
          <w:szCs w:val="28"/>
        </w:rPr>
      </w:pPr>
      <w:r w:rsidRPr="000B4069">
        <w:rPr>
          <w:rFonts w:ascii="Times New Roman" w:hAnsi="Times New Roman" w:cs="Times New Roman"/>
          <w:b/>
          <w:sz w:val="28"/>
          <w:szCs w:val="28"/>
        </w:rPr>
        <w:t>C</w:t>
      </w:r>
      <w:r w:rsidRPr="000B4069">
        <w:rPr>
          <w:rFonts w:ascii="Times New Roman" w:hAnsi="Times New Roman" w:cs="Times New Roman"/>
          <w:b/>
          <w:sz w:val="28"/>
          <w:szCs w:val="28"/>
        </w:rPr>
        <w:t>Ộ</w:t>
      </w:r>
      <w:r w:rsidRPr="000B4069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0B4069">
        <w:rPr>
          <w:rFonts w:ascii="Times New Roman" w:hAnsi="Times New Roman" w:cs="Times New Roman"/>
          <w:b/>
          <w:sz w:val="28"/>
          <w:szCs w:val="28"/>
        </w:rPr>
        <w:t>Ộ</w:t>
      </w:r>
      <w:r w:rsidRPr="000B4069">
        <w:rPr>
          <w:rFonts w:ascii="Times New Roman" w:hAnsi="Times New Roman" w:cs="Times New Roman"/>
          <w:b/>
          <w:sz w:val="28"/>
          <w:szCs w:val="28"/>
        </w:rPr>
        <w:t>I CH</w:t>
      </w:r>
      <w:r w:rsidRPr="000B4069">
        <w:rPr>
          <w:rFonts w:ascii="Times New Roman" w:hAnsi="Times New Roman" w:cs="Times New Roman"/>
          <w:b/>
          <w:sz w:val="28"/>
          <w:szCs w:val="28"/>
        </w:rPr>
        <w:t>Ủ</w:t>
      </w:r>
      <w:r w:rsidRPr="000B4069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0B4069">
        <w:rPr>
          <w:rFonts w:ascii="Times New Roman" w:hAnsi="Times New Roman" w:cs="Times New Roman"/>
          <w:b/>
          <w:sz w:val="28"/>
          <w:szCs w:val="28"/>
        </w:rPr>
        <w:t>Ệ</w:t>
      </w:r>
      <w:r w:rsidRPr="000B4069">
        <w:rPr>
          <w:rFonts w:ascii="Times New Roman" w:hAnsi="Times New Roman" w:cs="Times New Roman"/>
          <w:b/>
          <w:sz w:val="28"/>
          <w:szCs w:val="28"/>
        </w:rPr>
        <w:t>T NAM</w:t>
      </w:r>
    </w:p>
    <w:p w:rsidR="00E123FB" w:rsidRPr="000B4069" w:rsidRDefault="000B4069" w:rsidP="000B4069">
      <w:pPr>
        <w:jc w:val="center"/>
        <w:rPr>
          <w:rFonts w:ascii="Times New Roman" w:hAnsi="Times New Roman" w:cs="Times New Roman"/>
          <w:sz w:val="28"/>
          <w:szCs w:val="28"/>
        </w:rPr>
      </w:pPr>
      <w:r w:rsidRPr="000B4069">
        <w:rPr>
          <w:rFonts w:ascii="Times New Roman" w:hAnsi="Times New Roman" w:cs="Times New Roman"/>
          <w:b/>
          <w:sz w:val="28"/>
          <w:szCs w:val="28"/>
        </w:rPr>
        <w:t>Đ</w:t>
      </w:r>
      <w:r w:rsidRPr="000B4069">
        <w:rPr>
          <w:rFonts w:ascii="Times New Roman" w:hAnsi="Times New Roman" w:cs="Times New Roman"/>
          <w:b/>
          <w:sz w:val="28"/>
          <w:szCs w:val="28"/>
        </w:rPr>
        <w:t>ộ</w:t>
      </w:r>
      <w:r w:rsidRPr="000B4069">
        <w:rPr>
          <w:rFonts w:ascii="Times New Roman" w:hAnsi="Times New Roman" w:cs="Times New Roman"/>
          <w:b/>
          <w:sz w:val="28"/>
          <w:szCs w:val="28"/>
        </w:rPr>
        <w:t>c l</w:t>
      </w:r>
      <w:r w:rsidRPr="000B4069">
        <w:rPr>
          <w:rFonts w:ascii="Times New Roman" w:hAnsi="Times New Roman" w:cs="Times New Roman"/>
          <w:b/>
          <w:sz w:val="28"/>
          <w:szCs w:val="28"/>
        </w:rPr>
        <w:t>ậ</w:t>
      </w:r>
      <w:r w:rsidRPr="000B4069">
        <w:rPr>
          <w:rFonts w:ascii="Times New Roman" w:hAnsi="Times New Roman" w:cs="Times New Roman"/>
          <w:b/>
          <w:sz w:val="28"/>
          <w:szCs w:val="28"/>
        </w:rPr>
        <w:t>p – T</w:t>
      </w:r>
      <w:r w:rsidRPr="000B4069">
        <w:rPr>
          <w:rFonts w:ascii="Times New Roman" w:hAnsi="Times New Roman" w:cs="Times New Roman"/>
          <w:b/>
          <w:sz w:val="28"/>
          <w:szCs w:val="28"/>
        </w:rPr>
        <w:t>ự</w:t>
      </w:r>
      <w:r w:rsidRPr="000B4069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0B4069">
        <w:rPr>
          <w:rFonts w:ascii="Times New Roman" w:hAnsi="Times New Roman" w:cs="Times New Roman"/>
          <w:b/>
          <w:sz w:val="28"/>
          <w:szCs w:val="28"/>
        </w:rPr>
        <w:t>ạ</w:t>
      </w:r>
      <w:r w:rsidRPr="000B4069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E123FB" w:rsidRPr="000B4069" w:rsidRDefault="000B406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0B4069">
        <w:rPr>
          <w:rFonts w:ascii="Times New Roman" w:hAnsi="Times New Roman" w:cs="Times New Roman"/>
          <w:i/>
          <w:sz w:val="28"/>
          <w:szCs w:val="28"/>
        </w:rPr>
        <w:t>..., ngày ... tháng ... năm ...</w:t>
      </w:r>
    </w:p>
    <w:p w:rsidR="00E123FB" w:rsidRPr="000B4069" w:rsidRDefault="000B4069">
      <w:pPr>
        <w:jc w:val="center"/>
        <w:rPr>
          <w:rFonts w:ascii="Times New Roman" w:hAnsi="Times New Roman" w:cs="Times New Roman"/>
          <w:sz w:val="28"/>
          <w:szCs w:val="28"/>
        </w:rPr>
      </w:pPr>
      <w:r w:rsidRPr="000B4069">
        <w:rPr>
          <w:rFonts w:ascii="Times New Roman" w:hAnsi="Times New Roman" w:cs="Times New Roman"/>
          <w:b/>
          <w:sz w:val="28"/>
          <w:szCs w:val="28"/>
        </w:rPr>
        <w:t>THÔNG BÁO NG</w:t>
      </w:r>
      <w:r w:rsidRPr="000B4069">
        <w:rPr>
          <w:rFonts w:ascii="Times New Roman" w:hAnsi="Times New Roman" w:cs="Times New Roman"/>
          <w:b/>
          <w:sz w:val="28"/>
          <w:szCs w:val="28"/>
        </w:rPr>
        <w:t>Ừ</w:t>
      </w:r>
      <w:r w:rsidRPr="000B4069">
        <w:rPr>
          <w:rFonts w:ascii="Times New Roman" w:hAnsi="Times New Roman" w:cs="Times New Roman"/>
          <w:b/>
          <w:sz w:val="28"/>
          <w:szCs w:val="28"/>
        </w:rPr>
        <w:t>NG THUÊ VĂN PHÒNG</w:t>
      </w:r>
    </w:p>
    <w:p w:rsidR="00E123FB" w:rsidRPr="000B4069" w:rsidRDefault="000B4069">
      <w:pPr>
        <w:rPr>
          <w:rFonts w:ascii="Times New Roman" w:hAnsi="Times New Roman" w:cs="Times New Roman"/>
          <w:sz w:val="28"/>
          <w:szCs w:val="28"/>
        </w:rPr>
      </w:pPr>
      <w:r w:rsidRPr="000B4069">
        <w:rPr>
          <w:rFonts w:ascii="Times New Roman" w:hAnsi="Times New Roman" w:cs="Times New Roman"/>
          <w:sz w:val="28"/>
          <w:szCs w:val="28"/>
        </w:rPr>
        <w:br/>
        <w:t>Kính g</w:t>
      </w:r>
      <w:r w:rsidRPr="000B4069">
        <w:rPr>
          <w:rFonts w:ascii="Times New Roman" w:hAnsi="Times New Roman" w:cs="Times New Roman"/>
          <w:sz w:val="28"/>
          <w:szCs w:val="28"/>
        </w:rPr>
        <w:t>ử</w:t>
      </w:r>
      <w:r w:rsidRPr="000B4069">
        <w:rPr>
          <w:rFonts w:ascii="Times New Roman" w:hAnsi="Times New Roman" w:cs="Times New Roman"/>
          <w:sz w:val="28"/>
          <w:szCs w:val="28"/>
        </w:rPr>
        <w:t>i: [Tên đơn v</w:t>
      </w:r>
      <w:r w:rsidRPr="000B4069">
        <w:rPr>
          <w:rFonts w:ascii="Times New Roman" w:hAnsi="Times New Roman" w:cs="Times New Roman"/>
          <w:sz w:val="28"/>
          <w:szCs w:val="28"/>
        </w:rPr>
        <w:t>ị</w:t>
      </w:r>
      <w:r w:rsidRPr="000B4069">
        <w:rPr>
          <w:rFonts w:ascii="Times New Roman" w:hAnsi="Times New Roman" w:cs="Times New Roman"/>
          <w:sz w:val="28"/>
          <w:szCs w:val="28"/>
        </w:rPr>
        <w:t xml:space="preserve"> cho thuê]</w:t>
      </w:r>
    </w:p>
    <w:p w:rsidR="00E123FB" w:rsidRPr="000B4069" w:rsidRDefault="000B4069">
      <w:pPr>
        <w:rPr>
          <w:rFonts w:ascii="Times New Roman" w:hAnsi="Times New Roman" w:cs="Times New Roman"/>
          <w:sz w:val="28"/>
          <w:szCs w:val="28"/>
        </w:rPr>
      </w:pPr>
      <w:r w:rsidRPr="000B4069">
        <w:rPr>
          <w:rFonts w:ascii="Times New Roman" w:hAnsi="Times New Roman" w:cs="Times New Roman"/>
          <w:sz w:val="28"/>
          <w:szCs w:val="28"/>
        </w:rPr>
        <w:t>Đ</w:t>
      </w:r>
      <w:r w:rsidRPr="000B4069">
        <w:rPr>
          <w:rFonts w:ascii="Times New Roman" w:hAnsi="Times New Roman" w:cs="Times New Roman"/>
          <w:sz w:val="28"/>
          <w:szCs w:val="28"/>
        </w:rPr>
        <w:t>ị</w:t>
      </w:r>
      <w:r w:rsidRPr="000B4069">
        <w:rPr>
          <w:rFonts w:ascii="Times New Roman" w:hAnsi="Times New Roman" w:cs="Times New Roman"/>
          <w:sz w:val="28"/>
          <w:szCs w:val="28"/>
        </w:rPr>
        <w:t>a ch</w:t>
      </w:r>
      <w:r w:rsidRPr="000B4069">
        <w:rPr>
          <w:rFonts w:ascii="Times New Roman" w:hAnsi="Times New Roman" w:cs="Times New Roman"/>
          <w:sz w:val="28"/>
          <w:szCs w:val="28"/>
        </w:rPr>
        <w:t>ỉ</w:t>
      </w:r>
      <w:r w:rsidRPr="000B4069">
        <w:rPr>
          <w:rFonts w:ascii="Times New Roman" w:hAnsi="Times New Roman" w:cs="Times New Roman"/>
          <w:sz w:val="28"/>
          <w:szCs w:val="28"/>
        </w:rPr>
        <w:t>: [Đ</w:t>
      </w:r>
      <w:r w:rsidRPr="000B4069">
        <w:rPr>
          <w:rFonts w:ascii="Times New Roman" w:hAnsi="Times New Roman" w:cs="Times New Roman"/>
          <w:sz w:val="28"/>
          <w:szCs w:val="28"/>
        </w:rPr>
        <w:t>ị</w:t>
      </w:r>
      <w:r w:rsidRPr="000B4069">
        <w:rPr>
          <w:rFonts w:ascii="Times New Roman" w:hAnsi="Times New Roman" w:cs="Times New Roman"/>
          <w:sz w:val="28"/>
          <w:szCs w:val="28"/>
        </w:rPr>
        <w:t>a ch</w:t>
      </w:r>
      <w:r w:rsidRPr="000B4069">
        <w:rPr>
          <w:rFonts w:ascii="Times New Roman" w:hAnsi="Times New Roman" w:cs="Times New Roman"/>
          <w:sz w:val="28"/>
          <w:szCs w:val="28"/>
        </w:rPr>
        <w:t>ỉ</w:t>
      </w:r>
      <w:r w:rsidRPr="000B4069">
        <w:rPr>
          <w:rFonts w:ascii="Times New Roman" w:hAnsi="Times New Roman" w:cs="Times New Roman"/>
          <w:sz w:val="28"/>
          <w:szCs w:val="28"/>
        </w:rPr>
        <w:t xml:space="preserve"> bên cho thuê]</w:t>
      </w:r>
    </w:p>
    <w:p w:rsidR="00E123FB" w:rsidRPr="000B4069" w:rsidRDefault="000B4069">
      <w:pPr>
        <w:rPr>
          <w:rFonts w:ascii="Times New Roman" w:hAnsi="Times New Roman" w:cs="Times New Roman"/>
          <w:sz w:val="28"/>
          <w:szCs w:val="28"/>
        </w:rPr>
      </w:pPr>
      <w:r w:rsidRPr="000B4069">
        <w:rPr>
          <w:rFonts w:ascii="Times New Roman" w:hAnsi="Times New Roman" w:cs="Times New Roman"/>
          <w:sz w:val="28"/>
          <w:szCs w:val="28"/>
        </w:rPr>
        <w:t>Đi</w:t>
      </w:r>
      <w:r w:rsidRPr="000B4069">
        <w:rPr>
          <w:rFonts w:ascii="Times New Roman" w:hAnsi="Times New Roman" w:cs="Times New Roman"/>
          <w:sz w:val="28"/>
          <w:szCs w:val="28"/>
        </w:rPr>
        <w:t>ệ</w:t>
      </w:r>
      <w:r w:rsidRPr="000B4069">
        <w:rPr>
          <w:rFonts w:ascii="Times New Roman" w:hAnsi="Times New Roman" w:cs="Times New Roman"/>
          <w:sz w:val="28"/>
          <w:szCs w:val="28"/>
        </w:rPr>
        <w:t>n tho</w:t>
      </w:r>
      <w:r w:rsidRPr="000B4069">
        <w:rPr>
          <w:rFonts w:ascii="Times New Roman" w:hAnsi="Times New Roman" w:cs="Times New Roman"/>
          <w:sz w:val="28"/>
          <w:szCs w:val="28"/>
        </w:rPr>
        <w:t>ạ</w:t>
      </w:r>
      <w:r w:rsidRPr="000B4069">
        <w:rPr>
          <w:rFonts w:ascii="Times New Roman" w:hAnsi="Times New Roman" w:cs="Times New Roman"/>
          <w:sz w:val="28"/>
          <w:szCs w:val="28"/>
        </w:rPr>
        <w:t>i: [S</w:t>
      </w:r>
      <w:r w:rsidRPr="000B4069">
        <w:rPr>
          <w:rFonts w:ascii="Times New Roman" w:hAnsi="Times New Roman" w:cs="Times New Roman"/>
          <w:sz w:val="28"/>
          <w:szCs w:val="28"/>
        </w:rPr>
        <w:t>ố</w:t>
      </w:r>
      <w:r w:rsidRPr="000B4069">
        <w:rPr>
          <w:rFonts w:ascii="Times New Roman" w:hAnsi="Times New Roman" w:cs="Times New Roman"/>
          <w:sz w:val="28"/>
          <w:szCs w:val="28"/>
        </w:rPr>
        <w:t xml:space="preserve"> đi</w:t>
      </w:r>
      <w:r w:rsidRPr="000B4069">
        <w:rPr>
          <w:rFonts w:ascii="Times New Roman" w:hAnsi="Times New Roman" w:cs="Times New Roman"/>
          <w:sz w:val="28"/>
          <w:szCs w:val="28"/>
        </w:rPr>
        <w:t>ệ</w:t>
      </w:r>
      <w:r w:rsidRPr="000B4069">
        <w:rPr>
          <w:rFonts w:ascii="Times New Roman" w:hAnsi="Times New Roman" w:cs="Times New Roman"/>
          <w:sz w:val="28"/>
          <w:szCs w:val="28"/>
        </w:rPr>
        <w:t>n tho</w:t>
      </w:r>
      <w:r w:rsidRPr="000B4069">
        <w:rPr>
          <w:rFonts w:ascii="Times New Roman" w:hAnsi="Times New Roman" w:cs="Times New Roman"/>
          <w:sz w:val="28"/>
          <w:szCs w:val="28"/>
        </w:rPr>
        <w:t>ạ</w:t>
      </w:r>
      <w:r w:rsidRPr="000B4069">
        <w:rPr>
          <w:rFonts w:ascii="Times New Roman" w:hAnsi="Times New Roman" w:cs="Times New Roman"/>
          <w:sz w:val="28"/>
          <w:szCs w:val="28"/>
        </w:rPr>
        <w:t xml:space="preserve">i bên cho </w:t>
      </w:r>
      <w:r w:rsidRPr="000B4069">
        <w:rPr>
          <w:rFonts w:ascii="Times New Roman" w:hAnsi="Times New Roman" w:cs="Times New Roman"/>
          <w:sz w:val="28"/>
          <w:szCs w:val="28"/>
        </w:rPr>
        <w:t>thuê]</w:t>
      </w:r>
    </w:p>
    <w:p w:rsidR="00E123FB" w:rsidRPr="000B4069" w:rsidRDefault="000B4069">
      <w:pPr>
        <w:rPr>
          <w:rFonts w:ascii="Times New Roman" w:hAnsi="Times New Roman" w:cs="Times New Roman"/>
          <w:sz w:val="28"/>
          <w:szCs w:val="28"/>
        </w:rPr>
      </w:pPr>
      <w:r w:rsidRPr="000B4069">
        <w:rPr>
          <w:rFonts w:ascii="Times New Roman" w:hAnsi="Times New Roman" w:cs="Times New Roman"/>
          <w:sz w:val="28"/>
          <w:szCs w:val="28"/>
        </w:rPr>
        <w:br/>
        <w:t>Căn c</w:t>
      </w:r>
      <w:r w:rsidRPr="000B4069">
        <w:rPr>
          <w:rFonts w:ascii="Times New Roman" w:hAnsi="Times New Roman" w:cs="Times New Roman"/>
          <w:sz w:val="28"/>
          <w:szCs w:val="28"/>
        </w:rPr>
        <w:t>ứ</w:t>
      </w:r>
      <w:r w:rsidRPr="000B4069">
        <w:rPr>
          <w:rFonts w:ascii="Times New Roman" w:hAnsi="Times New Roman" w:cs="Times New Roman"/>
          <w:sz w:val="28"/>
          <w:szCs w:val="28"/>
        </w:rPr>
        <w:t xml:space="preserve">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đ</w:t>
      </w:r>
      <w:r w:rsidRPr="000B4069">
        <w:rPr>
          <w:rFonts w:ascii="Times New Roman" w:hAnsi="Times New Roman" w:cs="Times New Roman"/>
          <w:sz w:val="28"/>
          <w:szCs w:val="28"/>
        </w:rPr>
        <w:t>ồ</w:t>
      </w:r>
      <w:r w:rsidRPr="000B4069">
        <w:rPr>
          <w:rFonts w:ascii="Times New Roman" w:hAnsi="Times New Roman" w:cs="Times New Roman"/>
          <w:sz w:val="28"/>
          <w:szCs w:val="28"/>
        </w:rPr>
        <w:t>ng thuê văn phòng s</w:t>
      </w:r>
      <w:r w:rsidRPr="000B4069">
        <w:rPr>
          <w:rFonts w:ascii="Times New Roman" w:hAnsi="Times New Roman" w:cs="Times New Roman"/>
          <w:sz w:val="28"/>
          <w:szCs w:val="28"/>
        </w:rPr>
        <w:t>ố</w:t>
      </w:r>
      <w:r w:rsidRPr="000B4069">
        <w:rPr>
          <w:rFonts w:ascii="Times New Roman" w:hAnsi="Times New Roman" w:cs="Times New Roman"/>
          <w:sz w:val="28"/>
          <w:szCs w:val="28"/>
        </w:rPr>
        <w:t xml:space="preserve"> [s</w:t>
      </w:r>
      <w:r w:rsidRPr="000B4069">
        <w:rPr>
          <w:rFonts w:ascii="Times New Roman" w:hAnsi="Times New Roman" w:cs="Times New Roman"/>
          <w:sz w:val="28"/>
          <w:szCs w:val="28"/>
        </w:rPr>
        <w:t>ố</w:t>
      </w:r>
      <w:r w:rsidRPr="000B4069">
        <w:rPr>
          <w:rFonts w:ascii="Times New Roman" w:hAnsi="Times New Roman" w:cs="Times New Roman"/>
          <w:sz w:val="28"/>
          <w:szCs w:val="28"/>
        </w:rPr>
        <w:t xml:space="preserve">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đ</w:t>
      </w:r>
      <w:r w:rsidRPr="000B4069">
        <w:rPr>
          <w:rFonts w:ascii="Times New Roman" w:hAnsi="Times New Roman" w:cs="Times New Roman"/>
          <w:sz w:val="28"/>
          <w:szCs w:val="28"/>
        </w:rPr>
        <w:t>ồ</w:t>
      </w:r>
      <w:r w:rsidRPr="000B4069">
        <w:rPr>
          <w:rFonts w:ascii="Times New Roman" w:hAnsi="Times New Roman" w:cs="Times New Roman"/>
          <w:sz w:val="28"/>
          <w:szCs w:val="28"/>
        </w:rPr>
        <w:t>ng] ký ngày [ngày ký] gi</w:t>
      </w:r>
      <w:r w:rsidRPr="000B4069">
        <w:rPr>
          <w:rFonts w:ascii="Times New Roman" w:hAnsi="Times New Roman" w:cs="Times New Roman"/>
          <w:sz w:val="28"/>
          <w:szCs w:val="28"/>
        </w:rPr>
        <w:t>ữ</w:t>
      </w:r>
      <w:r w:rsidRPr="000B4069">
        <w:rPr>
          <w:rFonts w:ascii="Times New Roman" w:hAnsi="Times New Roman" w:cs="Times New Roman"/>
          <w:sz w:val="28"/>
          <w:szCs w:val="28"/>
        </w:rPr>
        <w:t>a [Tên công ty b</w:t>
      </w:r>
      <w:r w:rsidRPr="000B4069">
        <w:rPr>
          <w:rFonts w:ascii="Times New Roman" w:hAnsi="Times New Roman" w:cs="Times New Roman"/>
          <w:sz w:val="28"/>
          <w:szCs w:val="28"/>
        </w:rPr>
        <w:t>ạ</w:t>
      </w:r>
      <w:r w:rsidRPr="000B4069">
        <w:rPr>
          <w:rFonts w:ascii="Times New Roman" w:hAnsi="Times New Roman" w:cs="Times New Roman"/>
          <w:sz w:val="28"/>
          <w:szCs w:val="28"/>
        </w:rPr>
        <w:t>n] và [Tên bên cho thuê], chúng tôi xin thông báo chính th</w:t>
      </w:r>
      <w:r w:rsidRPr="000B4069">
        <w:rPr>
          <w:rFonts w:ascii="Times New Roman" w:hAnsi="Times New Roman" w:cs="Times New Roman"/>
          <w:sz w:val="28"/>
          <w:szCs w:val="28"/>
        </w:rPr>
        <w:t>ứ</w:t>
      </w:r>
      <w:r w:rsidRPr="000B4069">
        <w:rPr>
          <w:rFonts w:ascii="Times New Roman" w:hAnsi="Times New Roman" w:cs="Times New Roman"/>
          <w:sz w:val="28"/>
          <w:szCs w:val="28"/>
        </w:rPr>
        <w:t>c v</w:t>
      </w:r>
      <w:r w:rsidRPr="000B4069">
        <w:rPr>
          <w:rFonts w:ascii="Times New Roman" w:hAnsi="Times New Roman" w:cs="Times New Roman"/>
          <w:sz w:val="28"/>
          <w:szCs w:val="28"/>
        </w:rPr>
        <w:t>ề</w:t>
      </w:r>
      <w:r w:rsidRPr="000B4069">
        <w:rPr>
          <w:rFonts w:ascii="Times New Roman" w:hAnsi="Times New Roman" w:cs="Times New Roman"/>
          <w:sz w:val="28"/>
          <w:szCs w:val="28"/>
        </w:rPr>
        <w:t xml:space="preserve"> vi</w:t>
      </w:r>
      <w:r w:rsidRPr="000B4069">
        <w:rPr>
          <w:rFonts w:ascii="Times New Roman" w:hAnsi="Times New Roman" w:cs="Times New Roman"/>
          <w:sz w:val="28"/>
          <w:szCs w:val="28"/>
        </w:rPr>
        <w:t>ệ</w:t>
      </w:r>
      <w:r w:rsidRPr="000B4069">
        <w:rPr>
          <w:rFonts w:ascii="Times New Roman" w:hAnsi="Times New Roman" w:cs="Times New Roman"/>
          <w:sz w:val="28"/>
          <w:szCs w:val="28"/>
        </w:rPr>
        <w:t>c ng</w:t>
      </w:r>
      <w:r w:rsidRPr="000B4069">
        <w:rPr>
          <w:rFonts w:ascii="Times New Roman" w:hAnsi="Times New Roman" w:cs="Times New Roman"/>
          <w:sz w:val="28"/>
          <w:szCs w:val="28"/>
        </w:rPr>
        <w:t>ừ</w:t>
      </w:r>
      <w:r w:rsidRPr="000B4069">
        <w:rPr>
          <w:rFonts w:ascii="Times New Roman" w:hAnsi="Times New Roman" w:cs="Times New Roman"/>
          <w:sz w:val="28"/>
          <w:szCs w:val="28"/>
        </w:rPr>
        <w:t>ng thuê văn phòng theo đúng th</w:t>
      </w:r>
      <w:r w:rsidRPr="000B4069">
        <w:rPr>
          <w:rFonts w:ascii="Times New Roman" w:hAnsi="Times New Roman" w:cs="Times New Roman"/>
          <w:sz w:val="28"/>
          <w:szCs w:val="28"/>
        </w:rPr>
        <w:t>ờ</w:t>
      </w:r>
      <w:r w:rsidRPr="000B4069">
        <w:rPr>
          <w:rFonts w:ascii="Times New Roman" w:hAnsi="Times New Roman" w:cs="Times New Roman"/>
          <w:sz w:val="28"/>
          <w:szCs w:val="28"/>
        </w:rPr>
        <w:t>i h</w:t>
      </w:r>
      <w:r w:rsidRPr="000B4069">
        <w:rPr>
          <w:rFonts w:ascii="Times New Roman" w:hAnsi="Times New Roman" w:cs="Times New Roman"/>
          <w:sz w:val="28"/>
          <w:szCs w:val="28"/>
        </w:rPr>
        <w:t>ạ</w:t>
      </w:r>
      <w:r w:rsidRPr="000B4069">
        <w:rPr>
          <w:rFonts w:ascii="Times New Roman" w:hAnsi="Times New Roman" w:cs="Times New Roman"/>
          <w:sz w:val="28"/>
          <w:szCs w:val="28"/>
        </w:rPr>
        <w:t>n đã th</w:t>
      </w:r>
      <w:r w:rsidRPr="000B4069">
        <w:rPr>
          <w:rFonts w:ascii="Times New Roman" w:hAnsi="Times New Roman" w:cs="Times New Roman"/>
          <w:sz w:val="28"/>
          <w:szCs w:val="28"/>
        </w:rPr>
        <w:t>ỏ</w:t>
      </w:r>
      <w:r w:rsidRPr="000B4069">
        <w:rPr>
          <w:rFonts w:ascii="Times New Roman" w:hAnsi="Times New Roman" w:cs="Times New Roman"/>
          <w:sz w:val="28"/>
          <w:szCs w:val="28"/>
        </w:rPr>
        <w:t>a thu</w:t>
      </w:r>
      <w:r w:rsidRPr="000B4069">
        <w:rPr>
          <w:rFonts w:ascii="Times New Roman" w:hAnsi="Times New Roman" w:cs="Times New Roman"/>
          <w:sz w:val="28"/>
          <w:szCs w:val="28"/>
        </w:rPr>
        <w:t>ậ</w:t>
      </w:r>
      <w:r w:rsidRPr="000B4069">
        <w:rPr>
          <w:rFonts w:ascii="Times New Roman" w:hAnsi="Times New Roman" w:cs="Times New Roman"/>
          <w:sz w:val="28"/>
          <w:szCs w:val="28"/>
        </w:rPr>
        <w:t>n trong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đ</w:t>
      </w:r>
      <w:r w:rsidRPr="000B4069">
        <w:rPr>
          <w:rFonts w:ascii="Times New Roman" w:hAnsi="Times New Roman" w:cs="Times New Roman"/>
          <w:sz w:val="28"/>
          <w:szCs w:val="28"/>
        </w:rPr>
        <w:t>ồ</w:t>
      </w:r>
      <w:r w:rsidRPr="000B4069">
        <w:rPr>
          <w:rFonts w:ascii="Times New Roman" w:hAnsi="Times New Roman" w:cs="Times New Roman"/>
          <w:sz w:val="28"/>
          <w:szCs w:val="28"/>
        </w:rPr>
        <w:t>ng.</w:t>
      </w:r>
      <w:r w:rsidRPr="000B4069">
        <w:rPr>
          <w:rFonts w:ascii="Times New Roman" w:hAnsi="Times New Roman" w:cs="Times New Roman"/>
          <w:sz w:val="28"/>
          <w:szCs w:val="28"/>
        </w:rPr>
        <w:br/>
      </w:r>
      <w:r w:rsidRPr="000B4069">
        <w:rPr>
          <w:rFonts w:ascii="Times New Roman" w:hAnsi="Times New Roman" w:cs="Times New Roman"/>
          <w:sz w:val="28"/>
          <w:szCs w:val="28"/>
        </w:rPr>
        <w:br/>
        <w:t>Thông tin c</w:t>
      </w:r>
      <w:r w:rsidRPr="000B4069">
        <w:rPr>
          <w:rFonts w:ascii="Times New Roman" w:hAnsi="Times New Roman" w:cs="Times New Roman"/>
          <w:sz w:val="28"/>
          <w:szCs w:val="28"/>
        </w:rPr>
        <w:t>ụ</w:t>
      </w:r>
      <w:r w:rsidRPr="000B4069">
        <w:rPr>
          <w:rFonts w:ascii="Times New Roman" w:hAnsi="Times New Roman" w:cs="Times New Roman"/>
          <w:sz w:val="28"/>
          <w:szCs w:val="28"/>
        </w:rPr>
        <w:t xml:space="preserve"> th</w:t>
      </w:r>
      <w:r w:rsidRPr="000B4069">
        <w:rPr>
          <w:rFonts w:ascii="Times New Roman" w:hAnsi="Times New Roman" w:cs="Times New Roman"/>
          <w:sz w:val="28"/>
          <w:szCs w:val="28"/>
        </w:rPr>
        <w:t>ể</w:t>
      </w:r>
      <w:r w:rsidRPr="000B4069">
        <w:rPr>
          <w:rFonts w:ascii="Times New Roman" w:hAnsi="Times New Roman" w:cs="Times New Roman"/>
          <w:sz w:val="28"/>
          <w:szCs w:val="28"/>
        </w:rPr>
        <w:t xml:space="preserve"> như sa</w:t>
      </w:r>
      <w:r w:rsidRPr="000B4069">
        <w:rPr>
          <w:rFonts w:ascii="Times New Roman" w:hAnsi="Times New Roman" w:cs="Times New Roman"/>
          <w:sz w:val="28"/>
          <w:szCs w:val="28"/>
        </w:rPr>
        <w:t>u:</w:t>
      </w:r>
      <w:r w:rsidRPr="000B4069">
        <w:rPr>
          <w:rFonts w:ascii="Times New Roman" w:hAnsi="Times New Roman" w:cs="Times New Roman"/>
          <w:sz w:val="28"/>
          <w:szCs w:val="28"/>
        </w:rPr>
        <w:br/>
        <w:t>- Đ</w:t>
      </w:r>
      <w:r w:rsidRPr="000B4069">
        <w:rPr>
          <w:rFonts w:ascii="Times New Roman" w:hAnsi="Times New Roman" w:cs="Times New Roman"/>
          <w:sz w:val="28"/>
          <w:szCs w:val="28"/>
        </w:rPr>
        <w:t>ị</w:t>
      </w:r>
      <w:r w:rsidRPr="000B4069">
        <w:rPr>
          <w:rFonts w:ascii="Times New Roman" w:hAnsi="Times New Roman" w:cs="Times New Roman"/>
          <w:sz w:val="28"/>
          <w:szCs w:val="28"/>
        </w:rPr>
        <w:t>a đi</w:t>
      </w:r>
      <w:r w:rsidRPr="000B4069">
        <w:rPr>
          <w:rFonts w:ascii="Times New Roman" w:hAnsi="Times New Roman" w:cs="Times New Roman"/>
          <w:sz w:val="28"/>
          <w:szCs w:val="28"/>
        </w:rPr>
        <w:t>ể</w:t>
      </w:r>
      <w:r w:rsidRPr="000B4069">
        <w:rPr>
          <w:rFonts w:ascii="Times New Roman" w:hAnsi="Times New Roman" w:cs="Times New Roman"/>
          <w:sz w:val="28"/>
          <w:szCs w:val="28"/>
        </w:rPr>
        <w:t>m thuê: [Đ</w:t>
      </w:r>
      <w:r w:rsidRPr="000B4069">
        <w:rPr>
          <w:rFonts w:ascii="Times New Roman" w:hAnsi="Times New Roman" w:cs="Times New Roman"/>
          <w:sz w:val="28"/>
          <w:szCs w:val="28"/>
        </w:rPr>
        <w:t>ị</w:t>
      </w:r>
      <w:r w:rsidRPr="000B4069">
        <w:rPr>
          <w:rFonts w:ascii="Times New Roman" w:hAnsi="Times New Roman" w:cs="Times New Roman"/>
          <w:sz w:val="28"/>
          <w:szCs w:val="28"/>
        </w:rPr>
        <w:t>a ch</w:t>
      </w:r>
      <w:r w:rsidRPr="000B4069">
        <w:rPr>
          <w:rFonts w:ascii="Times New Roman" w:hAnsi="Times New Roman" w:cs="Times New Roman"/>
          <w:sz w:val="28"/>
          <w:szCs w:val="28"/>
        </w:rPr>
        <w:t>ỉ</w:t>
      </w:r>
      <w:r w:rsidRPr="000B4069">
        <w:rPr>
          <w:rFonts w:ascii="Times New Roman" w:hAnsi="Times New Roman" w:cs="Times New Roman"/>
          <w:sz w:val="28"/>
          <w:szCs w:val="28"/>
        </w:rPr>
        <w:t xml:space="preserve"> văn phòng đang thuê]</w:t>
      </w:r>
      <w:r w:rsidRPr="000B4069">
        <w:rPr>
          <w:rFonts w:ascii="Times New Roman" w:hAnsi="Times New Roman" w:cs="Times New Roman"/>
          <w:sz w:val="28"/>
          <w:szCs w:val="28"/>
        </w:rPr>
        <w:br/>
        <w:t>- Th</w:t>
      </w:r>
      <w:r w:rsidRPr="000B4069">
        <w:rPr>
          <w:rFonts w:ascii="Times New Roman" w:hAnsi="Times New Roman" w:cs="Times New Roman"/>
          <w:sz w:val="28"/>
          <w:szCs w:val="28"/>
        </w:rPr>
        <w:t>ờ</w:t>
      </w:r>
      <w:r w:rsidRPr="000B4069">
        <w:rPr>
          <w:rFonts w:ascii="Times New Roman" w:hAnsi="Times New Roman" w:cs="Times New Roman"/>
          <w:sz w:val="28"/>
          <w:szCs w:val="28"/>
        </w:rPr>
        <w:t>i h</w:t>
      </w:r>
      <w:r w:rsidRPr="000B4069">
        <w:rPr>
          <w:rFonts w:ascii="Times New Roman" w:hAnsi="Times New Roman" w:cs="Times New Roman"/>
          <w:sz w:val="28"/>
          <w:szCs w:val="28"/>
        </w:rPr>
        <w:t>ạ</w:t>
      </w:r>
      <w:r w:rsidRPr="000B4069">
        <w:rPr>
          <w:rFonts w:ascii="Times New Roman" w:hAnsi="Times New Roman" w:cs="Times New Roman"/>
          <w:sz w:val="28"/>
          <w:szCs w:val="28"/>
        </w:rPr>
        <w:t>n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đ</w:t>
      </w:r>
      <w:r w:rsidRPr="000B4069">
        <w:rPr>
          <w:rFonts w:ascii="Times New Roman" w:hAnsi="Times New Roman" w:cs="Times New Roman"/>
          <w:sz w:val="28"/>
          <w:szCs w:val="28"/>
        </w:rPr>
        <w:t>ồ</w:t>
      </w:r>
      <w:r w:rsidRPr="000B4069">
        <w:rPr>
          <w:rFonts w:ascii="Times New Roman" w:hAnsi="Times New Roman" w:cs="Times New Roman"/>
          <w:sz w:val="28"/>
          <w:szCs w:val="28"/>
        </w:rPr>
        <w:t>ng: T</w:t>
      </w:r>
      <w:r w:rsidRPr="000B4069">
        <w:rPr>
          <w:rFonts w:ascii="Times New Roman" w:hAnsi="Times New Roman" w:cs="Times New Roman"/>
          <w:sz w:val="28"/>
          <w:szCs w:val="28"/>
        </w:rPr>
        <w:t>ừ</w:t>
      </w:r>
      <w:r w:rsidRPr="000B4069">
        <w:rPr>
          <w:rFonts w:ascii="Times New Roman" w:hAnsi="Times New Roman" w:cs="Times New Roman"/>
          <w:sz w:val="28"/>
          <w:szCs w:val="28"/>
        </w:rPr>
        <w:t xml:space="preserve"> ngày [ngày b</w:t>
      </w:r>
      <w:r w:rsidRPr="000B4069">
        <w:rPr>
          <w:rFonts w:ascii="Times New Roman" w:hAnsi="Times New Roman" w:cs="Times New Roman"/>
          <w:sz w:val="28"/>
          <w:szCs w:val="28"/>
        </w:rPr>
        <w:t>ắ</w:t>
      </w:r>
      <w:r w:rsidRPr="000B4069">
        <w:rPr>
          <w:rFonts w:ascii="Times New Roman" w:hAnsi="Times New Roman" w:cs="Times New Roman"/>
          <w:sz w:val="28"/>
          <w:szCs w:val="28"/>
        </w:rPr>
        <w:t>t đ</w:t>
      </w:r>
      <w:r w:rsidRPr="000B4069">
        <w:rPr>
          <w:rFonts w:ascii="Times New Roman" w:hAnsi="Times New Roman" w:cs="Times New Roman"/>
          <w:sz w:val="28"/>
          <w:szCs w:val="28"/>
        </w:rPr>
        <w:t>ầ</w:t>
      </w:r>
      <w:r w:rsidRPr="000B4069">
        <w:rPr>
          <w:rFonts w:ascii="Times New Roman" w:hAnsi="Times New Roman" w:cs="Times New Roman"/>
          <w:sz w:val="28"/>
          <w:szCs w:val="28"/>
        </w:rPr>
        <w:t>u] đ</w:t>
      </w:r>
      <w:r w:rsidRPr="000B4069">
        <w:rPr>
          <w:rFonts w:ascii="Times New Roman" w:hAnsi="Times New Roman" w:cs="Times New Roman"/>
          <w:sz w:val="28"/>
          <w:szCs w:val="28"/>
        </w:rPr>
        <w:t>ế</w:t>
      </w:r>
      <w:r w:rsidRPr="000B4069">
        <w:rPr>
          <w:rFonts w:ascii="Times New Roman" w:hAnsi="Times New Roman" w:cs="Times New Roman"/>
          <w:sz w:val="28"/>
          <w:szCs w:val="28"/>
        </w:rPr>
        <w:t>n ngày [ngày k</w:t>
      </w:r>
      <w:r w:rsidRPr="000B4069">
        <w:rPr>
          <w:rFonts w:ascii="Times New Roman" w:hAnsi="Times New Roman" w:cs="Times New Roman"/>
          <w:sz w:val="28"/>
          <w:szCs w:val="28"/>
        </w:rPr>
        <w:t>ế</w:t>
      </w:r>
      <w:r w:rsidRPr="000B4069">
        <w:rPr>
          <w:rFonts w:ascii="Times New Roman" w:hAnsi="Times New Roman" w:cs="Times New Roman"/>
          <w:sz w:val="28"/>
          <w:szCs w:val="28"/>
        </w:rPr>
        <w:t>t thúc]</w:t>
      </w:r>
      <w:r w:rsidRPr="000B4069">
        <w:rPr>
          <w:rFonts w:ascii="Times New Roman" w:hAnsi="Times New Roman" w:cs="Times New Roman"/>
          <w:sz w:val="28"/>
          <w:szCs w:val="28"/>
        </w:rPr>
        <w:br/>
        <w:t>- Th</w:t>
      </w:r>
      <w:r w:rsidRPr="000B4069">
        <w:rPr>
          <w:rFonts w:ascii="Times New Roman" w:hAnsi="Times New Roman" w:cs="Times New Roman"/>
          <w:sz w:val="28"/>
          <w:szCs w:val="28"/>
        </w:rPr>
        <w:t>ờ</w:t>
      </w:r>
      <w:r w:rsidRPr="000B4069">
        <w:rPr>
          <w:rFonts w:ascii="Times New Roman" w:hAnsi="Times New Roman" w:cs="Times New Roman"/>
          <w:sz w:val="28"/>
          <w:szCs w:val="28"/>
        </w:rPr>
        <w:t>i đi</w:t>
      </w:r>
      <w:r w:rsidRPr="000B4069">
        <w:rPr>
          <w:rFonts w:ascii="Times New Roman" w:hAnsi="Times New Roman" w:cs="Times New Roman"/>
          <w:sz w:val="28"/>
          <w:szCs w:val="28"/>
        </w:rPr>
        <w:t>ể</w:t>
      </w:r>
      <w:r w:rsidRPr="000B4069">
        <w:rPr>
          <w:rFonts w:ascii="Times New Roman" w:hAnsi="Times New Roman" w:cs="Times New Roman"/>
          <w:sz w:val="28"/>
          <w:szCs w:val="28"/>
        </w:rPr>
        <w:t>m ch</w:t>
      </w:r>
      <w:r w:rsidRPr="000B4069">
        <w:rPr>
          <w:rFonts w:ascii="Times New Roman" w:hAnsi="Times New Roman" w:cs="Times New Roman"/>
          <w:sz w:val="28"/>
          <w:szCs w:val="28"/>
        </w:rPr>
        <w:t>ấ</w:t>
      </w:r>
      <w:r w:rsidRPr="000B4069">
        <w:rPr>
          <w:rFonts w:ascii="Times New Roman" w:hAnsi="Times New Roman" w:cs="Times New Roman"/>
          <w:sz w:val="28"/>
          <w:szCs w:val="28"/>
        </w:rPr>
        <w:t>m d</w:t>
      </w:r>
      <w:r w:rsidRPr="000B4069">
        <w:rPr>
          <w:rFonts w:ascii="Times New Roman" w:hAnsi="Times New Roman" w:cs="Times New Roman"/>
          <w:sz w:val="28"/>
          <w:szCs w:val="28"/>
        </w:rPr>
        <w:t>ứ</w:t>
      </w:r>
      <w:r w:rsidRPr="000B4069">
        <w:rPr>
          <w:rFonts w:ascii="Times New Roman" w:hAnsi="Times New Roman" w:cs="Times New Roman"/>
          <w:sz w:val="28"/>
          <w:szCs w:val="28"/>
        </w:rPr>
        <w:t>t thuê: Ngày [ngày ch</w:t>
      </w:r>
      <w:r w:rsidRPr="000B4069">
        <w:rPr>
          <w:rFonts w:ascii="Times New Roman" w:hAnsi="Times New Roman" w:cs="Times New Roman"/>
          <w:sz w:val="28"/>
          <w:szCs w:val="28"/>
        </w:rPr>
        <w:t>ấ</w:t>
      </w:r>
      <w:r w:rsidRPr="000B4069">
        <w:rPr>
          <w:rFonts w:ascii="Times New Roman" w:hAnsi="Times New Roman" w:cs="Times New Roman"/>
          <w:sz w:val="28"/>
          <w:szCs w:val="28"/>
        </w:rPr>
        <w:t>m d</w:t>
      </w:r>
      <w:r w:rsidRPr="000B4069">
        <w:rPr>
          <w:rFonts w:ascii="Times New Roman" w:hAnsi="Times New Roman" w:cs="Times New Roman"/>
          <w:sz w:val="28"/>
          <w:szCs w:val="28"/>
        </w:rPr>
        <w:t>ứ</w:t>
      </w:r>
      <w:r w:rsidRPr="000B4069">
        <w:rPr>
          <w:rFonts w:ascii="Times New Roman" w:hAnsi="Times New Roman" w:cs="Times New Roman"/>
          <w:sz w:val="28"/>
          <w:szCs w:val="28"/>
        </w:rPr>
        <w:t>t - đúng theo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đ</w:t>
      </w:r>
      <w:r w:rsidRPr="000B4069">
        <w:rPr>
          <w:rFonts w:ascii="Times New Roman" w:hAnsi="Times New Roman" w:cs="Times New Roman"/>
          <w:sz w:val="28"/>
          <w:szCs w:val="28"/>
        </w:rPr>
        <w:t>ồ</w:t>
      </w:r>
      <w:r w:rsidRPr="000B4069">
        <w:rPr>
          <w:rFonts w:ascii="Times New Roman" w:hAnsi="Times New Roman" w:cs="Times New Roman"/>
          <w:sz w:val="28"/>
          <w:szCs w:val="28"/>
        </w:rPr>
        <w:t>ng]</w:t>
      </w:r>
      <w:r w:rsidRPr="000B4069">
        <w:rPr>
          <w:rFonts w:ascii="Times New Roman" w:hAnsi="Times New Roman" w:cs="Times New Roman"/>
          <w:sz w:val="28"/>
          <w:szCs w:val="28"/>
        </w:rPr>
        <w:br/>
      </w:r>
      <w:r w:rsidRPr="000B4069">
        <w:rPr>
          <w:rFonts w:ascii="Times New Roman" w:hAnsi="Times New Roman" w:cs="Times New Roman"/>
          <w:sz w:val="28"/>
          <w:szCs w:val="28"/>
        </w:rPr>
        <w:br/>
        <w:t>Theo đi</w:t>
      </w:r>
      <w:r w:rsidRPr="000B4069">
        <w:rPr>
          <w:rFonts w:ascii="Times New Roman" w:hAnsi="Times New Roman" w:cs="Times New Roman"/>
          <w:sz w:val="28"/>
          <w:szCs w:val="28"/>
        </w:rPr>
        <w:t>ề</w:t>
      </w:r>
      <w:r w:rsidRPr="000B4069">
        <w:rPr>
          <w:rFonts w:ascii="Times New Roman" w:hAnsi="Times New Roman" w:cs="Times New Roman"/>
          <w:sz w:val="28"/>
          <w:szCs w:val="28"/>
        </w:rPr>
        <w:t>u [s</w:t>
      </w:r>
      <w:r w:rsidRPr="000B4069">
        <w:rPr>
          <w:rFonts w:ascii="Times New Roman" w:hAnsi="Times New Roman" w:cs="Times New Roman"/>
          <w:sz w:val="28"/>
          <w:szCs w:val="28"/>
        </w:rPr>
        <w:t>ố</w:t>
      </w:r>
      <w:r w:rsidRPr="000B4069">
        <w:rPr>
          <w:rFonts w:ascii="Times New Roman" w:hAnsi="Times New Roman" w:cs="Times New Roman"/>
          <w:sz w:val="28"/>
          <w:szCs w:val="28"/>
        </w:rPr>
        <w:t xml:space="preserve"> đi</w:t>
      </w:r>
      <w:r w:rsidRPr="000B4069">
        <w:rPr>
          <w:rFonts w:ascii="Times New Roman" w:hAnsi="Times New Roman" w:cs="Times New Roman"/>
          <w:sz w:val="28"/>
          <w:szCs w:val="28"/>
        </w:rPr>
        <w:t>ề</w:t>
      </w:r>
      <w:r w:rsidRPr="000B4069">
        <w:rPr>
          <w:rFonts w:ascii="Times New Roman" w:hAnsi="Times New Roman" w:cs="Times New Roman"/>
          <w:sz w:val="28"/>
          <w:szCs w:val="28"/>
        </w:rPr>
        <w:t>u] c</w:t>
      </w:r>
      <w:r w:rsidRPr="000B4069">
        <w:rPr>
          <w:rFonts w:ascii="Times New Roman" w:hAnsi="Times New Roman" w:cs="Times New Roman"/>
          <w:sz w:val="28"/>
          <w:szCs w:val="28"/>
        </w:rPr>
        <w:t>ủ</w:t>
      </w:r>
      <w:r w:rsidRPr="000B4069">
        <w:rPr>
          <w:rFonts w:ascii="Times New Roman" w:hAnsi="Times New Roman" w:cs="Times New Roman"/>
          <w:sz w:val="28"/>
          <w:szCs w:val="28"/>
        </w:rPr>
        <w:t>a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đ</w:t>
      </w:r>
      <w:r w:rsidRPr="000B4069">
        <w:rPr>
          <w:rFonts w:ascii="Times New Roman" w:hAnsi="Times New Roman" w:cs="Times New Roman"/>
          <w:sz w:val="28"/>
          <w:szCs w:val="28"/>
        </w:rPr>
        <w:t>ồ</w:t>
      </w:r>
      <w:r w:rsidRPr="000B4069">
        <w:rPr>
          <w:rFonts w:ascii="Times New Roman" w:hAnsi="Times New Roman" w:cs="Times New Roman"/>
          <w:sz w:val="28"/>
          <w:szCs w:val="28"/>
        </w:rPr>
        <w:t>ng thuê đã ký, hai bên có trách nhi</w:t>
      </w:r>
      <w:r w:rsidRPr="000B4069">
        <w:rPr>
          <w:rFonts w:ascii="Times New Roman" w:hAnsi="Times New Roman" w:cs="Times New Roman"/>
          <w:sz w:val="28"/>
          <w:szCs w:val="28"/>
        </w:rPr>
        <w:t>ệ</w:t>
      </w:r>
      <w:r w:rsidRPr="000B4069">
        <w:rPr>
          <w:rFonts w:ascii="Times New Roman" w:hAnsi="Times New Roman" w:cs="Times New Roman"/>
          <w:sz w:val="28"/>
          <w:szCs w:val="28"/>
        </w:rPr>
        <w:t>m</w:t>
      </w:r>
      <w:r w:rsidRPr="000B4069">
        <w:rPr>
          <w:rFonts w:ascii="Times New Roman" w:hAnsi="Times New Roman" w:cs="Times New Roman"/>
          <w:sz w:val="28"/>
          <w:szCs w:val="28"/>
        </w:rPr>
        <w:t xml:space="preserve"> thông báo trư</w:t>
      </w:r>
      <w:r w:rsidRPr="000B4069">
        <w:rPr>
          <w:rFonts w:ascii="Times New Roman" w:hAnsi="Times New Roman" w:cs="Times New Roman"/>
          <w:sz w:val="28"/>
          <w:szCs w:val="28"/>
        </w:rPr>
        <w:t>ớ</w:t>
      </w:r>
      <w:r w:rsidRPr="000B4069">
        <w:rPr>
          <w:rFonts w:ascii="Times New Roman" w:hAnsi="Times New Roman" w:cs="Times New Roman"/>
          <w:sz w:val="28"/>
          <w:szCs w:val="28"/>
        </w:rPr>
        <w:t>c ít nh</w:t>
      </w:r>
      <w:r w:rsidRPr="000B4069">
        <w:rPr>
          <w:rFonts w:ascii="Times New Roman" w:hAnsi="Times New Roman" w:cs="Times New Roman"/>
          <w:sz w:val="28"/>
          <w:szCs w:val="28"/>
        </w:rPr>
        <w:t>ấ</w:t>
      </w:r>
      <w:r w:rsidRPr="000B4069">
        <w:rPr>
          <w:rFonts w:ascii="Times New Roman" w:hAnsi="Times New Roman" w:cs="Times New Roman"/>
          <w:sz w:val="28"/>
          <w:szCs w:val="28"/>
        </w:rPr>
        <w:t>t [s</w:t>
      </w:r>
      <w:r w:rsidRPr="000B4069">
        <w:rPr>
          <w:rFonts w:ascii="Times New Roman" w:hAnsi="Times New Roman" w:cs="Times New Roman"/>
          <w:sz w:val="28"/>
          <w:szCs w:val="28"/>
        </w:rPr>
        <w:t>ố</w:t>
      </w:r>
      <w:r w:rsidRPr="000B4069">
        <w:rPr>
          <w:rFonts w:ascii="Times New Roman" w:hAnsi="Times New Roman" w:cs="Times New Roman"/>
          <w:sz w:val="28"/>
          <w:szCs w:val="28"/>
        </w:rPr>
        <w:t xml:space="preserve"> ngày, thư</w:t>
      </w:r>
      <w:r w:rsidRPr="000B4069">
        <w:rPr>
          <w:rFonts w:ascii="Times New Roman" w:hAnsi="Times New Roman" w:cs="Times New Roman"/>
          <w:sz w:val="28"/>
          <w:szCs w:val="28"/>
        </w:rPr>
        <w:t>ờ</w:t>
      </w:r>
      <w:r w:rsidRPr="000B4069">
        <w:rPr>
          <w:rFonts w:ascii="Times New Roman" w:hAnsi="Times New Roman" w:cs="Times New Roman"/>
          <w:sz w:val="28"/>
          <w:szCs w:val="28"/>
        </w:rPr>
        <w:t>ng là 30 ngày] v</w:t>
      </w:r>
      <w:r w:rsidRPr="000B4069">
        <w:rPr>
          <w:rFonts w:ascii="Times New Roman" w:hAnsi="Times New Roman" w:cs="Times New Roman"/>
          <w:sz w:val="28"/>
          <w:szCs w:val="28"/>
        </w:rPr>
        <w:t>ề</w:t>
      </w:r>
      <w:r w:rsidRPr="000B4069">
        <w:rPr>
          <w:rFonts w:ascii="Times New Roman" w:hAnsi="Times New Roman" w:cs="Times New Roman"/>
          <w:sz w:val="28"/>
          <w:szCs w:val="28"/>
        </w:rPr>
        <w:t xml:space="preserve"> vi</w:t>
      </w:r>
      <w:r w:rsidRPr="000B4069">
        <w:rPr>
          <w:rFonts w:ascii="Times New Roman" w:hAnsi="Times New Roman" w:cs="Times New Roman"/>
          <w:sz w:val="28"/>
          <w:szCs w:val="28"/>
        </w:rPr>
        <w:t>ệ</w:t>
      </w:r>
      <w:r w:rsidRPr="000B4069">
        <w:rPr>
          <w:rFonts w:ascii="Times New Roman" w:hAnsi="Times New Roman" w:cs="Times New Roman"/>
          <w:sz w:val="28"/>
          <w:szCs w:val="28"/>
        </w:rPr>
        <w:t>c ng</w:t>
      </w:r>
      <w:r w:rsidRPr="000B4069">
        <w:rPr>
          <w:rFonts w:ascii="Times New Roman" w:hAnsi="Times New Roman" w:cs="Times New Roman"/>
          <w:sz w:val="28"/>
          <w:szCs w:val="28"/>
        </w:rPr>
        <w:t>ừ</w:t>
      </w:r>
      <w:r w:rsidRPr="000B4069">
        <w:rPr>
          <w:rFonts w:ascii="Times New Roman" w:hAnsi="Times New Roman" w:cs="Times New Roman"/>
          <w:sz w:val="28"/>
          <w:szCs w:val="28"/>
        </w:rPr>
        <w:t>ng thuê. B</w:t>
      </w:r>
      <w:r w:rsidRPr="000B4069">
        <w:rPr>
          <w:rFonts w:ascii="Times New Roman" w:hAnsi="Times New Roman" w:cs="Times New Roman"/>
          <w:sz w:val="28"/>
          <w:szCs w:val="28"/>
        </w:rPr>
        <w:t>ằ</w:t>
      </w:r>
      <w:r w:rsidRPr="000B4069">
        <w:rPr>
          <w:rFonts w:ascii="Times New Roman" w:hAnsi="Times New Roman" w:cs="Times New Roman"/>
          <w:sz w:val="28"/>
          <w:szCs w:val="28"/>
        </w:rPr>
        <w:t>ng văn b</w:t>
      </w:r>
      <w:r w:rsidRPr="000B4069">
        <w:rPr>
          <w:rFonts w:ascii="Times New Roman" w:hAnsi="Times New Roman" w:cs="Times New Roman"/>
          <w:sz w:val="28"/>
          <w:szCs w:val="28"/>
        </w:rPr>
        <w:t>ả</w:t>
      </w:r>
      <w:r w:rsidRPr="000B4069">
        <w:rPr>
          <w:rFonts w:ascii="Times New Roman" w:hAnsi="Times New Roman" w:cs="Times New Roman"/>
          <w:sz w:val="28"/>
          <w:szCs w:val="28"/>
        </w:rPr>
        <w:t>n này, chúng tôi th</w:t>
      </w:r>
      <w:r w:rsidRPr="000B4069">
        <w:rPr>
          <w:rFonts w:ascii="Times New Roman" w:hAnsi="Times New Roman" w:cs="Times New Roman"/>
          <w:sz w:val="28"/>
          <w:szCs w:val="28"/>
        </w:rPr>
        <w:t>ự</w:t>
      </w:r>
      <w:r w:rsidRPr="000B4069">
        <w:rPr>
          <w:rFonts w:ascii="Times New Roman" w:hAnsi="Times New Roman" w:cs="Times New Roman"/>
          <w:sz w:val="28"/>
          <w:szCs w:val="28"/>
        </w:rPr>
        <w:t>c hi</w:t>
      </w:r>
      <w:r w:rsidRPr="000B4069">
        <w:rPr>
          <w:rFonts w:ascii="Times New Roman" w:hAnsi="Times New Roman" w:cs="Times New Roman"/>
          <w:sz w:val="28"/>
          <w:szCs w:val="28"/>
        </w:rPr>
        <w:t>ệ</w:t>
      </w:r>
      <w:r w:rsidRPr="000B4069">
        <w:rPr>
          <w:rFonts w:ascii="Times New Roman" w:hAnsi="Times New Roman" w:cs="Times New Roman"/>
          <w:sz w:val="28"/>
          <w:szCs w:val="28"/>
        </w:rPr>
        <w:t>n đúng nghĩa v</w:t>
      </w:r>
      <w:r w:rsidRPr="000B4069">
        <w:rPr>
          <w:rFonts w:ascii="Times New Roman" w:hAnsi="Times New Roman" w:cs="Times New Roman"/>
          <w:sz w:val="28"/>
          <w:szCs w:val="28"/>
        </w:rPr>
        <w:t>ụ</w:t>
      </w:r>
      <w:r w:rsidRPr="000B4069">
        <w:rPr>
          <w:rFonts w:ascii="Times New Roman" w:hAnsi="Times New Roman" w:cs="Times New Roman"/>
          <w:sz w:val="28"/>
          <w:szCs w:val="28"/>
        </w:rPr>
        <w:t xml:space="preserve"> thông báo theo quy đ</w:t>
      </w:r>
      <w:r w:rsidRPr="000B4069">
        <w:rPr>
          <w:rFonts w:ascii="Times New Roman" w:hAnsi="Times New Roman" w:cs="Times New Roman"/>
          <w:sz w:val="28"/>
          <w:szCs w:val="28"/>
        </w:rPr>
        <w:t>ị</w:t>
      </w:r>
      <w:r w:rsidRPr="000B4069">
        <w:rPr>
          <w:rFonts w:ascii="Times New Roman" w:hAnsi="Times New Roman" w:cs="Times New Roman"/>
          <w:sz w:val="28"/>
          <w:szCs w:val="28"/>
        </w:rPr>
        <w:t>nh trong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đ</w:t>
      </w:r>
      <w:r w:rsidRPr="000B4069">
        <w:rPr>
          <w:rFonts w:ascii="Times New Roman" w:hAnsi="Times New Roman" w:cs="Times New Roman"/>
          <w:sz w:val="28"/>
          <w:szCs w:val="28"/>
        </w:rPr>
        <w:t>ồ</w:t>
      </w:r>
      <w:r w:rsidRPr="000B4069">
        <w:rPr>
          <w:rFonts w:ascii="Times New Roman" w:hAnsi="Times New Roman" w:cs="Times New Roman"/>
          <w:sz w:val="28"/>
          <w:szCs w:val="28"/>
        </w:rPr>
        <w:t>ng.</w:t>
      </w:r>
      <w:r w:rsidRPr="000B4069">
        <w:rPr>
          <w:rFonts w:ascii="Times New Roman" w:hAnsi="Times New Roman" w:cs="Times New Roman"/>
          <w:sz w:val="28"/>
          <w:szCs w:val="28"/>
        </w:rPr>
        <w:br/>
      </w:r>
      <w:r w:rsidRPr="000B4069">
        <w:rPr>
          <w:rFonts w:ascii="Times New Roman" w:hAnsi="Times New Roman" w:cs="Times New Roman"/>
          <w:sz w:val="28"/>
          <w:szCs w:val="28"/>
        </w:rPr>
        <w:br/>
        <w:t>Chúng tôi cam k</w:t>
      </w:r>
      <w:r w:rsidRPr="000B4069">
        <w:rPr>
          <w:rFonts w:ascii="Times New Roman" w:hAnsi="Times New Roman" w:cs="Times New Roman"/>
          <w:sz w:val="28"/>
          <w:szCs w:val="28"/>
        </w:rPr>
        <w:t>ế</w:t>
      </w:r>
      <w:r w:rsidRPr="000B4069">
        <w:rPr>
          <w:rFonts w:ascii="Times New Roman" w:hAnsi="Times New Roman" w:cs="Times New Roman"/>
          <w:sz w:val="28"/>
          <w:szCs w:val="28"/>
        </w:rPr>
        <w:t>t s</w:t>
      </w:r>
      <w:r w:rsidRPr="000B4069">
        <w:rPr>
          <w:rFonts w:ascii="Times New Roman" w:hAnsi="Times New Roman" w:cs="Times New Roman"/>
          <w:sz w:val="28"/>
          <w:szCs w:val="28"/>
        </w:rPr>
        <w:t>ẽ</w:t>
      </w:r>
      <w:r w:rsidRPr="000B4069">
        <w:rPr>
          <w:rFonts w:ascii="Times New Roman" w:hAnsi="Times New Roman" w:cs="Times New Roman"/>
          <w:sz w:val="28"/>
          <w:szCs w:val="28"/>
        </w:rPr>
        <w:t>:</w:t>
      </w:r>
      <w:r w:rsidRPr="000B4069">
        <w:rPr>
          <w:rFonts w:ascii="Times New Roman" w:hAnsi="Times New Roman" w:cs="Times New Roman"/>
          <w:sz w:val="28"/>
          <w:szCs w:val="28"/>
        </w:rPr>
        <w:br/>
        <w:t>- Bàn giao m</w:t>
      </w:r>
      <w:r w:rsidRPr="000B4069">
        <w:rPr>
          <w:rFonts w:ascii="Times New Roman" w:hAnsi="Times New Roman" w:cs="Times New Roman"/>
          <w:sz w:val="28"/>
          <w:szCs w:val="28"/>
        </w:rPr>
        <w:t>ặ</w:t>
      </w:r>
      <w:r w:rsidRPr="000B4069">
        <w:rPr>
          <w:rFonts w:ascii="Times New Roman" w:hAnsi="Times New Roman" w:cs="Times New Roman"/>
          <w:sz w:val="28"/>
          <w:szCs w:val="28"/>
        </w:rPr>
        <w:t>t b</w:t>
      </w:r>
      <w:r w:rsidRPr="000B4069">
        <w:rPr>
          <w:rFonts w:ascii="Times New Roman" w:hAnsi="Times New Roman" w:cs="Times New Roman"/>
          <w:sz w:val="28"/>
          <w:szCs w:val="28"/>
        </w:rPr>
        <w:t>ằ</w:t>
      </w:r>
      <w:r w:rsidRPr="000B4069">
        <w:rPr>
          <w:rFonts w:ascii="Times New Roman" w:hAnsi="Times New Roman" w:cs="Times New Roman"/>
          <w:sz w:val="28"/>
          <w:szCs w:val="28"/>
        </w:rPr>
        <w:t>ng đúng th</w:t>
      </w:r>
      <w:r w:rsidRPr="000B4069">
        <w:rPr>
          <w:rFonts w:ascii="Times New Roman" w:hAnsi="Times New Roman" w:cs="Times New Roman"/>
          <w:sz w:val="28"/>
          <w:szCs w:val="28"/>
        </w:rPr>
        <w:t>ờ</w:t>
      </w:r>
      <w:r w:rsidRPr="000B4069">
        <w:rPr>
          <w:rFonts w:ascii="Times New Roman" w:hAnsi="Times New Roman" w:cs="Times New Roman"/>
          <w:sz w:val="28"/>
          <w:szCs w:val="28"/>
        </w:rPr>
        <w:t>i gian quy đ</w:t>
      </w:r>
      <w:r w:rsidRPr="000B4069">
        <w:rPr>
          <w:rFonts w:ascii="Times New Roman" w:hAnsi="Times New Roman" w:cs="Times New Roman"/>
          <w:sz w:val="28"/>
          <w:szCs w:val="28"/>
        </w:rPr>
        <w:t>ị</w:t>
      </w:r>
      <w:r w:rsidRPr="000B4069">
        <w:rPr>
          <w:rFonts w:ascii="Times New Roman" w:hAnsi="Times New Roman" w:cs="Times New Roman"/>
          <w:sz w:val="28"/>
          <w:szCs w:val="28"/>
        </w:rPr>
        <w:t>nh</w:t>
      </w:r>
      <w:r w:rsidRPr="000B4069">
        <w:rPr>
          <w:rFonts w:ascii="Times New Roman" w:hAnsi="Times New Roman" w:cs="Times New Roman"/>
          <w:sz w:val="28"/>
          <w:szCs w:val="28"/>
        </w:rPr>
        <w:br/>
        <w:t>- Thanh toán đ</w:t>
      </w:r>
      <w:r w:rsidRPr="000B4069">
        <w:rPr>
          <w:rFonts w:ascii="Times New Roman" w:hAnsi="Times New Roman" w:cs="Times New Roman"/>
          <w:sz w:val="28"/>
          <w:szCs w:val="28"/>
        </w:rPr>
        <w:t>ầ</w:t>
      </w:r>
      <w:r w:rsidRPr="000B4069">
        <w:rPr>
          <w:rFonts w:ascii="Times New Roman" w:hAnsi="Times New Roman" w:cs="Times New Roman"/>
          <w:sz w:val="28"/>
          <w:szCs w:val="28"/>
        </w:rPr>
        <w:t>y đ</w:t>
      </w:r>
      <w:r w:rsidRPr="000B4069">
        <w:rPr>
          <w:rFonts w:ascii="Times New Roman" w:hAnsi="Times New Roman" w:cs="Times New Roman"/>
          <w:sz w:val="28"/>
          <w:szCs w:val="28"/>
        </w:rPr>
        <w:t>ủ</w:t>
      </w:r>
      <w:r w:rsidRPr="000B4069">
        <w:rPr>
          <w:rFonts w:ascii="Times New Roman" w:hAnsi="Times New Roman" w:cs="Times New Roman"/>
          <w:sz w:val="28"/>
          <w:szCs w:val="28"/>
        </w:rPr>
        <w:t xml:space="preserve"> các</w:t>
      </w:r>
      <w:r w:rsidRPr="000B4069">
        <w:rPr>
          <w:rFonts w:ascii="Times New Roman" w:hAnsi="Times New Roman" w:cs="Times New Roman"/>
          <w:sz w:val="28"/>
          <w:szCs w:val="28"/>
        </w:rPr>
        <w:t xml:space="preserve"> kho</w:t>
      </w:r>
      <w:r w:rsidRPr="000B4069">
        <w:rPr>
          <w:rFonts w:ascii="Times New Roman" w:hAnsi="Times New Roman" w:cs="Times New Roman"/>
          <w:sz w:val="28"/>
          <w:szCs w:val="28"/>
        </w:rPr>
        <w:t>ả</w:t>
      </w:r>
      <w:r w:rsidRPr="000B4069">
        <w:rPr>
          <w:rFonts w:ascii="Times New Roman" w:hAnsi="Times New Roman" w:cs="Times New Roman"/>
          <w:sz w:val="28"/>
          <w:szCs w:val="28"/>
        </w:rPr>
        <w:t>n chi phí còn l</w:t>
      </w:r>
      <w:r w:rsidRPr="000B4069">
        <w:rPr>
          <w:rFonts w:ascii="Times New Roman" w:hAnsi="Times New Roman" w:cs="Times New Roman"/>
          <w:sz w:val="28"/>
          <w:szCs w:val="28"/>
        </w:rPr>
        <w:t>ạ</w:t>
      </w:r>
      <w:r w:rsidRPr="000B4069">
        <w:rPr>
          <w:rFonts w:ascii="Times New Roman" w:hAnsi="Times New Roman" w:cs="Times New Roman"/>
          <w:sz w:val="28"/>
          <w:szCs w:val="28"/>
        </w:rPr>
        <w:t>i (n</w:t>
      </w:r>
      <w:r w:rsidRPr="000B4069">
        <w:rPr>
          <w:rFonts w:ascii="Times New Roman" w:hAnsi="Times New Roman" w:cs="Times New Roman"/>
          <w:sz w:val="28"/>
          <w:szCs w:val="28"/>
        </w:rPr>
        <w:t>ế</w:t>
      </w:r>
      <w:r w:rsidRPr="000B4069">
        <w:rPr>
          <w:rFonts w:ascii="Times New Roman" w:hAnsi="Times New Roman" w:cs="Times New Roman"/>
          <w:sz w:val="28"/>
          <w:szCs w:val="28"/>
        </w:rPr>
        <w:t>u có)</w:t>
      </w:r>
      <w:r w:rsidRPr="000B4069">
        <w:rPr>
          <w:rFonts w:ascii="Times New Roman" w:hAnsi="Times New Roman" w:cs="Times New Roman"/>
          <w:sz w:val="28"/>
          <w:szCs w:val="28"/>
        </w:rPr>
        <w:br/>
        <w:t>- Ph</w:t>
      </w:r>
      <w:r w:rsidRPr="000B4069">
        <w:rPr>
          <w:rFonts w:ascii="Times New Roman" w:hAnsi="Times New Roman" w:cs="Times New Roman"/>
          <w:sz w:val="28"/>
          <w:szCs w:val="28"/>
        </w:rPr>
        <w:t>ố</w:t>
      </w:r>
      <w:r w:rsidRPr="000B4069">
        <w:rPr>
          <w:rFonts w:ascii="Times New Roman" w:hAnsi="Times New Roman" w:cs="Times New Roman"/>
          <w:sz w:val="28"/>
          <w:szCs w:val="28"/>
        </w:rPr>
        <w:t>i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ki</w:t>
      </w:r>
      <w:r w:rsidRPr="000B4069">
        <w:rPr>
          <w:rFonts w:ascii="Times New Roman" w:hAnsi="Times New Roman" w:cs="Times New Roman"/>
          <w:sz w:val="28"/>
          <w:szCs w:val="28"/>
        </w:rPr>
        <w:t>ể</w:t>
      </w:r>
      <w:r w:rsidRPr="000B4069">
        <w:rPr>
          <w:rFonts w:ascii="Times New Roman" w:hAnsi="Times New Roman" w:cs="Times New Roman"/>
          <w:sz w:val="28"/>
          <w:szCs w:val="28"/>
        </w:rPr>
        <w:t>m tra hi</w:t>
      </w:r>
      <w:r w:rsidRPr="000B4069">
        <w:rPr>
          <w:rFonts w:ascii="Times New Roman" w:hAnsi="Times New Roman" w:cs="Times New Roman"/>
          <w:sz w:val="28"/>
          <w:szCs w:val="28"/>
        </w:rPr>
        <w:t>ệ</w:t>
      </w:r>
      <w:r w:rsidRPr="000B4069">
        <w:rPr>
          <w:rFonts w:ascii="Times New Roman" w:hAnsi="Times New Roman" w:cs="Times New Roman"/>
          <w:sz w:val="28"/>
          <w:szCs w:val="28"/>
        </w:rPr>
        <w:t>n tr</w:t>
      </w:r>
      <w:r w:rsidRPr="000B4069">
        <w:rPr>
          <w:rFonts w:ascii="Times New Roman" w:hAnsi="Times New Roman" w:cs="Times New Roman"/>
          <w:sz w:val="28"/>
          <w:szCs w:val="28"/>
        </w:rPr>
        <w:t>ạ</w:t>
      </w:r>
      <w:r w:rsidRPr="000B4069">
        <w:rPr>
          <w:rFonts w:ascii="Times New Roman" w:hAnsi="Times New Roman" w:cs="Times New Roman"/>
          <w:sz w:val="28"/>
          <w:szCs w:val="28"/>
        </w:rPr>
        <w:t>ng văn phòng và th</w:t>
      </w:r>
      <w:r w:rsidRPr="000B4069">
        <w:rPr>
          <w:rFonts w:ascii="Times New Roman" w:hAnsi="Times New Roman" w:cs="Times New Roman"/>
          <w:sz w:val="28"/>
          <w:szCs w:val="28"/>
        </w:rPr>
        <w:t>ự</w:t>
      </w:r>
      <w:r w:rsidRPr="000B4069">
        <w:rPr>
          <w:rFonts w:ascii="Times New Roman" w:hAnsi="Times New Roman" w:cs="Times New Roman"/>
          <w:sz w:val="28"/>
          <w:szCs w:val="28"/>
        </w:rPr>
        <w:t>c hi</w:t>
      </w:r>
      <w:r w:rsidRPr="000B4069">
        <w:rPr>
          <w:rFonts w:ascii="Times New Roman" w:hAnsi="Times New Roman" w:cs="Times New Roman"/>
          <w:sz w:val="28"/>
          <w:szCs w:val="28"/>
        </w:rPr>
        <w:t>ệ</w:t>
      </w:r>
      <w:r w:rsidRPr="000B4069">
        <w:rPr>
          <w:rFonts w:ascii="Times New Roman" w:hAnsi="Times New Roman" w:cs="Times New Roman"/>
          <w:sz w:val="28"/>
          <w:szCs w:val="28"/>
        </w:rPr>
        <w:t>n các th</w:t>
      </w:r>
      <w:r w:rsidRPr="000B4069">
        <w:rPr>
          <w:rFonts w:ascii="Times New Roman" w:hAnsi="Times New Roman" w:cs="Times New Roman"/>
          <w:sz w:val="28"/>
          <w:szCs w:val="28"/>
        </w:rPr>
        <w:t>ủ</w:t>
      </w:r>
      <w:r w:rsidRPr="000B4069">
        <w:rPr>
          <w:rFonts w:ascii="Times New Roman" w:hAnsi="Times New Roman" w:cs="Times New Roman"/>
          <w:sz w:val="28"/>
          <w:szCs w:val="28"/>
        </w:rPr>
        <w:t xml:space="preserve"> t</w:t>
      </w:r>
      <w:r w:rsidRPr="000B4069">
        <w:rPr>
          <w:rFonts w:ascii="Times New Roman" w:hAnsi="Times New Roman" w:cs="Times New Roman"/>
          <w:sz w:val="28"/>
          <w:szCs w:val="28"/>
        </w:rPr>
        <w:t>ụ</w:t>
      </w:r>
      <w:r w:rsidRPr="000B4069">
        <w:rPr>
          <w:rFonts w:ascii="Times New Roman" w:hAnsi="Times New Roman" w:cs="Times New Roman"/>
          <w:sz w:val="28"/>
          <w:szCs w:val="28"/>
        </w:rPr>
        <w:t>c thanh lý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đ</w:t>
      </w:r>
      <w:r w:rsidRPr="000B4069">
        <w:rPr>
          <w:rFonts w:ascii="Times New Roman" w:hAnsi="Times New Roman" w:cs="Times New Roman"/>
          <w:sz w:val="28"/>
          <w:szCs w:val="28"/>
        </w:rPr>
        <w:t>ồ</w:t>
      </w:r>
      <w:r w:rsidRPr="000B4069">
        <w:rPr>
          <w:rFonts w:ascii="Times New Roman" w:hAnsi="Times New Roman" w:cs="Times New Roman"/>
          <w:sz w:val="28"/>
          <w:szCs w:val="28"/>
        </w:rPr>
        <w:t>ng</w:t>
      </w:r>
      <w:r w:rsidRPr="000B4069">
        <w:rPr>
          <w:rFonts w:ascii="Times New Roman" w:hAnsi="Times New Roman" w:cs="Times New Roman"/>
          <w:sz w:val="28"/>
          <w:szCs w:val="28"/>
        </w:rPr>
        <w:br/>
      </w:r>
      <w:r w:rsidRPr="000B4069">
        <w:rPr>
          <w:rFonts w:ascii="Times New Roman" w:hAnsi="Times New Roman" w:cs="Times New Roman"/>
          <w:sz w:val="28"/>
          <w:szCs w:val="28"/>
        </w:rPr>
        <w:br/>
        <w:t>R</w:t>
      </w:r>
      <w:r w:rsidRPr="000B4069">
        <w:rPr>
          <w:rFonts w:ascii="Times New Roman" w:hAnsi="Times New Roman" w:cs="Times New Roman"/>
          <w:sz w:val="28"/>
          <w:szCs w:val="28"/>
        </w:rPr>
        <w:t>ấ</w:t>
      </w:r>
      <w:r w:rsidRPr="000B4069">
        <w:rPr>
          <w:rFonts w:ascii="Times New Roman" w:hAnsi="Times New Roman" w:cs="Times New Roman"/>
          <w:sz w:val="28"/>
          <w:szCs w:val="28"/>
        </w:rPr>
        <w:t>t mong quý công ty ph</w:t>
      </w:r>
      <w:r w:rsidRPr="000B4069">
        <w:rPr>
          <w:rFonts w:ascii="Times New Roman" w:hAnsi="Times New Roman" w:cs="Times New Roman"/>
          <w:sz w:val="28"/>
          <w:szCs w:val="28"/>
        </w:rPr>
        <w:t>ố</w:t>
      </w:r>
      <w:r w:rsidRPr="000B4069">
        <w:rPr>
          <w:rFonts w:ascii="Times New Roman" w:hAnsi="Times New Roman" w:cs="Times New Roman"/>
          <w:sz w:val="28"/>
          <w:szCs w:val="28"/>
        </w:rPr>
        <w:t>i h</w:t>
      </w:r>
      <w:r w:rsidRPr="000B4069">
        <w:rPr>
          <w:rFonts w:ascii="Times New Roman" w:hAnsi="Times New Roman" w:cs="Times New Roman"/>
          <w:sz w:val="28"/>
          <w:szCs w:val="28"/>
        </w:rPr>
        <w:t>ợ</w:t>
      </w:r>
      <w:r w:rsidRPr="000B4069">
        <w:rPr>
          <w:rFonts w:ascii="Times New Roman" w:hAnsi="Times New Roman" w:cs="Times New Roman"/>
          <w:sz w:val="28"/>
          <w:szCs w:val="28"/>
        </w:rPr>
        <w:t>p đ</w:t>
      </w:r>
      <w:r w:rsidRPr="000B4069">
        <w:rPr>
          <w:rFonts w:ascii="Times New Roman" w:hAnsi="Times New Roman" w:cs="Times New Roman"/>
          <w:sz w:val="28"/>
          <w:szCs w:val="28"/>
        </w:rPr>
        <w:t>ể</w:t>
      </w:r>
      <w:r w:rsidRPr="000B4069">
        <w:rPr>
          <w:rFonts w:ascii="Times New Roman" w:hAnsi="Times New Roman" w:cs="Times New Roman"/>
          <w:sz w:val="28"/>
          <w:szCs w:val="28"/>
        </w:rPr>
        <w:t xml:space="preserve"> vi</w:t>
      </w:r>
      <w:r w:rsidRPr="000B4069">
        <w:rPr>
          <w:rFonts w:ascii="Times New Roman" w:hAnsi="Times New Roman" w:cs="Times New Roman"/>
          <w:sz w:val="28"/>
          <w:szCs w:val="28"/>
        </w:rPr>
        <w:t>ệ</w:t>
      </w:r>
      <w:r w:rsidRPr="000B4069">
        <w:rPr>
          <w:rFonts w:ascii="Times New Roman" w:hAnsi="Times New Roman" w:cs="Times New Roman"/>
          <w:sz w:val="28"/>
          <w:szCs w:val="28"/>
        </w:rPr>
        <w:t>c bàn giao di</w:t>
      </w:r>
      <w:r w:rsidRPr="000B4069">
        <w:rPr>
          <w:rFonts w:ascii="Times New Roman" w:hAnsi="Times New Roman" w:cs="Times New Roman"/>
          <w:sz w:val="28"/>
          <w:szCs w:val="28"/>
        </w:rPr>
        <w:t>ễ</w:t>
      </w:r>
      <w:r w:rsidRPr="000B4069">
        <w:rPr>
          <w:rFonts w:ascii="Times New Roman" w:hAnsi="Times New Roman" w:cs="Times New Roman"/>
          <w:sz w:val="28"/>
          <w:szCs w:val="28"/>
        </w:rPr>
        <w:t>n ra suôn s</w:t>
      </w:r>
      <w:r w:rsidRPr="000B4069">
        <w:rPr>
          <w:rFonts w:ascii="Times New Roman" w:hAnsi="Times New Roman" w:cs="Times New Roman"/>
          <w:sz w:val="28"/>
          <w:szCs w:val="28"/>
        </w:rPr>
        <w:t>ẻ</w:t>
      </w:r>
      <w:r w:rsidRPr="000B4069">
        <w:rPr>
          <w:rFonts w:ascii="Times New Roman" w:hAnsi="Times New Roman" w:cs="Times New Roman"/>
          <w:sz w:val="28"/>
          <w:szCs w:val="28"/>
        </w:rPr>
        <w:t xml:space="preserve"> và đúng </w:t>
      </w:r>
      <w:r w:rsidRPr="000B4069">
        <w:rPr>
          <w:rFonts w:ascii="Times New Roman" w:hAnsi="Times New Roman" w:cs="Times New Roman"/>
          <w:sz w:val="28"/>
          <w:szCs w:val="28"/>
        </w:rPr>
        <w:lastRenderedPageBreak/>
        <w:t>quy trình.</w:t>
      </w:r>
      <w:r w:rsidRPr="000B4069">
        <w:rPr>
          <w:rFonts w:ascii="Times New Roman" w:hAnsi="Times New Roman" w:cs="Times New Roman"/>
          <w:sz w:val="28"/>
          <w:szCs w:val="28"/>
        </w:rPr>
        <w:br/>
      </w:r>
      <w:r w:rsidRPr="000B4069">
        <w:rPr>
          <w:rFonts w:ascii="Times New Roman" w:hAnsi="Times New Roman" w:cs="Times New Roman"/>
          <w:sz w:val="28"/>
          <w:szCs w:val="28"/>
        </w:rPr>
        <w:br/>
        <w:t>Trân tr</w:t>
      </w:r>
      <w:r w:rsidRPr="000B4069">
        <w:rPr>
          <w:rFonts w:ascii="Times New Roman" w:hAnsi="Times New Roman" w:cs="Times New Roman"/>
          <w:sz w:val="28"/>
          <w:szCs w:val="28"/>
        </w:rPr>
        <w:t>ọ</w:t>
      </w:r>
      <w:r w:rsidRPr="000B4069">
        <w:rPr>
          <w:rFonts w:ascii="Times New Roman" w:hAnsi="Times New Roman" w:cs="Times New Roman"/>
          <w:sz w:val="28"/>
          <w:szCs w:val="28"/>
        </w:rPr>
        <w:t>ng c</w:t>
      </w:r>
      <w:r w:rsidRPr="000B4069">
        <w:rPr>
          <w:rFonts w:ascii="Times New Roman" w:hAnsi="Times New Roman" w:cs="Times New Roman"/>
          <w:sz w:val="28"/>
          <w:szCs w:val="28"/>
        </w:rPr>
        <w:t>ả</w:t>
      </w:r>
      <w:r w:rsidRPr="000B4069">
        <w:rPr>
          <w:rFonts w:ascii="Times New Roman" w:hAnsi="Times New Roman" w:cs="Times New Roman"/>
          <w:sz w:val="28"/>
          <w:szCs w:val="28"/>
        </w:rPr>
        <w:t>m ơn!</w:t>
      </w:r>
      <w:r w:rsidRPr="000B4069">
        <w:rPr>
          <w:rFonts w:ascii="Times New Roman" w:hAnsi="Times New Roman" w:cs="Times New Roman"/>
          <w:sz w:val="28"/>
          <w:szCs w:val="28"/>
        </w:rPr>
        <w:br/>
      </w:r>
    </w:p>
    <w:p w:rsidR="00E123FB" w:rsidRPr="000B4069" w:rsidRDefault="000B4069" w:rsidP="000B406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4069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0B4069">
        <w:rPr>
          <w:rFonts w:ascii="Times New Roman" w:hAnsi="Times New Roman" w:cs="Times New Roman"/>
          <w:b/>
          <w:sz w:val="28"/>
          <w:szCs w:val="28"/>
        </w:rPr>
        <w:t>Ạ</w:t>
      </w:r>
      <w:r w:rsidRPr="000B4069">
        <w:rPr>
          <w:rFonts w:ascii="Times New Roman" w:hAnsi="Times New Roman" w:cs="Times New Roman"/>
          <w:b/>
          <w:sz w:val="28"/>
          <w:szCs w:val="28"/>
        </w:rPr>
        <w:t>I DI</w:t>
      </w:r>
      <w:r w:rsidRPr="000B4069">
        <w:rPr>
          <w:rFonts w:ascii="Times New Roman" w:hAnsi="Times New Roman" w:cs="Times New Roman"/>
          <w:b/>
          <w:sz w:val="28"/>
          <w:szCs w:val="28"/>
        </w:rPr>
        <w:t>Ệ</w:t>
      </w:r>
      <w:r w:rsidRPr="000B4069">
        <w:rPr>
          <w:rFonts w:ascii="Times New Roman" w:hAnsi="Times New Roman" w:cs="Times New Roman"/>
          <w:b/>
          <w:sz w:val="28"/>
          <w:szCs w:val="28"/>
        </w:rPr>
        <w:t>N BÊN THUÊ</w:t>
      </w:r>
    </w:p>
    <w:p w:rsidR="00E123FB" w:rsidRPr="000B4069" w:rsidRDefault="000B4069" w:rsidP="000B40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</w:t>
      </w:r>
      <w:r w:rsidRPr="000B4069">
        <w:rPr>
          <w:rFonts w:ascii="Times New Roman" w:hAnsi="Times New Roman" w:cs="Times New Roman"/>
          <w:b/>
          <w:sz w:val="28"/>
          <w:szCs w:val="28"/>
        </w:rPr>
        <w:t>[Tên ngư</w:t>
      </w:r>
      <w:r w:rsidRPr="000B4069">
        <w:rPr>
          <w:rFonts w:ascii="Times New Roman" w:hAnsi="Times New Roman" w:cs="Times New Roman"/>
          <w:b/>
          <w:sz w:val="28"/>
          <w:szCs w:val="28"/>
        </w:rPr>
        <w:t>ờ</w:t>
      </w:r>
      <w:r w:rsidRPr="000B4069">
        <w:rPr>
          <w:rFonts w:ascii="Times New Roman" w:hAnsi="Times New Roman" w:cs="Times New Roman"/>
          <w:b/>
          <w:sz w:val="28"/>
          <w:szCs w:val="28"/>
        </w:rPr>
        <w:t>i đ</w:t>
      </w:r>
      <w:r w:rsidRPr="000B4069">
        <w:rPr>
          <w:rFonts w:ascii="Times New Roman" w:hAnsi="Times New Roman" w:cs="Times New Roman"/>
          <w:b/>
          <w:sz w:val="28"/>
          <w:szCs w:val="28"/>
        </w:rPr>
        <w:t>ạ</w:t>
      </w:r>
      <w:r w:rsidRPr="000B4069">
        <w:rPr>
          <w:rFonts w:ascii="Times New Roman" w:hAnsi="Times New Roman" w:cs="Times New Roman"/>
          <w:b/>
          <w:sz w:val="28"/>
          <w:szCs w:val="28"/>
        </w:rPr>
        <w:t>i di</w:t>
      </w:r>
      <w:r w:rsidRPr="000B4069">
        <w:rPr>
          <w:rFonts w:ascii="Times New Roman" w:hAnsi="Times New Roman" w:cs="Times New Roman"/>
          <w:b/>
          <w:sz w:val="28"/>
          <w:szCs w:val="28"/>
        </w:rPr>
        <w:t>ệ</w:t>
      </w:r>
      <w:r w:rsidRPr="000B4069">
        <w:rPr>
          <w:rFonts w:ascii="Times New Roman" w:hAnsi="Times New Roman" w:cs="Times New Roman"/>
          <w:b/>
          <w:sz w:val="28"/>
          <w:szCs w:val="28"/>
        </w:rPr>
        <w:t>n]</w:t>
      </w:r>
    </w:p>
    <w:p w:rsidR="00E123FB" w:rsidRPr="000B4069" w:rsidRDefault="000B4069" w:rsidP="000B40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</w:t>
      </w:r>
      <w:bookmarkStart w:id="0" w:name="_GoBack"/>
      <w:bookmarkEnd w:id="0"/>
      <w:r w:rsidRPr="000B4069">
        <w:rPr>
          <w:rFonts w:ascii="Times New Roman" w:hAnsi="Times New Roman" w:cs="Times New Roman"/>
          <w:b/>
          <w:sz w:val="28"/>
          <w:szCs w:val="28"/>
        </w:rPr>
        <w:t>Ch</w:t>
      </w:r>
      <w:r w:rsidRPr="000B4069">
        <w:rPr>
          <w:rFonts w:ascii="Times New Roman" w:hAnsi="Times New Roman" w:cs="Times New Roman"/>
          <w:b/>
          <w:sz w:val="28"/>
          <w:szCs w:val="28"/>
        </w:rPr>
        <w:t>ứ</w:t>
      </w:r>
      <w:r w:rsidRPr="000B4069">
        <w:rPr>
          <w:rFonts w:ascii="Times New Roman" w:hAnsi="Times New Roman" w:cs="Times New Roman"/>
          <w:b/>
          <w:sz w:val="28"/>
          <w:szCs w:val="28"/>
        </w:rPr>
        <w:t>c v</w:t>
      </w:r>
      <w:r w:rsidRPr="000B4069">
        <w:rPr>
          <w:rFonts w:ascii="Times New Roman" w:hAnsi="Times New Roman" w:cs="Times New Roman"/>
          <w:b/>
          <w:sz w:val="28"/>
          <w:szCs w:val="28"/>
        </w:rPr>
        <w:t>ụ</w:t>
      </w:r>
      <w:r w:rsidRPr="000B4069">
        <w:rPr>
          <w:rFonts w:ascii="Times New Roman" w:hAnsi="Times New Roman" w:cs="Times New Roman"/>
          <w:b/>
          <w:sz w:val="28"/>
          <w:szCs w:val="28"/>
        </w:rPr>
        <w:t>: [Ch</w:t>
      </w:r>
      <w:r w:rsidRPr="000B4069">
        <w:rPr>
          <w:rFonts w:ascii="Times New Roman" w:hAnsi="Times New Roman" w:cs="Times New Roman"/>
          <w:b/>
          <w:sz w:val="28"/>
          <w:szCs w:val="28"/>
        </w:rPr>
        <w:t>ứ</w:t>
      </w:r>
      <w:r w:rsidRPr="000B4069">
        <w:rPr>
          <w:rFonts w:ascii="Times New Roman" w:hAnsi="Times New Roman" w:cs="Times New Roman"/>
          <w:b/>
          <w:sz w:val="28"/>
          <w:szCs w:val="28"/>
        </w:rPr>
        <w:t>c v</w:t>
      </w:r>
      <w:r w:rsidRPr="000B4069">
        <w:rPr>
          <w:rFonts w:ascii="Times New Roman" w:hAnsi="Times New Roman" w:cs="Times New Roman"/>
          <w:b/>
          <w:sz w:val="28"/>
          <w:szCs w:val="28"/>
        </w:rPr>
        <w:t>ụ</w:t>
      </w:r>
      <w:r w:rsidRPr="000B4069">
        <w:rPr>
          <w:rFonts w:ascii="Times New Roman" w:hAnsi="Times New Roman" w:cs="Times New Roman"/>
          <w:b/>
          <w:sz w:val="28"/>
          <w:szCs w:val="28"/>
        </w:rPr>
        <w:t>]</w:t>
      </w:r>
    </w:p>
    <w:p w:rsidR="00E123FB" w:rsidRPr="000B4069" w:rsidRDefault="000B4069" w:rsidP="000B406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4069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0B4069">
        <w:rPr>
          <w:rFonts w:ascii="Times New Roman" w:hAnsi="Times New Roman" w:cs="Times New Roman"/>
          <w:b/>
          <w:sz w:val="28"/>
          <w:szCs w:val="28"/>
        </w:rPr>
        <w:t>ọ</w:t>
      </w:r>
      <w:r w:rsidRPr="000B4069">
        <w:rPr>
          <w:rFonts w:ascii="Times New Roman" w:hAnsi="Times New Roman" w:cs="Times New Roman"/>
          <w:b/>
          <w:sz w:val="28"/>
          <w:szCs w:val="28"/>
        </w:rPr>
        <w:t xml:space="preserve"> tên, đóng d</w:t>
      </w:r>
      <w:r w:rsidRPr="000B4069">
        <w:rPr>
          <w:rFonts w:ascii="Times New Roman" w:hAnsi="Times New Roman" w:cs="Times New Roman"/>
          <w:b/>
          <w:sz w:val="28"/>
          <w:szCs w:val="28"/>
        </w:rPr>
        <w:t>ấ</w:t>
      </w:r>
      <w:r w:rsidRPr="000B4069">
        <w:rPr>
          <w:rFonts w:ascii="Times New Roman" w:hAnsi="Times New Roman" w:cs="Times New Roman"/>
          <w:b/>
          <w:sz w:val="28"/>
          <w:szCs w:val="28"/>
        </w:rPr>
        <w:t>u n</w:t>
      </w:r>
      <w:r w:rsidRPr="000B4069">
        <w:rPr>
          <w:rFonts w:ascii="Times New Roman" w:hAnsi="Times New Roman" w:cs="Times New Roman"/>
          <w:b/>
          <w:sz w:val="28"/>
          <w:szCs w:val="28"/>
        </w:rPr>
        <w:t>ế</w:t>
      </w:r>
      <w:r w:rsidRPr="000B4069">
        <w:rPr>
          <w:rFonts w:ascii="Times New Roman" w:hAnsi="Times New Roman" w:cs="Times New Roman"/>
          <w:b/>
          <w:sz w:val="28"/>
          <w:szCs w:val="28"/>
        </w:rPr>
        <w:t>u là t</w:t>
      </w:r>
      <w:r w:rsidRPr="000B4069">
        <w:rPr>
          <w:rFonts w:ascii="Times New Roman" w:hAnsi="Times New Roman" w:cs="Times New Roman"/>
          <w:b/>
          <w:sz w:val="28"/>
          <w:szCs w:val="28"/>
        </w:rPr>
        <w:t>ổ</w:t>
      </w:r>
      <w:r w:rsidRPr="000B4069">
        <w:rPr>
          <w:rFonts w:ascii="Times New Roman" w:hAnsi="Times New Roman" w:cs="Times New Roman"/>
          <w:b/>
          <w:sz w:val="28"/>
          <w:szCs w:val="28"/>
        </w:rPr>
        <w:t xml:space="preserve"> ch</w:t>
      </w:r>
      <w:r w:rsidRPr="000B4069">
        <w:rPr>
          <w:rFonts w:ascii="Times New Roman" w:hAnsi="Times New Roman" w:cs="Times New Roman"/>
          <w:b/>
          <w:sz w:val="28"/>
          <w:szCs w:val="28"/>
        </w:rPr>
        <w:t>ứ</w:t>
      </w:r>
      <w:r w:rsidRPr="000B4069">
        <w:rPr>
          <w:rFonts w:ascii="Times New Roman" w:hAnsi="Times New Roman" w:cs="Times New Roman"/>
          <w:b/>
          <w:sz w:val="28"/>
          <w:szCs w:val="28"/>
        </w:rPr>
        <w:t>c)</w:t>
      </w:r>
    </w:p>
    <w:sectPr w:rsidR="00E123FB" w:rsidRPr="000B406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4069"/>
    <w:rsid w:val="0015074B"/>
    <w:rsid w:val="0029639D"/>
    <w:rsid w:val="00326F90"/>
    <w:rsid w:val="00AA1D8D"/>
    <w:rsid w:val="00B47730"/>
    <w:rsid w:val="00CB0664"/>
    <w:rsid w:val="00E123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DB029E8-E457-4010-A01B-F884EDCB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CBF3B1-398C-4AFB-B1AC-832FFDBFA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2025-06-05T08:30:00Z</dcterms:created>
  <dcterms:modified xsi:type="dcterms:W3CDTF">2025-06-05T08:30:00Z</dcterms:modified>
  <cp:category/>
</cp:coreProperties>
</file>