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BEDBC7" w14:textId="5A584345" w:rsidR="005B3F2F" w:rsidRPr="004B1EBE" w:rsidRDefault="004B1EBE" w:rsidP="004B1EBE">
      <w:pPr>
        <w:tabs>
          <w:tab w:val="center" w:pos="6804"/>
        </w:tabs>
        <w:rPr>
          <w:rFonts w:ascii="Times New Roman" w:hAnsi="Times New Roman" w:cs="Times New Roman"/>
          <w:b/>
          <w:bCs/>
          <w:sz w:val="20"/>
          <w:szCs w:val="20"/>
        </w:rPr>
      </w:pPr>
      <w:r w:rsidRPr="004B1EBE">
        <w:rPr>
          <w:rFonts w:ascii="Times New Roman" w:hAnsi="Times New Roman" w:cs="Times New Roman"/>
          <w:b/>
          <w:bCs/>
          <w:sz w:val="20"/>
          <w:szCs w:val="20"/>
        </w:rPr>
        <w:t>CÔNG TY.............</w:t>
      </w:r>
      <w:r>
        <w:rPr>
          <w:rFonts w:ascii="Times New Roman" w:hAnsi="Times New Roman" w:cs="Times New Roman"/>
          <w:b/>
          <w:bCs/>
          <w:sz w:val="20"/>
          <w:szCs w:val="20"/>
        </w:rPr>
        <w:tab/>
      </w:r>
      <w:r w:rsidRPr="004B1EBE">
        <w:rPr>
          <w:rFonts w:ascii="Times New Roman" w:hAnsi="Times New Roman" w:cs="Times New Roman"/>
          <w:b/>
          <w:bCs/>
          <w:sz w:val="20"/>
          <w:szCs w:val="20"/>
        </w:rPr>
        <w:t>C</w:t>
      </w:r>
      <w:r w:rsidRPr="004B1EBE">
        <w:rPr>
          <w:rFonts w:ascii="Times New Roman" w:hAnsi="Times New Roman" w:cs="Times New Roman"/>
          <w:b/>
          <w:bCs/>
          <w:sz w:val="20"/>
          <w:szCs w:val="20"/>
        </w:rPr>
        <w:t>Ộ</w:t>
      </w:r>
      <w:r w:rsidRPr="004B1EBE">
        <w:rPr>
          <w:rFonts w:ascii="Times New Roman" w:hAnsi="Times New Roman" w:cs="Times New Roman"/>
          <w:b/>
          <w:bCs/>
          <w:sz w:val="20"/>
          <w:szCs w:val="20"/>
        </w:rPr>
        <w:t>NG HÒA XÃ H</w:t>
      </w:r>
      <w:r w:rsidRPr="004B1EBE">
        <w:rPr>
          <w:rFonts w:ascii="Times New Roman" w:hAnsi="Times New Roman" w:cs="Times New Roman"/>
          <w:b/>
          <w:bCs/>
          <w:sz w:val="20"/>
          <w:szCs w:val="20"/>
        </w:rPr>
        <w:t>Ộ</w:t>
      </w:r>
      <w:r w:rsidRPr="004B1EBE">
        <w:rPr>
          <w:rFonts w:ascii="Times New Roman" w:hAnsi="Times New Roman" w:cs="Times New Roman"/>
          <w:b/>
          <w:bCs/>
          <w:sz w:val="20"/>
          <w:szCs w:val="20"/>
        </w:rPr>
        <w:t>I CH</w:t>
      </w:r>
      <w:r w:rsidRPr="004B1EBE">
        <w:rPr>
          <w:rFonts w:ascii="Times New Roman" w:hAnsi="Times New Roman" w:cs="Times New Roman"/>
          <w:b/>
          <w:bCs/>
          <w:sz w:val="20"/>
          <w:szCs w:val="20"/>
        </w:rPr>
        <w:t>Ủ</w:t>
      </w:r>
      <w:r w:rsidRPr="004B1EBE">
        <w:rPr>
          <w:rFonts w:ascii="Times New Roman" w:hAnsi="Times New Roman" w:cs="Times New Roman"/>
          <w:b/>
          <w:bCs/>
          <w:sz w:val="20"/>
          <w:szCs w:val="20"/>
        </w:rPr>
        <w:t xml:space="preserve"> NGHĨA VI</w:t>
      </w:r>
      <w:r w:rsidRPr="004B1EBE">
        <w:rPr>
          <w:rFonts w:ascii="Times New Roman" w:hAnsi="Times New Roman" w:cs="Times New Roman"/>
          <w:b/>
          <w:bCs/>
          <w:sz w:val="20"/>
          <w:szCs w:val="20"/>
        </w:rPr>
        <w:t>Ệ</w:t>
      </w:r>
      <w:r w:rsidRPr="004B1EBE">
        <w:rPr>
          <w:rFonts w:ascii="Times New Roman" w:hAnsi="Times New Roman" w:cs="Times New Roman"/>
          <w:b/>
          <w:bCs/>
          <w:sz w:val="20"/>
          <w:szCs w:val="20"/>
        </w:rPr>
        <w:t>T NAM</w:t>
      </w:r>
    </w:p>
    <w:p w14:paraId="63E318B5" w14:textId="567D630A" w:rsidR="005B3F2F" w:rsidRDefault="004B1EBE" w:rsidP="004B1EBE">
      <w:pPr>
        <w:tabs>
          <w:tab w:val="center" w:pos="6521"/>
        </w:tabs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34D5C03" wp14:editId="15956A51">
                <wp:simplePos x="0" y="0"/>
                <wp:positionH relativeFrom="column">
                  <wp:posOffset>3333750</wp:posOffset>
                </wp:positionH>
                <wp:positionV relativeFrom="paragraph">
                  <wp:posOffset>248285</wp:posOffset>
                </wp:positionV>
                <wp:extent cx="1619250" cy="0"/>
                <wp:effectExtent l="38100" t="38100" r="76200" b="95250"/>
                <wp:wrapNone/>
                <wp:docPr id="1088637437" name="Đường nối Thẳng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619250" cy="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EB80921" id="Đường nối Thẳng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62.5pt,19.55pt" to="390pt,19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" strokecolor="black [3200]" strokeweight="2pt">
                <v:shadow on="t" color="black" opacity="24903f" origin=",.5" offset="0,.55556mm"/>
              </v:line>
            </w:pict>
          </mc:Fallback>
        </mc:AlternateContent>
      </w:r>
      <w:r w:rsidRPr="004B1EBE">
        <w:rPr>
          <w:rFonts w:ascii="Times New Roman" w:hAnsi="Times New Roman" w:cs="Times New Roman"/>
          <w:b/>
          <w:bCs/>
          <w:sz w:val="20"/>
          <w:szCs w:val="20"/>
        </w:rPr>
        <w:t>S</w:t>
      </w:r>
      <w:r w:rsidRPr="004B1EBE">
        <w:rPr>
          <w:rFonts w:ascii="Times New Roman" w:hAnsi="Times New Roman" w:cs="Times New Roman"/>
          <w:b/>
          <w:bCs/>
          <w:sz w:val="20"/>
          <w:szCs w:val="20"/>
        </w:rPr>
        <w:t>ố</w:t>
      </w:r>
      <w:r w:rsidRPr="004B1EBE">
        <w:rPr>
          <w:rFonts w:ascii="Times New Roman" w:hAnsi="Times New Roman" w:cs="Times New Roman"/>
          <w:b/>
          <w:bCs/>
          <w:sz w:val="20"/>
          <w:szCs w:val="20"/>
        </w:rPr>
        <w:t>: .......</w:t>
      </w:r>
      <w:r>
        <w:rPr>
          <w:rFonts w:ascii="Times New Roman" w:hAnsi="Times New Roman" w:cs="Times New Roman"/>
          <w:b/>
          <w:bCs/>
          <w:sz w:val="20"/>
          <w:szCs w:val="20"/>
        </w:rPr>
        <w:t>...</w:t>
      </w:r>
      <w:r>
        <w:rPr>
          <w:rFonts w:ascii="Times New Roman" w:hAnsi="Times New Roman" w:cs="Times New Roman"/>
          <w:b/>
          <w:bCs/>
          <w:sz w:val="20"/>
          <w:szCs w:val="20"/>
        </w:rPr>
        <w:tab/>
      </w:r>
      <w:r w:rsidRPr="004B1EBE">
        <w:rPr>
          <w:rFonts w:ascii="Times New Roman" w:hAnsi="Times New Roman" w:cs="Times New Roman"/>
          <w:b/>
          <w:bCs/>
          <w:sz w:val="20"/>
          <w:szCs w:val="20"/>
        </w:rPr>
        <w:t>Đ</w:t>
      </w:r>
      <w:r w:rsidRPr="004B1EBE">
        <w:rPr>
          <w:rFonts w:ascii="Times New Roman" w:hAnsi="Times New Roman" w:cs="Times New Roman"/>
          <w:b/>
          <w:bCs/>
          <w:sz w:val="20"/>
          <w:szCs w:val="20"/>
        </w:rPr>
        <w:t>ộ</w:t>
      </w:r>
      <w:r w:rsidRPr="004B1EBE">
        <w:rPr>
          <w:rFonts w:ascii="Times New Roman" w:hAnsi="Times New Roman" w:cs="Times New Roman"/>
          <w:b/>
          <w:bCs/>
          <w:sz w:val="20"/>
          <w:szCs w:val="20"/>
        </w:rPr>
        <w:t>c l</w:t>
      </w:r>
      <w:r w:rsidRPr="004B1EBE">
        <w:rPr>
          <w:rFonts w:ascii="Times New Roman" w:hAnsi="Times New Roman" w:cs="Times New Roman"/>
          <w:b/>
          <w:bCs/>
          <w:sz w:val="20"/>
          <w:szCs w:val="20"/>
        </w:rPr>
        <w:t>ậ</w:t>
      </w:r>
      <w:r w:rsidRPr="004B1EBE">
        <w:rPr>
          <w:rFonts w:ascii="Times New Roman" w:hAnsi="Times New Roman" w:cs="Times New Roman"/>
          <w:b/>
          <w:bCs/>
          <w:sz w:val="20"/>
          <w:szCs w:val="20"/>
        </w:rPr>
        <w:t>p – T</w:t>
      </w:r>
      <w:r w:rsidRPr="004B1EBE">
        <w:rPr>
          <w:rFonts w:ascii="Times New Roman" w:hAnsi="Times New Roman" w:cs="Times New Roman"/>
          <w:b/>
          <w:bCs/>
          <w:sz w:val="20"/>
          <w:szCs w:val="20"/>
        </w:rPr>
        <w:t>ự</w:t>
      </w:r>
      <w:r w:rsidRPr="004B1EBE">
        <w:rPr>
          <w:rFonts w:ascii="Times New Roman" w:hAnsi="Times New Roman" w:cs="Times New Roman"/>
          <w:b/>
          <w:bCs/>
          <w:sz w:val="20"/>
          <w:szCs w:val="20"/>
        </w:rPr>
        <w:t xml:space="preserve"> do – H</w:t>
      </w:r>
      <w:r w:rsidRPr="004B1EBE">
        <w:rPr>
          <w:rFonts w:ascii="Times New Roman" w:hAnsi="Times New Roman" w:cs="Times New Roman"/>
          <w:b/>
          <w:bCs/>
          <w:sz w:val="20"/>
          <w:szCs w:val="20"/>
        </w:rPr>
        <w:t>ạ</w:t>
      </w:r>
      <w:r w:rsidRPr="004B1EBE">
        <w:rPr>
          <w:rFonts w:ascii="Times New Roman" w:hAnsi="Times New Roman" w:cs="Times New Roman"/>
          <w:b/>
          <w:bCs/>
          <w:sz w:val="20"/>
          <w:szCs w:val="20"/>
        </w:rPr>
        <w:t>nh phúc</w:t>
      </w:r>
    </w:p>
    <w:p w14:paraId="4BA9B191" w14:textId="77777777" w:rsidR="004B1EBE" w:rsidRPr="004B1EBE" w:rsidRDefault="004B1EBE" w:rsidP="004B1EBE">
      <w:pPr>
        <w:tabs>
          <w:tab w:val="center" w:pos="5954"/>
        </w:tabs>
        <w:rPr>
          <w:rFonts w:ascii="Times New Roman" w:hAnsi="Times New Roman" w:cs="Times New Roman"/>
          <w:b/>
          <w:bCs/>
          <w:sz w:val="20"/>
          <w:szCs w:val="20"/>
        </w:rPr>
      </w:pPr>
    </w:p>
    <w:p w14:paraId="676B1174" w14:textId="020A26CB" w:rsidR="005B3F2F" w:rsidRPr="004B1EBE" w:rsidRDefault="004B1EBE" w:rsidP="004B1EBE">
      <w:pPr>
        <w:jc w:val="right"/>
        <w:rPr>
          <w:rFonts w:ascii="Times New Roman" w:hAnsi="Times New Roman" w:cs="Times New Roman"/>
          <w:sz w:val="20"/>
          <w:szCs w:val="20"/>
        </w:rPr>
      </w:pPr>
      <w:r w:rsidRPr="004B1EBE">
        <w:rPr>
          <w:rFonts w:ascii="Times New Roman" w:hAnsi="Times New Roman" w:cs="Times New Roman"/>
          <w:sz w:val="20"/>
          <w:szCs w:val="20"/>
        </w:rPr>
        <w:t>................, ngày ....</w:t>
      </w:r>
      <w:r w:rsidRPr="004B1EBE">
        <w:rPr>
          <w:rFonts w:ascii="Times New Roman" w:hAnsi="Times New Roman" w:cs="Times New Roman"/>
          <w:sz w:val="20"/>
          <w:szCs w:val="20"/>
        </w:rPr>
        <w:t xml:space="preserve"> tháng ....</w:t>
      </w:r>
      <w:r w:rsidRPr="004B1EBE">
        <w:rPr>
          <w:rFonts w:ascii="Times New Roman" w:hAnsi="Times New Roman" w:cs="Times New Roman"/>
          <w:sz w:val="20"/>
          <w:szCs w:val="20"/>
        </w:rPr>
        <w:t xml:space="preserve"> năm ....</w:t>
      </w:r>
    </w:p>
    <w:p w14:paraId="11898FF2" w14:textId="77777777" w:rsidR="005B3F2F" w:rsidRPr="004B1EBE" w:rsidRDefault="004B1EBE">
      <w:pPr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4B1EBE">
        <w:rPr>
          <w:rFonts w:ascii="Times New Roman" w:hAnsi="Times New Roman" w:cs="Times New Roman"/>
          <w:b/>
          <w:bCs/>
          <w:sz w:val="20"/>
          <w:szCs w:val="20"/>
        </w:rPr>
        <w:t>QUY</w:t>
      </w:r>
      <w:r w:rsidRPr="004B1EBE">
        <w:rPr>
          <w:rFonts w:ascii="Times New Roman" w:hAnsi="Times New Roman" w:cs="Times New Roman"/>
          <w:b/>
          <w:bCs/>
          <w:sz w:val="20"/>
          <w:szCs w:val="20"/>
        </w:rPr>
        <w:t>Ế</w:t>
      </w:r>
      <w:r w:rsidRPr="004B1EBE">
        <w:rPr>
          <w:rFonts w:ascii="Times New Roman" w:hAnsi="Times New Roman" w:cs="Times New Roman"/>
          <w:b/>
          <w:bCs/>
          <w:sz w:val="20"/>
          <w:szCs w:val="20"/>
        </w:rPr>
        <w:t>T Đ</w:t>
      </w:r>
      <w:r w:rsidRPr="004B1EBE">
        <w:rPr>
          <w:rFonts w:ascii="Times New Roman" w:hAnsi="Times New Roman" w:cs="Times New Roman"/>
          <w:b/>
          <w:bCs/>
          <w:sz w:val="20"/>
          <w:szCs w:val="20"/>
        </w:rPr>
        <w:t>Ị</w:t>
      </w:r>
      <w:r w:rsidRPr="004B1EBE">
        <w:rPr>
          <w:rFonts w:ascii="Times New Roman" w:hAnsi="Times New Roman" w:cs="Times New Roman"/>
          <w:b/>
          <w:bCs/>
          <w:sz w:val="20"/>
          <w:szCs w:val="20"/>
        </w:rPr>
        <w:t>NH</w:t>
      </w:r>
    </w:p>
    <w:p w14:paraId="6563F39B" w14:textId="77777777" w:rsidR="005B3F2F" w:rsidRPr="004B1EBE" w:rsidRDefault="004B1EBE">
      <w:pPr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4B1EBE">
        <w:rPr>
          <w:rFonts w:ascii="Times New Roman" w:hAnsi="Times New Roman" w:cs="Times New Roman"/>
          <w:b/>
          <w:bCs/>
          <w:sz w:val="20"/>
          <w:szCs w:val="20"/>
        </w:rPr>
        <w:t>V/v: Mi</w:t>
      </w:r>
      <w:r w:rsidRPr="004B1EBE">
        <w:rPr>
          <w:rFonts w:ascii="Times New Roman" w:hAnsi="Times New Roman" w:cs="Times New Roman"/>
          <w:b/>
          <w:bCs/>
          <w:sz w:val="20"/>
          <w:szCs w:val="20"/>
        </w:rPr>
        <w:t>ễ</w:t>
      </w:r>
      <w:r w:rsidRPr="004B1EBE">
        <w:rPr>
          <w:rFonts w:ascii="Times New Roman" w:hAnsi="Times New Roman" w:cs="Times New Roman"/>
          <w:b/>
          <w:bCs/>
          <w:sz w:val="20"/>
          <w:szCs w:val="20"/>
        </w:rPr>
        <w:t>n nhi</w:t>
      </w:r>
      <w:r w:rsidRPr="004B1EBE">
        <w:rPr>
          <w:rFonts w:ascii="Times New Roman" w:hAnsi="Times New Roman" w:cs="Times New Roman"/>
          <w:b/>
          <w:bCs/>
          <w:sz w:val="20"/>
          <w:szCs w:val="20"/>
        </w:rPr>
        <w:t>ệ</w:t>
      </w:r>
      <w:r w:rsidRPr="004B1EBE">
        <w:rPr>
          <w:rFonts w:ascii="Times New Roman" w:hAnsi="Times New Roman" w:cs="Times New Roman"/>
          <w:b/>
          <w:bCs/>
          <w:sz w:val="20"/>
          <w:szCs w:val="20"/>
        </w:rPr>
        <w:t>m ch</w:t>
      </w:r>
      <w:r w:rsidRPr="004B1EBE">
        <w:rPr>
          <w:rFonts w:ascii="Times New Roman" w:hAnsi="Times New Roman" w:cs="Times New Roman"/>
          <w:b/>
          <w:bCs/>
          <w:sz w:val="20"/>
          <w:szCs w:val="20"/>
        </w:rPr>
        <w:t>ứ</w:t>
      </w:r>
      <w:r w:rsidRPr="004B1EBE">
        <w:rPr>
          <w:rFonts w:ascii="Times New Roman" w:hAnsi="Times New Roman" w:cs="Times New Roman"/>
          <w:b/>
          <w:bCs/>
          <w:sz w:val="20"/>
          <w:szCs w:val="20"/>
        </w:rPr>
        <w:t>c v</w:t>
      </w:r>
      <w:r w:rsidRPr="004B1EBE">
        <w:rPr>
          <w:rFonts w:ascii="Times New Roman" w:hAnsi="Times New Roman" w:cs="Times New Roman"/>
          <w:b/>
          <w:bCs/>
          <w:sz w:val="20"/>
          <w:szCs w:val="20"/>
        </w:rPr>
        <w:t>ụ</w:t>
      </w:r>
      <w:r w:rsidRPr="004B1EBE">
        <w:rPr>
          <w:rFonts w:ascii="Times New Roman" w:hAnsi="Times New Roman" w:cs="Times New Roman"/>
          <w:b/>
          <w:bCs/>
          <w:sz w:val="20"/>
          <w:szCs w:val="20"/>
        </w:rPr>
        <w:t xml:space="preserve"> do vi ph</w:t>
      </w:r>
      <w:r w:rsidRPr="004B1EBE">
        <w:rPr>
          <w:rFonts w:ascii="Times New Roman" w:hAnsi="Times New Roman" w:cs="Times New Roman"/>
          <w:b/>
          <w:bCs/>
          <w:sz w:val="20"/>
          <w:szCs w:val="20"/>
        </w:rPr>
        <w:t>ạ</w:t>
      </w:r>
      <w:r w:rsidRPr="004B1EBE">
        <w:rPr>
          <w:rFonts w:ascii="Times New Roman" w:hAnsi="Times New Roman" w:cs="Times New Roman"/>
          <w:b/>
          <w:bCs/>
          <w:sz w:val="20"/>
          <w:szCs w:val="20"/>
        </w:rPr>
        <w:t>m k</w:t>
      </w:r>
      <w:r w:rsidRPr="004B1EBE">
        <w:rPr>
          <w:rFonts w:ascii="Times New Roman" w:hAnsi="Times New Roman" w:cs="Times New Roman"/>
          <w:b/>
          <w:bCs/>
          <w:sz w:val="20"/>
          <w:szCs w:val="20"/>
        </w:rPr>
        <w:t>ỷ</w:t>
      </w:r>
      <w:r w:rsidRPr="004B1EBE">
        <w:rPr>
          <w:rFonts w:ascii="Times New Roman" w:hAnsi="Times New Roman" w:cs="Times New Roman"/>
          <w:b/>
          <w:bCs/>
          <w:sz w:val="20"/>
          <w:szCs w:val="20"/>
        </w:rPr>
        <w:t xml:space="preserve"> lu</w:t>
      </w:r>
      <w:r w:rsidRPr="004B1EBE">
        <w:rPr>
          <w:rFonts w:ascii="Times New Roman" w:hAnsi="Times New Roman" w:cs="Times New Roman"/>
          <w:b/>
          <w:bCs/>
          <w:sz w:val="20"/>
          <w:szCs w:val="20"/>
        </w:rPr>
        <w:t>ậ</w:t>
      </w:r>
      <w:r w:rsidRPr="004B1EBE">
        <w:rPr>
          <w:rFonts w:ascii="Times New Roman" w:hAnsi="Times New Roman" w:cs="Times New Roman"/>
          <w:b/>
          <w:bCs/>
          <w:sz w:val="20"/>
          <w:szCs w:val="20"/>
        </w:rPr>
        <w:t>t lao đ</w:t>
      </w:r>
      <w:r w:rsidRPr="004B1EBE">
        <w:rPr>
          <w:rFonts w:ascii="Times New Roman" w:hAnsi="Times New Roman" w:cs="Times New Roman"/>
          <w:b/>
          <w:bCs/>
          <w:sz w:val="20"/>
          <w:szCs w:val="20"/>
        </w:rPr>
        <w:t>ộ</w:t>
      </w:r>
      <w:r w:rsidRPr="004B1EBE">
        <w:rPr>
          <w:rFonts w:ascii="Times New Roman" w:hAnsi="Times New Roman" w:cs="Times New Roman"/>
          <w:b/>
          <w:bCs/>
          <w:sz w:val="20"/>
          <w:szCs w:val="20"/>
        </w:rPr>
        <w:t>ng</w:t>
      </w:r>
    </w:p>
    <w:p w14:paraId="46856018" w14:textId="77777777" w:rsidR="005B3F2F" w:rsidRPr="004B1EBE" w:rsidRDefault="004B1EBE">
      <w:pPr>
        <w:rPr>
          <w:rFonts w:ascii="Times New Roman" w:hAnsi="Times New Roman" w:cs="Times New Roman"/>
          <w:i/>
          <w:iCs/>
          <w:sz w:val="20"/>
          <w:szCs w:val="20"/>
        </w:rPr>
      </w:pPr>
      <w:r w:rsidRPr="004B1EBE">
        <w:rPr>
          <w:rFonts w:ascii="Times New Roman" w:hAnsi="Times New Roman" w:cs="Times New Roman"/>
          <w:sz w:val="20"/>
          <w:szCs w:val="20"/>
        </w:rPr>
        <w:br/>
      </w:r>
      <w:r w:rsidRPr="004B1EBE">
        <w:rPr>
          <w:rFonts w:ascii="Times New Roman" w:hAnsi="Times New Roman" w:cs="Times New Roman"/>
          <w:i/>
          <w:iCs/>
          <w:sz w:val="20"/>
          <w:szCs w:val="20"/>
        </w:rPr>
        <w:t>Căn c</w:t>
      </w:r>
      <w:r w:rsidRPr="004B1EBE">
        <w:rPr>
          <w:rFonts w:ascii="Times New Roman" w:hAnsi="Times New Roman" w:cs="Times New Roman"/>
          <w:i/>
          <w:iCs/>
          <w:sz w:val="20"/>
          <w:szCs w:val="20"/>
        </w:rPr>
        <w:t>ứ</w:t>
      </w:r>
      <w:r w:rsidRPr="004B1EBE">
        <w:rPr>
          <w:rFonts w:ascii="Times New Roman" w:hAnsi="Times New Roman" w:cs="Times New Roman"/>
          <w:i/>
          <w:iCs/>
          <w:sz w:val="20"/>
          <w:szCs w:val="20"/>
        </w:rPr>
        <w:t xml:space="preserve"> B</w:t>
      </w:r>
      <w:r w:rsidRPr="004B1EBE">
        <w:rPr>
          <w:rFonts w:ascii="Times New Roman" w:hAnsi="Times New Roman" w:cs="Times New Roman"/>
          <w:i/>
          <w:iCs/>
          <w:sz w:val="20"/>
          <w:szCs w:val="20"/>
        </w:rPr>
        <w:t>ộ</w:t>
      </w:r>
      <w:r w:rsidRPr="004B1EBE">
        <w:rPr>
          <w:rFonts w:ascii="Times New Roman" w:hAnsi="Times New Roman" w:cs="Times New Roman"/>
          <w:i/>
          <w:iCs/>
          <w:sz w:val="20"/>
          <w:szCs w:val="20"/>
        </w:rPr>
        <w:t xml:space="preserve"> lu</w:t>
      </w:r>
      <w:r w:rsidRPr="004B1EBE">
        <w:rPr>
          <w:rFonts w:ascii="Times New Roman" w:hAnsi="Times New Roman" w:cs="Times New Roman"/>
          <w:i/>
          <w:iCs/>
          <w:sz w:val="20"/>
          <w:szCs w:val="20"/>
        </w:rPr>
        <w:t>ậ</w:t>
      </w:r>
      <w:r w:rsidRPr="004B1EBE">
        <w:rPr>
          <w:rFonts w:ascii="Times New Roman" w:hAnsi="Times New Roman" w:cs="Times New Roman"/>
          <w:i/>
          <w:iCs/>
          <w:sz w:val="20"/>
          <w:szCs w:val="20"/>
        </w:rPr>
        <w:t>t Lao đ</w:t>
      </w:r>
      <w:r w:rsidRPr="004B1EBE">
        <w:rPr>
          <w:rFonts w:ascii="Times New Roman" w:hAnsi="Times New Roman" w:cs="Times New Roman"/>
          <w:i/>
          <w:iCs/>
          <w:sz w:val="20"/>
          <w:szCs w:val="20"/>
        </w:rPr>
        <w:t>ộ</w:t>
      </w:r>
      <w:r w:rsidRPr="004B1EBE">
        <w:rPr>
          <w:rFonts w:ascii="Times New Roman" w:hAnsi="Times New Roman" w:cs="Times New Roman"/>
          <w:i/>
          <w:iCs/>
          <w:sz w:val="20"/>
          <w:szCs w:val="20"/>
        </w:rPr>
        <w:t>ng hi</w:t>
      </w:r>
      <w:r w:rsidRPr="004B1EBE">
        <w:rPr>
          <w:rFonts w:ascii="Times New Roman" w:hAnsi="Times New Roman" w:cs="Times New Roman"/>
          <w:i/>
          <w:iCs/>
          <w:sz w:val="20"/>
          <w:szCs w:val="20"/>
        </w:rPr>
        <w:t>ệ</w:t>
      </w:r>
      <w:r w:rsidRPr="004B1EBE">
        <w:rPr>
          <w:rFonts w:ascii="Times New Roman" w:hAnsi="Times New Roman" w:cs="Times New Roman"/>
          <w:i/>
          <w:iCs/>
          <w:sz w:val="20"/>
          <w:szCs w:val="20"/>
        </w:rPr>
        <w:t>n hành;</w:t>
      </w:r>
    </w:p>
    <w:p w14:paraId="05C449F2" w14:textId="77777777" w:rsidR="005B3F2F" w:rsidRPr="004B1EBE" w:rsidRDefault="004B1EBE">
      <w:pPr>
        <w:rPr>
          <w:rFonts w:ascii="Times New Roman" w:hAnsi="Times New Roman" w:cs="Times New Roman"/>
          <w:i/>
          <w:iCs/>
          <w:sz w:val="20"/>
          <w:szCs w:val="20"/>
        </w:rPr>
      </w:pPr>
      <w:r w:rsidRPr="004B1EBE">
        <w:rPr>
          <w:rFonts w:ascii="Times New Roman" w:hAnsi="Times New Roman" w:cs="Times New Roman"/>
          <w:i/>
          <w:iCs/>
          <w:sz w:val="20"/>
          <w:szCs w:val="20"/>
        </w:rPr>
        <w:t>Căn c</w:t>
      </w:r>
      <w:r w:rsidRPr="004B1EBE">
        <w:rPr>
          <w:rFonts w:ascii="Times New Roman" w:hAnsi="Times New Roman" w:cs="Times New Roman"/>
          <w:i/>
          <w:iCs/>
          <w:sz w:val="20"/>
          <w:szCs w:val="20"/>
        </w:rPr>
        <w:t>ứ</w:t>
      </w:r>
      <w:r w:rsidRPr="004B1EBE">
        <w:rPr>
          <w:rFonts w:ascii="Times New Roman" w:hAnsi="Times New Roman" w:cs="Times New Roman"/>
          <w:i/>
          <w:iCs/>
          <w:sz w:val="20"/>
          <w:szCs w:val="20"/>
        </w:rPr>
        <w:t xml:space="preserve"> N</w:t>
      </w:r>
      <w:r w:rsidRPr="004B1EBE">
        <w:rPr>
          <w:rFonts w:ascii="Times New Roman" w:hAnsi="Times New Roman" w:cs="Times New Roman"/>
          <w:i/>
          <w:iCs/>
          <w:sz w:val="20"/>
          <w:szCs w:val="20"/>
        </w:rPr>
        <w:t>ộ</w:t>
      </w:r>
      <w:r w:rsidRPr="004B1EBE">
        <w:rPr>
          <w:rFonts w:ascii="Times New Roman" w:hAnsi="Times New Roman" w:cs="Times New Roman"/>
          <w:i/>
          <w:iCs/>
          <w:sz w:val="20"/>
          <w:szCs w:val="20"/>
        </w:rPr>
        <w:t>i quy lao đ</w:t>
      </w:r>
      <w:r w:rsidRPr="004B1EBE">
        <w:rPr>
          <w:rFonts w:ascii="Times New Roman" w:hAnsi="Times New Roman" w:cs="Times New Roman"/>
          <w:i/>
          <w:iCs/>
          <w:sz w:val="20"/>
          <w:szCs w:val="20"/>
        </w:rPr>
        <w:t>ộ</w:t>
      </w:r>
      <w:r w:rsidRPr="004B1EBE">
        <w:rPr>
          <w:rFonts w:ascii="Times New Roman" w:hAnsi="Times New Roman" w:cs="Times New Roman"/>
          <w:i/>
          <w:iCs/>
          <w:sz w:val="20"/>
          <w:szCs w:val="20"/>
        </w:rPr>
        <w:t>ng và Quy ch</w:t>
      </w:r>
      <w:r w:rsidRPr="004B1EBE">
        <w:rPr>
          <w:rFonts w:ascii="Times New Roman" w:hAnsi="Times New Roman" w:cs="Times New Roman"/>
          <w:i/>
          <w:iCs/>
          <w:sz w:val="20"/>
          <w:szCs w:val="20"/>
        </w:rPr>
        <w:t>ế</w:t>
      </w:r>
      <w:r w:rsidRPr="004B1EBE">
        <w:rPr>
          <w:rFonts w:ascii="Times New Roman" w:hAnsi="Times New Roman" w:cs="Times New Roman"/>
          <w:i/>
          <w:iCs/>
          <w:sz w:val="20"/>
          <w:szCs w:val="20"/>
        </w:rPr>
        <w:t xml:space="preserve"> qu</w:t>
      </w:r>
      <w:r w:rsidRPr="004B1EBE">
        <w:rPr>
          <w:rFonts w:ascii="Times New Roman" w:hAnsi="Times New Roman" w:cs="Times New Roman"/>
          <w:i/>
          <w:iCs/>
          <w:sz w:val="20"/>
          <w:szCs w:val="20"/>
        </w:rPr>
        <w:t>ả</w:t>
      </w:r>
      <w:r w:rsidRPr="004B1EBE">
        <w:rPr>
          <w:rFonts w:ascii="Times New Roman" w:hAnsi="Times New Roman" w:cs="Times New Roman"/>
          <w:i/>
          <w:iCs/>
          <w:sz w:val="20"/>
          <w:szCs w:val="20"/>
        </w:rPr>
        <w:t>n lý nhân s</w:t>
      </w:r>
      <w:r w:rsidRPr="004B1EBE">
        <w:rPr>
          <w:rFonts w:ascii="Times New Roman" w:hAnsi="Times New Roman" w:cs="Times New Roman"/>
          <w:i/>
          <w:iCs/>
          <w:sz w:val="20"/>
          <w:szCs w:val="20"/>
        </w:rPr>
        <w:t>ự</w:t>
      </w:r>
      <w:r w:rsidRPr="004B1EBE">
        <w:rPr>
          <w:rFonts w:ascii="Times New Roman" w:hAnsi="Times New Roman" w:cs="Times New Roman"/>
          <w:i/>
          <w:iCs/>
          <w:sz w:val="20"/>
          <w:szCs w:val="20"/>
        </w:rPr>
        <w:t xml:space="preserve"> c</w:t>
      </w:r>
      <w:r w:rsidRPr="004B1EBE">
        <w:rPr>
          <w:rFonts w:ascii="Times New Roman" w:hAnsi="Times New Roman" w:cs="Times New Roman"/>
          <w:i/>
          <w:iCs/>
          <w:sz w:val="20"/>
          <w:szCs w:val="20"/>
        </w:rPr>
        <w:t>ủ</w:t>
      </w:r>
      <w:r w:rsidRPr="004B1EBE">
        <w:rPr>
          <w:rFonts w:ascii="Times New Roman" w:hAnsi="Times New Roman" w:cs="Times New Roman"/>
          <w:i/>
          <w:iCs/>
          <w:sz w:val="20"/>
          <w:szCs w:val="20"/>
        </w:rPr>
        <w:t>a Công ty ...;</w:t>
      </w:r>
    </w:p>
    <w:p w14:paraId="5655787E" w14:textId="77777777" w:rsidR="005B3F2F" w:rsidRPr="004B1EBE" w:rsidRDefault="004B1EBE">
      <w:pPr>
        <w:rPr>
          <w:rFonts w:ascii="Times New Roman" w:hAnsi="Times New Roman" w:cs="Times New Roman"/>
          <w:i/>
          <w:iCs/>
          <w:sz w:val="20"/>
          <w:szCs w:val="20"/>
        </w:rPr>
      </w:pPr>
      <w:r w:rsidRPr="004B1EBE">
        <w:rPr>
          <w:rFonts w:ascii="Times New Roman" w:hAnsi="Times New Roman" w:cs="Times New Roman"/>
          <w:i/>
          <w:iCs/>
          <w:sz w:val="20"/>
          <w:szCs w:val="20"/>
        </w:rPr>
        <w:t>Căn c</w:t>
      </w:r>
      <w:r w:rsidRPr="004B1EBE">
        <w:rPr>
          <w:rFonts w:ascii="Times New Roman" w:hAnsi="Times New Roman" w:cs="Times New Roman"/>
          <w:i/>
          <w:iCs/>
          <w:sz w:val="20"/>
          <w:szCs w:val="20"/>
        </w:rPr>
        <w:t>ứ</w:t>
      </w:r>
      <w:r w:rsidRPr="004B1EBE">
        <w:rPr>
          <w:rFonts w:ascii="Times New Roman" w:hAnsi="Times New Roman" w:cs="Times New Roman"/>
          <w:i/>
          <w:iCs/>
          <w:sz w:val="20"/>
          <w:szCs w:val="20"/>
        </w:rPr>
        <w:t xml:space="preserve"> Biên b</w:t>
      </w:r>
      <w:r w:rsidRPr="004B1EBE">
        <w:rPr>
          <w:rFonts w:ascii="Times New Roman" w:hAnsi="Times New Roman" w:cs="Times New Roman"/>
          <w:i/>
          <w:iCs/>
          <w:sz w:val="20"/>
          <w:szCs w:val="20"/>
        </w:rPr>
        <w:t>ả</w:t>
      </w:r>
      <w:r w:rsidRPr="004B1EBE">
        <w:rPr>
          <w:rFonts w:ascii="Times New Roman" w:hAnsi="Times New Roman" w:cs="Times New Roman"/>
          <w:i/>
          <w:iCs/>
          <w:sz w:val="20"/>
          <w:szCs w:val="20"/>
        </w:rPr>
        <w:t>n h</w:t>
      </w:r>
      <w:r w:rsidRPr="004B1EBE">
        <w:rPr>
          <w:rFonts w:ascii="Times New Roman" w:hAnsi="Times New Roman" w:cs="Times New Roman"/>
          <w:i/>
          <w:iCs/>
          <w:sz w:val="20"/>
          <w:szCs w:val="20"/>
        </w:rPr>
        <w:t>ọ</w:t>
      </w:r>
      <w:r w:rsidRPr="004B1EBE">
        <w:rPr>
          <w:rFonts w:ascii="Times New Roman" w:hAnsi="Times New Roman" w:cs="Times New Roman"/>
          <w:i/>
          <w:iCs/>
          <w:sz w:val="20"/>
          <w:szCs w:val="20"/>
        </w:rPr>
        <w:t>p x</w:t>
      </w:r>
      <w:r w:rsidRPr="004B1EBE">
        <w:rPr>
          <w:rFonts w:ascii="Times New Roman" w:hAnsi="Times New Roman" w:cs="Times New Roman"/>
          <w:i/>
          <w:iCs/>
          <w:sz w:val="20"/>
          <w:szCs w:val="20"/>
        </w:rPr>
        <w:t>ử</w:t>
      </w:r>
      <w:r w:rsidRPr="004B1EBE">
        <w:rPr>
          <w:rFonts w:ascii="Times New Roman" w:hAnsi="Times New Roman" w:cs="Times New Roman"/>
          <w:i/>
          <w:iCs/>
          <w:sz w:val="20"/>
          <w:szCs w:val="20"/>
        </w:rPr>
        <w:t xml:space="preserve"> lý k</w:t>
      </w:r>
      <w:r w:rsidRPr="004B1EBE">
        <w:rPr>
          <w:rFonts w:ascii="Times New Roman" w:hAnsi="Times New Roman" w:cs="Times New Roman"/>
          <w:i/>
          <w:iCs/>
          <w:sz w:val="20"/>
          <w:szCs w:val="20"/>
        </w:rPr>
        <w:t>ỷ</w:t>
      </w:r>
      <w:r w:rsidRPr="004B1EBE">
        <w:rPr>
          <w:rFonts w:ascii="Times New Roman" w:hAnsi="Times New Roman" w:cs="Times New Roman"/>
          <w:i/>
          <w:iCs/>
          <w:sz w:val="20"/>
          <w:szCs w:val="20"/>
        </w:rPr>
        <w:t xml:space="preserve"> lu</w:t>
      </w:r>
      <w:r w:rsidRPr="004B1EBE">
        <w:rPr>
          <w:rFonts w:ascii="Times New Roman" w:hAnsi="Times New Roman" w:cs="Times New Roman"/>
          <w:i/>
          <w:iCs/>
          <w:sz w:val="20"/>
          <w:szCs w:val="20"/>
        </w:rPr>
        <w:t>ậ</w:t>
      </w:r>
      <w:r w:rsidRPr="004B1EBE">
        <w:rPr>
          <w:rFonts w:ascii="Times New Roman" w:hAnsi="Times New Roman" w:cs="Times New Roman"/>
          <w:i/>
          <w:iCs/>
          <w:sz w:val="20"/>
          <w:szCs w:val="20"/>
        </w:rPr>
        <w:t>t ngày ...;</w:t>
      </w:r>
    </w:p>
    <w:p w14:paraId="27FC60BA" w14:textId="77777777" w:rsidR="005B3F2F" w:rsidRPr="004B1EBE" w:rsidRDefault="004B1EBE">
      <w:pPr>
        <w:rPr>
          <w:rFonts w:ascii="Times New Roman" w:hAnsi="Times New Roman" w:cs="Times New Roman"/>
          <w:i/>
          <w:iCs/>
          <w:sz w:val="20"/>
          <w:szCs w:val="20"/>
        </w:rPr>
      </w:pPr>
      <w:r w:rsidRPr="004B1EBE">
        <w:rPr>
          <w:rFonts w:ascii="Times New Roman" w:hAnsi="Times New Roman" w:cs="Times New Roman"/>
          <w:i/>
          <w:iCs/>
          <w:sz w:val="20"/>
          <w:szCs w:val="20"/>
        </w:rPr>
        <w:t>Căn c</w:t>
      </w:r>
      <w:r w:rsidRPr="004B1EBE">
        <w:rPr>
          <w:rFonts w:ascii="Times New Roman" w:hAnsi="Times New Roman" w:cs="Times New Roman"/>
          <w:i/>
          <w:iCs/>
          <w:sz w:val="20"/>
          <w:szCs w:val="20"/>
        </w:rPr>
        <w:t>ứ</w:t>
      </w:r>
      <w:r w:rsidRPr="004B1EBE">
        <w:rPr>
          <w:rFonts w:ascii="Times New Roman" w:hAnsi="Times New Roman" w:cs="Times New Roman"/>
          <w:i/>
          <w:iCs/>
          <w:sz w:val="20"/>
          <w:szCs w:val="20"/>
        </w:rPr>
        <w:t xml:space="preserve"> m</w:t>
      </w:r>
      <w:r w:rsidRPr="004B1EBE">
        <w:rPr>
          <w:rFonts w:ascii="Times New Roman" w:hAnsi="Times New Roman" w:cs="Times New Roman"/>
          <w:i/>
          <w:iCs/>
          <w:sz w:val="20"/>
          <w:szCs w:val="20"/>
        </w:rPr>
        <w:t>ứ</w:t>
      </w:r>
      <w:r w:rsidRPr="004B1EBE">
        <w:rPr>
          <w:rFonts w:ascii="Times New Roman" w:hAnsi="Times New Roman" w:cs="Times New Roman"/>
          <w:i/>
          <w:iCs/>
          <w:sz w:val="20"/>
          <w:szCs w:val="20"/>
        </w:rPr>
        <w:t>c đ</w:t>
      </w:r>
      <w:r w:rsidRPr="004B1EBE">
        <w:rPr>
          <w:rFonts w:ascii="Times New Roman" w:hAnsi="Times New Roman" w:cs="Times New Roman"/>
          <w:i/>
          <w:iCs/>
          <w:sz w:val="20"/>
          <w:szCs w:val="20"/>
        </w:rPr>
        <w:t>ộ</w:t>
      </w:r>
      <w:r w:rsidRPr="004B1EBE">
        <w:rPr>
          <w:rFonts w:ascii="Times New Roman" w:hAnsi="Times New Roman" w:cs="Times New Roman"/>
          <w:i/>
          <w:iCs/>
          <w:sz w:val="20"/>
          <w:szCs w:val="20"/>
        </w:rPr>
        <w:t xml:space="preserve"> vi ph</w:t>
      </w:r>
      <w:r w:rsidRPr="004B1EBE">
        <w:rPr>
          <w:rFonts w:ascii="Times New Roman" w:hAnsi="Times New Roman" w:cs="Times New Roman"/>
          <w:i/>
          <w:iCs/>
          <w:sz w:val="20"/>
          <w:szCs w:val="20"/>
        </w:rPr>
        <w:t>ạ</w:t>
      </w:r>
      <w:r w:rsidRPr="004B1EBE">
        <w:rPr>
          <w:rFonts w:ascii="Times New Roman" w:hAnsi="Times New Roman" w:cs="Times New Roman"/>
          <w:i/>
          <w:iCs/>
          <w:sz w:val="20"/>
          <w:szCs w:val="20"/>
        </w:rPr>
        <w:t>m c</w:t>
      </w:r>
      <w:r w:rsidRPr="004B1EBE">
        <w:rPr>
          <w:rFonts w:ascii="Times New Roman" w:hAnsi="Times New Roman" w:cs="Times New Roman"/>
          <w:i/>
          <w:iCs/>
          <w:sz w:val="20"/>
          <w:szCs w:val="20"/>
        </w:rPr>
        <w:t>ủ</w:t>
      </w:r>
      <w:r w:rsidRPr="004B1EBE">
        <w:rPr>
          <w:rFonts w:ascii="Times New Roman" w:hAnsi="Times New Roman" w:cs="Times New Roman"/>
          <w:i/>
          <w:iCs/>
          <w:sz w:val="20"/>
          <w:szCs w:val="20"/>
        </w:rPr>
        <w:t>a nhân viên và nhu c</w:t>
      </w:r>
      <w:r w:rsidRPr="004B1EBE">
        <w:rPr>
          <w:rFonts w:ascii="Times New Roman" w:hAnsi="Times New Roman" w:cs="Times New Roman"/>
          <w:i/>
          <w:iCs/>
          <w:sz w:val="20"/>
          <w:szCs w:val="20"/>
        </w:rPr>
        <w:t>ầ</w:t>
      </w:r>
      <w:r w:rsidRPr="004B1EBE">
        <w:rPr>
          <w:rFonts w:ascii="Times New Roman" w:hAnsi="Times New Roman" w:cs="Times New Roman"/>
          <w:i/>
          <w:iCs/>
          <w:sz w:val="20"/>
          <w:szCs w:val="20"/>
        </w:rPr>
        <w:t>u qu</w:t>
      </w:r>
      <w:r w:rsidRPr="004B1EBE">
        <w:rPr>
          <w:rFonts w:ascii="Times New Roman" w:hAnsi="Times New Roman" w:cs="Times New Roman"/>
          <w:i/>
          <w:iCs/>
          <w:sz w:val="20"/>
          <w:szCs w:val="20"/>
        </w:rPr>
        <w:t>ả</w:t>
      </w:r>
      <w:r w:rsidRPr="004B1EBE">
        <w:rPr>
          <w:rFonts w:ascii="Times New Roman" w:hAnsi="Times New Roman" w:cs="Times New Roman"/>
          <w:i/>
          <w:iCs/>
          <w:sz w:val="20"/>
          <w:szCs w:val="20"/>
        </w:rPr>
        <w:t>n lý nhân s</w:t>
      </w:r>
      <w:r w:rsidRPr="004B1EBE">
        <w:rPr>
          <w:rFonts w:ascii="Times New Roman" w:hAnsi="Times New Roman" w:cs="Times New Roman"/>
          <w:i/>
          <w:iCs/>
          <w:sz w:val="20"/>
          <w:szCs w:val="20"/>
        </w:rPr>
        <w:t>ự</w:t>
      </w:r>
      <w:r w:rsidRPr="004B1EBE">
        <w:rPr>
          <w:rFonts w:ascii="Times New Roman" w:hAnsi="Times New Roman" w:cs="Times New Roman"/>
          <w:i/>
          <w:iCs/>
          <w:sz w:val="20"/>
          <w:szCs w:val="20"/>
        </w:rPr>
        <w:t xml:space="preserve"> c</w:t>
      </w:r>
      <w:r w:rsidRPr="004B1EBE">
        <w:rPr>
          <w:rFonts w:ascii="Times New Roman" w:hAnsi="Times New Roman" w:cs="Times New Roman"/>
          <w:i/>
          <w:iCs/>
          <w:sz w:val="20"/>
          <w:szCs w:val="20"/>
        </w:rPr>
        <w:t>ủ</w:t>
      </w:r>
      <w:r w:rsidRPr="004B1EBE">
        <w:rPr>
          <w:rFonts w:ascii="Times New Roman" w:hAnsi="Times New Roman" w:cs="Times New Roman"/>
          <w:i/>
          <w:iCs/>
          <w:sz w:val="20"/>
          <w:szCs w:val="20"/>
        </w:rPr>
        <w:t>a công ty;</w:t>
      </w:r>
    </w:p>
    <w:p w14:paraId="18178914" w14:textId="77777777" w:rsidR="005B3F2F" w:rsidRPr="004B1EBE" w:rsidRDefault="004B1EBE">
      <w:pPr>
        <w:rPr>
          <w:rFonts w:ascii="Times New Roman" w:hAnsi="Times New Roman" w:cs="Times New Roman"/>
          <w:i/>
          <w:iCs/>
          <w:sz w:val="20"/>
          <w:szCs w:val="20"/>
        </w:rPr>
      </w:pPr>
      <w:r w:rsidRPr="004B1EBE">
        <w:rPr>
          <w:rFonts w:ascii="Times New Roman" w:hAnsi="Times New Roman" w:cs="Times New Roman"/>
          <w:i/>
          <w:iCs/>
          <w:sz w:val="20"/>
          <w:szCs w:val="20"/>
        </w:rPr>
        <w:t>Xét đ</w:t>
      </w:r>
      <w:r w:rsidRPr="004B1EBE">
        <w:rPr>
          <w:rFonts w:ascii="Times New Roman" w:hAnsi="Times New Roman" w:cs="Times New Roman"/>
          <w:i/>
          <w:iCs/>
          <w:sz w:val="20"/>
          <w:szCs w:val="20"/>
        </w:rPr>
        <w:t>ề</w:t>
      </w:r>
      <w:r w:rsidRPr="004B1EBE">
        <w:rPr>
          <w:rFonts w:ascii="Times New Roman" w:hAnsi="Times New Roman" w:cs="Times New Roman"/>
          <w:i/>
          <w:iCs/>
          <w:sz w:val="20"/>
          <w:szCs w:val="20"/>
        </w:rPr>
        <w:t xml:space="preserve"> xu</w:t>
      </w:r>
      <w:r w:rsidRPr="004B1EBE">
        <w:rPr>
          <w:rFonts w:ascii="Times New Roman" w:hAnsi="Times New Roman" w:cs="Times New Roman"/>
          <w:i/>
          <w:iCs/>
          <w:sz w:val="20"/>
          <w:szCs w:val="20"/>
        </w:rPr>
        <w:t>ấ</w:t>
      </w:r>
      <w:r w:rsidRPr="004B1EBE">
        <w:rPr>
          <w:rFonts w:ascii="Times New Roman" w:hAnsi="Times New Roman" w:cs="Times New Roman"/>
          <w:i/>
          <w:iCs/>
          <w:sz w:val="20"/>
          <w:szCs w:val="20"/>
        </w:rPr>
        <w:t>t c</w:t>
      </w:r>
      <w:r w:rsidRPr="004B1EBE">
        <w:rPr>
          <w:rFonts w:ascii="Times New Roman" w:hAnsi="Times New Roman" w:cs="Times New Roman"/>
          <w:i/>
          <w:iCs/>
          <w:sz w:val="20"/>
          <w:szCs w:val="20"/>
        </w:rPr>
        <w:t>ủ</w:t>
      </w:r>
      <w:r w:rsidRPr="004B1EBE">
        <w:rPr>
          <w:rFonts w:ascii="Times New Roman" w:hAnsi="Times New Roman" w:cs="Times New Roman"/>
          <w:i/>
          <w:iCs/>
          <w:sz w:val="20"/>
          <w:szCs w:val="20"/>
        </w:rPr>
        <w:t>a phòng ... và quy</w:t>
      </w:r>
      <w:r w:rsidRPr="004B1EBE">
        <w:rPr>
          <w:rFonts w:ascii="Times New Roman" w:hAnsi="Times New Roman" w:cs="Times New Roman"/>
          <w:i/>
          <w:iCs/>
          <w:sz w:val="20"/>
          <w:szCs w:val="20"/>
        </w:rPr>
        <w:t>ề</w:t>
      </w:r>
      <w:r w:rsidRPr="004B1EBE">
        <w:rPr>
          <w:rFonts w:ascii="Times New Roman" w:hAnsi="Times New Roman" w:cs="Times New Roman"/>
          <w:i/>
          <w:iCs/>
          <w:sz w:val="20"/>
          <w:szCs w:val="20"/>
        </w:rPr>
        <w:t>n h</w:t>
      </w:r>
      <w:r w:rsidRPr="004B1EBE">
        <w:rPr>
          <w:rFonts w:ascii="Times New Roman" w:hAnsi="Times New Roman" w:cs="Times New Roman"/>
          <w:i/>
          <w:iCs/>
          <w:sz w:val="20"/>
          <w:szCs w:val="20"/>
        </w:rPr>
        <w:t>ạ</w:t>
      </w:r>
      <w:r w:rsidRPr="004B1EBE">
        <w:rPr>
          <w:rFonts w:ascii="Times New Roman" w:hAnsi="Times New Roman" w:cs="Times New Roman"/>
          <w:i/>
          <w:iCs/>
          <w:sz w:val="20"/>
          <w:szCs w:val="20"/>
        </w:rPr>
        <w:t>n c</w:t>
      </w:r>
      <w:r w:rsidRPr="004B1EBE">
        <w:rPr>
          <w:rFonts w:ascii="Times New Roman" w:hAnsi="Times New Roman" w:cs="Times New Roman"/>
          <w:i/>
          <w:iCs/>
          <w:sz w:val="20"/>
          <w:szCs w:val="20"/>
        </w:rPr>
        <w:t>ủ</w:t>
      </w:r>
      <w:r w:rsidRPr="004B1EBE">
        <w:rPr>
          <w:rFonts w:ascii="Times New Roman" w:hAnsi="Times New Roman" w:cs="Times New Roman"/>
          <w:i/>
          <w:iCs/>
          <w:sz w:val="20"/>
          <w:szCs w:val="20"/>
        </w:rPr>
        <w:t>a Giám đ</w:t>
      </w:r>
      <w:r w:rsidRPr="004B1EBE">
        <w:rPr>
          <w:rFonts w:ascii="Times New Roman" w:hAnsi="Times New Roman" w:cs="Times New Roman"/>
          <w:i/>
          <w:iCs/>
          <w:sz w:val="20"/>
          <w:szCs w:val="20"/>
        </w:rPr>
        <w:t>ố</w:t>
      </w:r>
      <w:r w:rsidRPr="004B1EBE">
        <w:rPr>
          <w:rFonts w:ascii="Times New Roman" w:hAnsi="Times New Roman" w:cs="Times New Roman"/>
          <w:i/>
          <w:iCs/>
          <w:sz w:val="20"/>
          <w:szCs w:val="20"/>
        </w:rPr>
        <w:t>c Công ty ...;</w:t>
      </w:r>
    </w:p>
    <w:p w14:paraId="59F27F02" w14:textId="77777777" w:rsidR="005B3F2F" w:rsidRPr="004B1EBE" w:rsidRDefault="004B1EBE">
      <w:pPr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4B1EBE">
        <w:rPr>
          <w:rFonts w:ascii="Times New Roman" w:hAnsi="Times New Roman" w:cs="Times New Roman"/>
          <w:b/>
          <w:bCs/>
          <w:sz w:val="20"/>
          <w:szCs w:val="20"/>
        </w:rPr>
        <w:br/>
        <w:t>QUY</w:t>
      </w:r>
      <w:r w:rsidRPr="004B1EBE">
        <w:rPr>
          <w:rFonts w:ascii="Times New Roman" w:hAnsi="Times New Roman" w:cs="Times New Roman"/>
          <w:b/>
          <w:bCs/>
          <w:sz w:val="20"/>
          <w:szCs w:val="20"/>
        </w:rPr>
        <w:t>Ế</w:t>
      </w:r>
      <w:r w:rsidRPr="004B1EBE">
        <w:rPr>
          <w:rFonts w:ascii="Times New Roman" w:hAnsi="Times New Roman" w:cs="Times New Roman"/>
          <w:b/>
          <w:bCs/>
          <w:sz w:val="20"/>
          <w:szCs w:val="20"/>
        </w:rPr>
        <w:t>T Đ</w:t>
      </w:r>
      <w:r w:rsidRPr="004B1EBE">
        <w:rPr>
          <w:rFonts w:ascii="Times New Roman" w:hAnsi="Times New Roman" w:cs="Times New Roman"/>
          <w:b/>
          <w:bCs/>
          <w:sz w:val="20"/>
          <w:szCs w:val="20"/>
        </w:rPr>
        <w:t>Ị</w:t>
      </w:r>
      <w:r w:rsidRPr="004B1EBE">
        <w:rPr>
          <w:rFonts w:ascii="Times New Roman" w:hAnsi="Times New Roman" w:cs="Times New Roman"/>
          <w:b/>
          <w:bCs/>
          <w:sz w:val="20"/>
          <w:szCs w:val="20"/>
        </w:rPr>
        <w:t>NH</w:t>
      </w:r>
    </w:p>
    <w:p w14:paraId="46FF5927" w14:textId="77777777" w:rsidR="005B3F2F" w:rsidRPr="004B1EBE" w:rsidRDefault="004B1EBE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4B1EBE">
        <w:rPr>
          <w:rFonts w:ascii="Times New Roman" w:hAnsi="Times New Roman" w:cs="Times New Roman"/>
          <w:b/>
          <w:bCs/>
          <w:sz w:val="20"/>
          <w:szCs w:val="20"/>
        </w:rPr>
        <w:t>Đi</w:t>
      </w:r>
      <w:r w:rsidRPr="004B1EBE">
        <w:rPr>
          <w:rFonts w:ascii="Times New Roman" w:hAnsi="Times New Roman" w:cs="Times New Roman"/>
          <w:b/>
          <w:bCs/>
          <w:sz w:val="20"/>
          <w:szCs w:val="20"/>
        </w:rPr>
        <w:t>ề</w:t>
      </w:r>
      <w:r w:rsidRPr="004B1EBE">
        <w:rPr>
          <w:rFonts w:ascii="Times New Roman" w:hAnsi="Times New Roman" w:cs="Times New Roman"/>
          <w:b/>
          <w:bCs/>
          <w:sz w:val="20"/>
          <w:szCs w:val="20"/>
        </w:rPr>
        <w:t>u 1: Mi</w:t>
      </w:r>
      <w:r w:rsidRPr="004B1EBE">
        <w:rPr>
          <w:rFonts w:ascii="Times New Roman" w:hAnsi="Times New Roman" w:cs="Times New Roman"/>
          <w:b/>
          <w:bCs/>
          <w:sz w:val="20"/>
          <w:szCs w:val="20"/>
        </w:rPr>
        <w:t>ễ</w:t>
      </w:r>
      <w:r w:rsidRPr="004B1EBE">
        <w:rPr>
          <w:rFonts w:ascii="Times New Roman" w:hAnsi="Times New Roman" w:cs="Times New Roman"/>
          <w:b/>
          <w:bCs/>
          <w:sz w:val="20"/>
          <w:szCs w:val="20"/>
        </w:rPr>
        <w:t>n nhi</w:t>
      </w:r>
      <w:r w:rsidRPr="004B1EBE">
        <w:rPr>
          <w:rFonts w:ascii="Times New Roman" w:hAnsi="Times New Roman" w:cs="Times New Roman"/>
          <w:b/>
          <w:bCs/>
          <w:sz w:val="20"/>
          <w:szCs w:val="20"/>
        </w:rPr>
        <w:t>ệ</w:t>
      </w:r>
      <w:r w:rsidRPr="004B1EBE">
        <w:rPr>
          <w:rFonts w:ascii="Times New Roman" w:hAnsi="Times New Roman" w:cs="Times New Roman"/>
          <w:b/>
          <w:bCs/>
          <w:sz w:val="20"/>
          <w:szCs w:val="20"/>
        </w:rPr>
        <w:t>m ch</w:t>
      </w:r>
      <w:r w:rsidRPr="004B1EBE">
        <w:rPr>
          <w:rFonts w:ascii="Times New Roman" w:hAnsi="Times New Roman" w:cs="Times New Roman"/>
          <w:b/>
          <w:bCs/>
          <w:sz w:val="20"/>
          <w:szCs w:val="20"/>
        </w:rPr>
        <w:t>ứ</w:t>
      </w:r>
      <w:r w:rsidRPr="004B1EBE">
        <w:rPr>
          <w:rFonts w:ascii="Times New Roman" w:hAnsi="Times New Roman" w:cs="Times New Roman"/>
          <w:b/>
          <w:bCs/>
          <w:sz w:val="20"/>
          <w:szCs w:val="20"/>
        </w:rPr>
        <w:t>c v</w:t>
      </w:r>
      <w:r w:rsidRPr="004B1EBE">
        <w:rPr>
          <w:rFonts w:ascii="Times New Roman" w:hAnsi="Times New Roman" w:cs="Times New Roman"/>
          <w:b/>
          <w:bCs/>
          <w:sz w:val="20"/>
          <w:szCs w:val="20"/>
        </w:rPr>
        <w:t>ụ</w:t>
      </w:r>
      <w:r w:rsidRPr="004B1EBE">
        <w:rPr>
          <w:rFonts w:ascii="Times New Roman" w:hAnsi="Times New Roman" w:cs="Times New Roman"/>
          <w:b/>
          <w:bCs/>
          <w:sz w:val="20"/>
          <w:szCs w:val="20"/>
        </w:rPr>
        <w:t xml:space="preserve"> đ</w:t>
      </w:r>
      <w:r w:rsidRPr="004B1EBE">
        <w:rPr>
          <w:rFonts w:ascii="Times New Roman" w:hAnsi="Times New Roman" w:cs="Times New Roman"/>
          <w:b/>
          <w:bCs/>
          <w:sz w:val="20"/>
          <w:szCs w:val="20"/>
        </w:rPr>
        <w:t>ố</w:t>
      </w:r>
      <w:r w:rsidRPr="004B1EBE">
        <w:rPr>
          <w:rFonts w:ascii="Times New Roman" w:hAnsi="Times New Roman" w:cs="Times New Roman"/>
          <w:b/>
          <w:bCs/>
          <w:sz w:val="20"/>
          <w:szCs w:val="20"/>
        </w:rPr>
        <w:t>i v</w:t>
      </w:r>
      <w:r w:rsidRPr="004B1EBE">
        <w:rPr>
          <w:rFonts w:ascii="Times New Roman" w:hAnsi="Times New Roman" w:cs="Times New Roman"/>
          <w:b/>
          <w:bCs/>
          <w:sz w:val="20"/>
          <w:szCs w:val="20"/>
        </w:rPr>
        <w:t>ớ</w:t>
      </w:r>
      <w:r w:rsidRPr="004B1EBE">
        <w:rPr>
          <w:rFonts w:ascii="Times New Roman" w:hAnsi="Times New Roman" w:cs="Times New Roman"/>
          <w:b/>
          <w:bCs/>
          <w:sz w:val="20"/>
          <w:szCs w:val="20"/>
        </w:rPr>
        <w:t>i nhân viên vi ph</w:t>
      </w:r>
      <w:r w:rsidRPr="004B1EBE">
        <w:rPr>
          <w:rFonts w:ascii="Times New Roman" w:hAnsi="Times New Roman" w:cs="Times New Roman"/>
          <w:b/>
          <w:bCs/>
          <w:sz w:val="20"/>
          <w:szCs w:val="20"/>
        </w:rPr>
        <w:t>ạ</w:t>
      </w:r>
      <w:r w:rsidRPr="004B1EBE">
        <w:rPr>
          <w:rFonts w:ascii="Times New Roman" w:hAnsi="Times New Roman" w:cs="Times New Roman"/>
          <w:b/>
          <w:bCs/>
          <w:sz w:val="20"/>
          <w:szCs w:val="20"/>
        </w:rPr>
        <w:t>m k</w:t>
      </w:r>
      <w:r w:rsidRPr="004B1EBE">
        <w:rPr>
          <w:rFonts w:ascii="Times New Roman" w:hAnsi="Times New Roman" w:cs="Times New Roman"/>
          <w:b/>
          <w:bCs/>
          <w:sz w:val="20"/>
          <w:szCs w:val="20"/>
        </w:rPr>
        <w:t>ỷ</w:t>
      </w:r>
      <w:r w:rsidRPr="004B1EBE">
        <w:rPr>
          <w:rFonts w:ascii="Times New Roman" w:hAnsi="Times New Roman" w:cs="Times New Roman"/>
          <w:b/>
          <w:bCs/>
          <w:sz w:val="20"/>
          <w:szCs w:val="20"/>
        </w:rPr>
        <w:t xml:space="preserve"> lu</w:t>
      </w:r>
      <w:r w:rsidRPr="004B1EBE">
        <w:rPr>
          <w:rFonts w:ascii="Times New Roman" w:hAnsi="Times New Roman" w:cs="Times New Roman"/>
          <w:b/>
          <w:bCs/>
          <w:sz w:val="20"/>
          <w:szCs w:val="20"/>
        </w:rPr>
        <w:t>ậ</w:t>
      </w:r>
      <w:r w:rsidRPr="004B1EBE">
        <w:rPr>
          <w:rFonts w:ascii="Times New Roman" w:hAnsi="Times New Roman" w:cs="Times New Roman"/>
          <w:b/>
          <w:bCs/>
          <w:sz w:val="20"/>
          <w:szCs w:val="20"/>
        </w:rPr>
        <w:t>t</w:t>
      </w:r>
    </w:p>
    <w:p w14:paraId="4D0BF673" w14:textId="6AAFDDB4" w:rsidR="005B3F2F" w:rsidRPr="004B1EBE" w:rsidRDefault="004B1EBE" w:rsidP="004B1EBE">
      <w:pPr>
        <w:tabs>
          <w:tab w:val="right" w:leader="dot" w:pos="8364"/>
        </w:tabs>
        <w:rPr>
          <w:rFonts w:ascii="Times New Roman" w:hAnsi="Times New Roman" w:cs="Times New Roman"/>
          <w:sz w:val="20"/>
          <w:szCs w:val="20"/>
        </w:rPr>
      </w:pPr>
      <w:r w:rsidRPr="004B1EBE">
        <w:rPr>
          <w:rFonts w:ascii="Times New Roman" w:hAnsi="Times New Roman" w:cs="Times New Roman"/>
          <w:sz w:val="20"/>
          <w:szCs w:val="20"/>
        </w:rPr>
        <w:t>H</w:t>
      </w:r>
      <w:r w:rsidRPr="004B1EBE">
        <w:rPr>
          <w:rFonts w:ascii="Times New Roman" w:hAnsi="Times New Roman" w:cs="Times New Roman"/>
          <w:sz w:val="20"/>
          <w:szCs w:val="20"/>
        </w:rPr>
        <w:t>ọ</w:t>
      </w:r>
      <w:r w:rsidRPr="004B1EBE">
        <w:rPr>
          <w:rFonts w:ascii="Times New Roman" w:hAnsi="Times New Roman" w:cs="Times New Roman"/>
          <w:sz w:val="20"/>
          <w:szCs w:val="20"/>
        </w:rPr>
        <w:t xml:space="preserve"> và tên: (H</w:t>
      </w:r>
      <w:r w:rsidRPr="004B1EBE">
        <w:rPr>
          <w:rFonts w:ascii="Times New Roman" w:hAnsi="Times New Roman" w:cs="Times New Roman"/>
          <w:sz w:val="20"/>
          <w:szCs w:val="20"/>
        </w:rPr>
        <w:t>ọ</w:t>
      </w:r>
      <w:r w:rsidRPr="004B1EBE">
        <w:rPr>
          <w:rFonts w:ascii="Times New Roman" w:hAnsi="Times New Roman" w:cs="Times New Roman"/>
          <w:sz w:val="20"/>
          <w:szCs w:val="20"/>
        </w:rPr>
        <w:t xml:space="preserve"> và tên nhân viên)</w:t>
      </w:r>
      <w:r>
        <w:rPr>
          <w:rFonts w:ascii="Times New Roman" w:hAnsi="Times New Roman" w:cs="Times New Roman"/>
          <w:sz w:val="20"/>
          <w:szCs w:val="20"/>
        </w:rPr>
        <w:tab/>
      </w:r>
    </w:p>
    <w:p w14:paraId="5EFA65FA" w14:textId="77D92944" w:rsidR="005B3F2F" w:rsidRPr="004B1EBE" w:rsidRDefault="004B1EBE" w:rsidP="004B1EBE">
      <w:pPr>
        <w:tabs>
          <w:tab w:val="right" w:leader="dot" w:pos="8364"/>
        </w:tabs>
        <w:rPr>
          <w:rFonts w:ascii="Times New Roman" w:hAnsi="Times New Roman" w:cs="Times New Roman"/>
          <w:sz w:val="20"/>
          <w:szCs w:val="20"/>
        </w:rPr>
      </w:pPr>
      <w:r w:rsidRPr="004B1EBE">
        <w:rPr>
          <w:rFonts w:ascii="Times New Roman" w:hAnsi="Times New Roman" w:cs="Times New Roman"/>
          <w:sz w:val="20"/>
          <w:szCs w:val="20"/>
        </w:rPr>
        <w:t>Ch</w:t>
      </w:r>
      <w:r w:rsidRPr="004B1EBE">
        <w:rPr>
          <w:rFonts w:ascii="Times New Roman" w:hAnsi="Times New Roman" w:cs="Times New Roman"/>
          <w:sz w:val="20"/>
          <w:szCs w:val="20"/>
        </w:rPr>
        <w:t>ứ</w:t>
      </w:r>
      <w:r w:rsidRPr="004B1EBE">
        <w:rPr>
          <w:rFonts w:ascii="Times New Roman" w:hAnsi="Times New Roman" w:cs="Times New Roman"/>
          <w:sz w:val="20"/>
          <w:szCs w:val="20"/>
        </w:rPr>
        <w:t>c v</w:t>
      </w:r>
      <w:r w:rsidRPr="004B1EBE">
        <w:rPr>
          <w:rFonts w:ascii="Times New Roman" w:hAnsi="Times New Roman" w:cs="Times New Roman"/>
          <w:sz w:val="20"/>
          <w:szCs w:val="20"/>
        </w:rPr>
        <w:t>ụ</w:t>
      </w:r>
      <w:r w:rsidRPr="004B1EBE">
        <w:rPr>
          <w:rFonts w:ascii="Times New Roman" w:hAnsi="Times New Roman" w:cs="Times New Roman"/>
          <w:sz w:val="20"/>
          <w:szCs w:val="20"/>
        </w:rPr>
        <w:t xml:space="preserve"> hi</w:t>
      </w:r>
      <w:r w:rsidRPr="004B1EBE">
        <w:rPr>
          <w:rFonts w:ascii="Times New Roman" w:hAnsi="Times New Roman" w:cs="Times New Roman"/>
          <w:sz w:val="20"/>
          <w:szCs w:val="20"/>
        </w:rPr>
        <w:t>ệ</w:t>
      </w:r>
      <w:r w:rsidRPr="004B1EBE">
        <w:rPr>
          <w:rFonts w:ascii="Times New Roman" w:hAnsi="Times New Roman" w:cs="Times New Roman"/>
          <w:sz w:val="20"/>
          <w:szCs w:val="20"/>
        </w:rPr>
        <w:t>n t</w:t>
      </w:r>
      <w:r w:rsidRPr="004B1EBE">
        <w:rPr>
          <w:rFonts w:ascii="Times New Roman" w:hAnsi="Times New Roman" w:cs="Times New Roman"/>
          <w:sz w:val="20"/>
          <w:szCs w:val="20"/>
        </w:rPr>
        <w:t>ạ</w:t>
      </w:r>
      <w:r w:rsidRPr="004B1EBE">
        <w:rPr>
          <w:rFonts w:ascii="Times New Roman" w:hAnsi="Times New Roman" w:cs="Times New Roman"/>
          <w:sz w:val="20"/>
          <w:szCs w:val="20"/>
        </w:rPr>
        <w:t>i: (Ch</w:t>
      </w:r>
      <w:r w:rsidRPr="004B1EBE">
        <w:rPr>
          <w:rFonts w:ascii="Times New Roman" w:hAnsi="Times New Roman" w:cs="Times New Roman"/>
          <w:sz w:val="20"/>
          <w:szCs w:val="20"/>
        </w:rPr>
        <w:t>ứ</w:t>
      </w:r>
      <w:r w:rsidRPr="004B1EBE">
        <w:rPr>
          <w:rFonts w:ascii="Times New Roman" w:hAnsi="Times New Roman" w:cs="Times New Roman"/>
          <w:sz w:val="20"/>
          <w:szCs w:val="20"/>
        </w:rPr>
        <w:t>c danh công vi</w:t>
      </w:r>
      <w:r w:rsidRPr="004B1EBE">
        <w:rPr>
          <w:rFonts w:ascii="Times New Roman" w:hAnsi="Times New Roman" w:cs="Times New Roman"/>
          <w:sz w:val="20"/>
          <w:szCs w:val="20"/>
        </w:rPr>
        <w:t>ệ</w:t>
      </w:r>
      <w:r w:rsidRPr="004B1EBE">
        <w:rPr>
          <w:rFonts w:ascii="Times New Roman" w:hAnsi="Times New Roman" w:cs="Times New Roman"/>
          <w:sz w:val="20"/>
          <w:szCs w:val="20"/>
        </w:rPr>
        <w:t>c)</w:t>
      </w:r>
      <w:r>
        <w:rPr>
          <w:rFonts w:ascii="Times New Roman" w:hAnsi="Times New Roman" w:cs="Times New Roman"/>
          <w:sz w:val="20"/>
          <w:szCs w:val="20"/>
        </w:rPr>
        <w:tab/>
      </w:r>
    </w:p>
    <w:p w14:paraId="47271D9C" w14:textId="6110FE9A" w:rsidR="005B3F2F" w:rsidRPr="004B1EBE" w:rsidRDefault="004B1EBE" w:rsidP="004B1EBE">
      <w:pPr>
        <w:tabs>
          <w:tab w:val="right" w:leader="dot" w:pos="8364"/>
        </w:tabs>
        <w:rPr>
          <w:rFonts w:ascii="Times New Roman" w:hAnsi="Times New Roman" w:cs="Times New Roman"/>
          <w:sz w:val="20"/>
          <w:szCs w:val="20"/>
        </w:rPr>
      </w:pPr>
      <w:r w:rsidRPr="004B1EBE">
        <w:rPr>
          <w:rFonts w:ascii="Times New Roman" w:hAnsi="Times New Roman" w:cs="Times New Roman"/>
          <w:sz w:val="20"/>
          <w:szCs w:val="20"/>
        </w:rPr>
        <w:t>B</w:t>
      </w:r>
      <w:r w:rsidRPr="004B1EBE">
        <w:rPr>
          <w:rFonts w:ascii="Times New Roman" w:hAnsi="Times New Roman" w:cs="Times New Roman"/>
          <w:sz w:val="20"/>
          <w:szCs w:val="20"/>
        </w:rPr>
        <w:t>ộ</w:t>
      </w:r>
      <w:r w:rsidRPr="004B1EBE">
        <w:rPr>
          <w:rFonts w:ascii="Times New Roman" w:hAnsi="Times New Roman" w:cs="Times New Roman"/>
          <w:sz w:val="20"/>
          <w:szCs w:val="20"/>
        </w:rPr>
        <w:t xml:space="preserve"> ph</w:t>
      </w:r>
      <w:r w:rsidRPr="004B1EBE">
        <w:rPr>
          <w:rFonts w:ascii="Times New Roman" w:hAnsi="Times New Roman" w:cs="Times New Roman"/>
          <w:sz w:val="20"/>
          <w:szCs w:val="20"/>
        </w:rPr>
        <w:t>ậ</w:t>
      </w:r>
      <w:r w:rsidRPr="004B1EBE">
        <w:rPr>
          <w:rFonts w:ascii="Times New Roman" w:hAnsi="Times New Roman" w:cs="Times New Roman"/>
          <w:sz w:val="20"/>
          <w:szCs w:val="20"/>
        </w:rPr>
        <w:t>n công tác: (Tên phòng ban/b</w:t>
      </w:r>
      <w:r w:rsidRPr="004B1EBE">
        <w:rPr>
          <w:rFonts w:ascii="Times New Roman" w:hAnsi="Times New Roman" w:cs="Times New Roman"/>
          <w:sz w:val="20"/>
          <w:szCs w:val="20"/>
        </w:rPr>
        <w:t>ộ</w:t>
      </w:r>
      <w:r w:rsidRPr="004B1EBE">
        <w:rPr>
          <w:rFonts w:ascii="Times New Roman" w:hAnsi="Times New Roman" w:cs="Times New Roman"/>
          <w:sz w:val="20"/>
          <w:szCs w:val="20"/>
        </w:rPr>
        <w:t xml:space="preserve"> ph</w:t>
      </w:r>
      <w:r w:rsidRPr="004B1EBE">
        <w:rPr>
          <w:rFonts w:ascii="Times New Roman" w:hAnsi="Times New Roman" w:cs="Times New Roman"/>
          <w:sz w:val="20"/>
          <w:szCs w:val="20"/>
        </w:rPr>
        <w:t>ậ</w:t>
      </w:r>
      <w:r w:rsidRPr="004B1EBE">
        <w:rPr>
          <w:rFonts w:ascii="Times New Roman" w:hAnsi="Times New Roman" w:cs="Times New Roman"/>
          <w:sz w:val="20"/>
          <w:szCs w:val="20"/>
        </w:rPr>
        <w:t>n)</w:t>
      </w:r>
      <w:r>
        <w:rPr>
          <w:rFonts w:ascii="Times New Roman" w:hAnsi="Times New Roman" w:cs="Times New Roman"/>
          <w:sz w:val="20"/>
          <w:szCs w:val="20"/>
        </w:rPr>
        <w:tab/>
      </w:r>
    </w:p>
    <w:p w14:paraId="42A7B1D4" w14:textId="5E10BFB0" w:rsidR="005B3F2F" w:rsidRPr="004B1EBE" w:rsidRDefault="004B1EBE" w:rsidP="004B1EBE">
      <w:pPr>
        <w:tabs>
          <w:tab w:val="right" w:leader="dot" w:pos="8364"/>
        </w:tabs>
        <w:rPr>
          <w:rFonts w:ascii="Times New Roman" w:hAnsi="Times New Roman" w:cs="Times New Roman"/>
          <w:sz w:val="20"/>
          <w:szCs w:val="20"/>
        </w:rPr>
      </w:pPr>
      <w:r w:rsidRPr="004B1EBE">
        <w:rPr>
          <w:rFonts w:ascii="Times New Roman" w:hAnsi="Times New Roman" w:cs="Times New Roman"/>
          <w:sz w:val="20"/>
          <w:szCs w:val="20"/>
        </w:rPr>
        <w:t>Hành vi vi ph</w:t>
      </w:r>
      <w:r w:rsidRPr="004B1EBE">
        <w:rPr>
          <w:rFonts w:ascii="Times New Roman" w:hAnsi="Times New Roman" w:cs="Times New Roman"/>
          <w:sz w:val="20"/>
          <w:szCs w:val="20"/>
        </w:rPr>
        <w:t>ạ</w:t>
      </w:r>
      <w:r w:rsidRPr="004B1EBE">
        <w:rPr>
          <w:rFonts w:ascii="Times New Roman" w:hAnsi="Times New Roman" w:cs="Times New Roman"/>
          <w:sz w:val="20"/>
          <w:szCs w:val="20"/>
        </w:rPr>
        <w:t>m: (Mô t</w:t>
      </w:r>
      <w:r w:rsidRPr="004B1EBE">
        <w:rPr>
          <w:rFonts w:ascii="Times New Roman" w:hAnsi="Times New Roman" w:cs="Times New Roman"/>
          <w:sz w:val="20"/>
          <w:szCs w:val="20"/>
        </w:rPr>
        <w:t>ả</w:t>
      </w:r>
      <w:r w:rsidRPr="004B1EBE">
        <w:rPr>
          <w:rFonts w:ascii="Times New Roman" w:hAnsi="Times New Roman" w:cs="Times New Roman"/>
          <w:sz w:val="20"/>
          <w:szCs w:val="20"/>
        </w:rPr>
        <w:t xml:space="preserve"> c</w:t>
      </w:r>
      <w:r w:rsidRPr="004B1EBE">
        <w:rPr>
          <w:rFonts w:ascii="Times New Roman" w:hAnsi="Times New Roman" w:cs="Times New Roman"/>
          <w:sz w:val="20"/>
          <w:szCs w:val="20"/>
        </w:rPr>
        <w:t>ụ</w:t>
      </w:r>
      <w:r w:rsidRPr="004B1EBE">
        <w:rPr>
          <w:rFonts w:ascii="Times New Roman" w:hAnsi="Times New Roman" w:cs="Times New Roman"/>
          <w:sz w:val="20"/>
          <w:szCs w:val="20"/>
        </w:rPr>
        <w:t xml:space="preserve"> th</w:t>
      </w:r>
      <w:r w:rsidRPr="004B1EBE">
        <w:rPr>
          <w:rFonts w:ascii="Times New Roman" w:hAnsi="Times New Roman" w:cs="Times New Roman"/>
          <w:sz w:val="20"/>
          <w:szCs w:val="20"/>
        </w:rPr>
        <w:t>ể</w:t>
      </w:r>
      <w:r w:rsidRPr="004B1EBE">
        <w:rPr>
          <w:rFonts w:ascii="Times New Roman" w:hAnsi="Times New Roman" w:cs="Times New Roman"/>
          <w:sz w:val="20"/>
          <w:szCs w:val="20"/>
        </w:rPr>
        <w:t xml:space="preserve"> hành vi vi ph</w:t>
      </w:r>
      <w:r w:rsidRPr="004B1EBE">
        <w:rPr>
          <w:rFonts w:ascii="Times New Roman" w:hAnsi="Times New Roman" w:cs="Times New Roman"/>
          <w:sz w:val="20"/>
          <w:szCs w:val="20"/>
        </w:rPr>
        <w:t>ạ</w:t>
      </w:r>
      <w:r w:rsidRPr="004B1EBE">
        <w:rPr>
          <w:rFonts w:ascii="Times New Roman" w:hAnsi="Times New Roman" w:cs="Times New Roman"/>
          <w:sz w:val="20"/>
          <w:szCs w:val="20"/>
        </w:rPr>
        <w:t>m</w:t>
      </w:r>
      <w:r>
        <w:rPr>
          <w:rFonts w:ascii="Times New Roman" w:hAnsi="Times New Roman" w:cs="Times New Roman"/>
          <w:sz w:val="20"/>
          <w:szCs w:val="20"/>
        </w:rPr>
        <w:t xml:space="preserve"> như không hoàn thành công việc, vi phạm nội quy, làm ảnh hưởng đến công ty, </w:t>
      </w:r>
      <w:proofErr w:type="gramStart"/>
      <w:r>
        <w:rPr>
          <w:rFonts w:ascii="Times New Roman" w:hAnsi="Times New Roman" w:cs="Times New Roman"/>
          <w:sz w:val="20"/>
          <w:szCs w:val="20"/>
        </w:rPr>
        <w:t>.....</w:t>
      </w:r>
      <w:proofErr w:type="gramEnd"/>
      <w:r w:rsidRPr="004B1EBE">
        <w:rPr>
          <w:rFonts w:ascii="Times New Roman" w:hAnsi="Times New Roman" w:cs="Times New Roman"/>
          <w:sz w:val="20"/>
          <w:szCs w:val="20"/>
        </w:rPr>
        <w:t>)</w:t>
      </w:r>
      <w:r>
        <w:rPr>
          <w:rFonts w:ascii="Times New Roman" w:hAnsi="Times New Roman" w:cs="Times New Roman"/>
          <w:sz w:val="20"/>
          <w:szCs w:val="20"/>
        </w:rPr>
        <w:tab/>
      </w:r>
    </w:p>
    <w:p w14:paraId="365DE8C9" w14:textId="4C1DC98F" w:rsidR="005B3F2F" w:rsidRPr="004B1EBE" w:rsidRDefault="004B1EBE" w:rsidP="004B1EBE">
      <w:pPr>
        <w:tabs>
          <w:tab w:val="right" w:leader="dot" w:pos="8364"/>
        </w:tabs>
        <w:rPr>
          <w:rFonts w:ascii="Times New Roman" w:hAnsi="Times New Roman" w:cs="Times New Roman"/>
          <w:sz w:val="20"/>
          <w:szCs w:val="20"/>
        </w:rPr>
      </w:pPr>
      <w:r w:rsidRPr="004B1EBE">
        <w:rPr>
          <w:rFonts w:ascii="Times New Roman" w:hAnsi="Times New Roman" w:cs="Times New Roman"/>
          <w:sz w:val="20"/>
          <w:szCs w:val="20"/>
        </w:rPr>
        <w:t>Hình th</w:t>
      </w:r>
      <w:r w:rsidRPr="004B1EBE">
        <w:rPr>
          <w:rFonts w:ascii="Times New Roman" w:hAnsi="Times New Roman" w:cs="Times New Roman"/>
          <w:sz w:val="20"/>
          <w:szCs w:val="20"/>
        </w:rPr>
        <w:t>ứ</w:t>
      </w:r>
      <w:r w:rsidRPr="004B1EBE">
        <w:rPr>
          <w:rFonts w:ascii="Times New Roman" w:hAnsi="Times New Roman" w:cs="Times New Roman"/>
          <w:sz w:val="20"/>
          <w:szCs w:val="20"/>
        </w:rPr>
        <w:t>c k</w:t>
      </w:r>
      <w:r w:rsidRPr="004B1EBE">
        <w:rPr>
          <w:rFonts w:ascii="Times New Roman" w:hAnsi="Times New Roman" w:cs="Times New Roman"/>
          <w:sz w:val="20"/>
          <w:szCs w:val="20"/>
        </w:rPr>
        <w:t>ỷ</w:t>
      </w:r>
      <w:r w:rsidRPr="004B1EBE">
        <w:rPr>
          <w:rFonts w:ascii="Times New Roman" w:hAnsi="Times New Roman" w:cs="Times New Roman"/>
          <w:sz w:val="20"/>
          <w:szCs w:val="20"/>
        </w:rPr>
        <w:t xml:space="preserve"> lu</w:t>
      </w:r>
      <w:r w:rsidRPr="004B1EBE">
        <w:rPr>
          <w:rFonts w:ascii="Times New Roman" w:hAnsi="Times New Roman" w:cs="Times New Roman"/>
          <w:sz w:val="20"/>
          <w:szCs w:val="20"/>
        </w:rPr>
        <w:t>ậ</w:t>
      </w:r>
      <w:r w:rsidRPr="004B1EBE">
        <w:rPr>
          <w:rFonts w:ascii="Times New Roman" w:hAnsi="Times New Roman" w:cs="Times New Roman"/>
          <w:sz w:val="20"/>
          <w:szCs w:val="20"/>
        </w:rPr>
        <w:t>t: Mi</w:t>
      </w:r>
      <w:r w:rsidRPr="004B1EBE">
        <w:rPr>
          <w:rFonts w:ascii="Times New Roman" w:hAnsi="Times New Roman" w:cs="Times New Roman"/>
          <w:sz w:val="20"/>
          <w:szCs w:val="20"/>
        </w:rPr>
        <w:t>ễ</w:t>
      </w:r>
      <w:r w:rsidRPr="004B1EBE">
        <w:rPr>
          <w:rFonts w:ascii="Times New Roman" w:hAnsi="Times New Roman" w:cs="Times New Roman"/>
          <w:sz w:val="20"/>
          <w:szCs w:val="20"/>
        </w:rPr>
        <w:t>n nhi</w:t>
      </w:r>
      <w:r w:rsidRPr="004B1EBE">
        <w:rPr>
          <w:rFonts w:ascii="Times New Roman" w:hAnsi="Times New Roman" w:cs="Times New Roman"/>
          <w:sz w:val="20"/>
          <w:szCs w:val="20"/>
        </w:rPr>
        <w:t>ệ</w:t>
      </w:r>
      <w:r w:rsidRPr="004B1EBE">
        <w:rPr>
          <w:rFonts w:ascii="Times New Roman" w:hAnsi="Times New Roman" w:cs="Times New Roman"/>
          <w:sz w:val="20"/>
          <w:szCs w:val="20"/>
        </w:rPr>
        <w:t>m ch</w:t>
      </w:r>
      <w:r w:rsidRPr="004B1EBE">
        <w:rPr>
          <w:rFonts w:ascii="Times New Roman" w:hAnsi="Times New Roman" w:cs="Times New Roman"/>
          <w:sz w:val="20"/>
          <w:szCs w:val="20"/>
        </w:rPr>
        <w:t>ứ</w:t>
      </w:r>
      <w:r w:rsidRPr="004B1EBE">
        <w:rPr>
          <w:rFonts w:ascii="Times New Roman" w:hAnsi="Times New Roman" w:cs="Times New Roman"/>
          <w:sz w:val="20"/>
          <w:szCs w:val="20"/>
        </w:rPr>
        <w:t>c v</w:t>
      </w:r>
      <w:r w:rsidRPr="004B1EBE">
        <w:rPr>
          <w:rFonts w:ascii="Times New Roman" w:hAnsi="Times New Roman" w:cs="Times New Roman"/>
          <w:sz w:val="20"/>
          <w:szCs w:val="20"/>
        </w:rPr>
        <w:t>ụ</w:t>
      </w:r>
      <w:r w:rsidRPr="004B1EBE">
        <w:rPr>
          <w:rFonts w:ascii="Times New Roman" w:hAnsi="Times New Roman" w:cs="Times New Roman"/>
          <w:sz w:val="20"/>
          <w:szCs w:val="20"/>
        </w:rPr>
        <w:t xml:space="preserve"> hi</w:t>
      </w:r>
      <w:r w:rsidRPr="004B1EBE">
        <w:rPr>
          <w:rFonts w:ascii="Times New Roman" w:hAnsi="Times New Roman" w:cs="Times New Roman"/>
          <w:sz w:val="20"/>
          <w:szCs w:val="20"/>
        </w:rPr>
        <w:t>ệ</w:t>
      </w:r>
      <w:r w:rsidRPr="004B1EBE">
        <w:rPr>
          <w:rFonts w:ascii="Times New Roman" w:hAnsi="Times New Roman" w:cs="Times New Roman"/>
          <w:sz w:val="20"/>
          <w:szCs w:val="20"/>
        </w:rPr>
        <w:t>n t</w:t>
      </w:r>
      <w:r w:rsidRPr="004B1EBE">
        <w:rPr>
          <w:rFonts w:ascii="Times New Roman" w:hAnsi="Times New Roman" w:cs="Times New Roman"/>
          <w:sz w:val="20"/>
          <w:szCs w:val="20"/>
        </w:rPr>
        <w:t>ạ</w:t>
      </w:r>
      <w:r w:rsidRPr="004B1EBE">
        <w:rPr>
          <w:rFonts w:ascii="Times New Roman" w:hAnsi="Times New Roman" w:cs="Times New Roman"/>
          <w:sz w:val="20"/>
          <w:szCs w:val="20"/>
        </w:rPr>
        <w:t>i, đi</w:t>
      </w:r>
      <w:r w:rsidRPr="004B1EBE">
        <w:rPr>
          <w:rFonts w:ascii="Times New Roman" w:hAnsi="Times New Roman" w:cs="Times New Roman"/>
          <w:sz w:val="20"/>
          <w:szCs w:val="20"/>
        </w:rPr>
        <w:t>ề</w:t>
      </w:r>
      <w:r w:rsidRPr="004B1EBE">
        <w:rPr>
          <w:rFonts w:ascii="Times New Roman" w:hAnsi="Times New Roman" w:cs="Times New Roman"/>
          <w:sz w:val="20"/>
          <w:szCs w:val="20"/>
        </w:rPr>
        <w:t>u chuy</w:t>
      </w:r>
      <w:r w:rsidRPr="004B1EBE">
        <w:rPr>
          <w:rFonts w:ascii="Times New Roman" w:hAnsi="Times New Roman" w:cs="Times New Roman"/>
          <w:sz w:val="20"/>
          <w:szCs w:val="20"/>
        </w:rPr>
        <w:t>ể</w:t>
      </w:r>
      <w:r w:rsidRPr="004B1EBE">
        <w:rPr>
          <w:rFonts w:ascii="Times New Roman" w:hAnsi="Times New Roman" w:cs="Times New Roman"/>
          <w:sz w:val="20"/>
          <w:szCs w:val="20"/>
        </w:rPr>
        <w:t>n công vi</w:t>
      </w:r>
      <w:r w:rsidRPr="004B1EBE">
        <w:rPr>
          <w:rFonts w:ascii="Times New Roman" w:hAnsi="Times New Roman" w:cs="Times New Roman"/>
          <w:sz w:val="20"/>
          <w:szCs w:val="20"/>
        </w:rPr>
        <w:t>ệ</w:t>
      </w:r>
      <w:r w:rsidRPr="004B1EBE">
        <w:rPr>
          <w:rFonts w:ascii="Times New Roman" w:hAnsi="Times New Roman" w:cs="Times New Roman"/>
          <w:sz w:val="20"/>
          <w:szCs w:val="20"/>
        </w:rPr>
        <w:t>c theo nhu c</w:t>
      </w:r>
      <w:r w:rsidRPr="004B1EBE">
        <w:rPr>
          <w:rFonts w:ascii="Times New Roman" w:hAnsi="Times New Roman" w:cs="Times New Roman"/>
          <w:sz w:val="20"/>
          <w:szCs w:val="20"/>
        </w:rPr>
        <w:t>ầ</w:t>
      </w:r>
      <w:r w:rsidRPr="004B1EBE">
        <w:rPr>
          <w:rFonts w:ascii="Times New Roman" w:hAnsi="Times New Roman" w:cs="Times New Roman"/>
          <w:sz w:val="20"/>
          <w:szCs w:val="20"/>
        </w:rPr>
        <w:t>u công ty (n</w:t>
      </w:r>
      <w:r w:rsidRPr="004B1EBE">
        <w:rPr>
          <w:rFonts w:ascii="Times New Roman" w:hAnsi="Times New Roman" w:cs="Times New Roman"/>
          <w:sz w:val="20"/>
          <w:szCs w:val="20"/>
        </w:rPr>
        <w:t>ế</w:t>
      </w:r>
      <w:r w:rsidRPr="004B1EBE">
        <w:rPr>
          <w:rFonts w:ascii="Times New Roman" w:hAnsi="Times New Roman" w:cs="Times New Roman"/>
          <w:sz w:val="20"/>
          <w:szCs w:val="20"/>
        </w:rPr>
        <w:t>u có).</w:t>
      </w:r>
      <w:r>
        <w:rPr>
          <w:rFonts w:ascii="Times New Roman" w:hAnsi="Times New Roman" w:cs="Times New Roman"/>
          <w:sz w:val="20"/>
          <w:szCs w:val="20"/>
        </w:rPr>
        <w:tab/>
        <w:t>............</w:t>
      </w:r>
    </w:p>
    <w:p w14:paraId="4BB82788" w14:textId="2DCA4FDD" w:rsidR="005B3F2F" w:rsidRPr="004B1EBE" w:rsidRDefault="004B1EBE" w:rsidP="004B1EBE">
      <w:pPr>
        <w:tabs>
          <w:tab w:val="right" w:leader="dot" w:pos="8364"/>
        </w:tabs>
        <w:rPr>
          <w:rFonts w:ascii="Times New Roman" w:hAnsi="Times New Roman" w:cs="Times New Roman"/>
          <w:sz w:val="20"/>
          <w:szCs w:val="20"/>
        </w:rPr>
      </w:pPr>
      <w:r w:rsidRPr="004B1EBE">
        <w:rPr>
          <w:rFonts w:ascii="Times New Roman" w:hAnsi="Times New Roman" w:cs="Times New Roman"/>
          <w:sz w:val="20"/>
          <w:szCs w:val="20"/>
        </w:rPr>
        <w:t>Th</w:t>
      </w:r>
      <w:r w:rsidRPr="004B1EBE">
        <w:rPr>
          <w:rFonts w:ascii="Times New Roman" w:hAnsi="Times New Roman" w:cs="Times New Roman"/>
          <w:sz w:val="20"/>
          <w:szCs w:val="20"/>
        </w:rPr>
        <w:t>ờ</w:t>
      </w:r>
      <w:r w:rsidRPr="004B1EBE">
        <w:rPr>
          <w:rFonts w:ascii="Times New Roman" w:hAnsi="Times New Roman" w:cs="Times New Roman"/>
          <w:sz w:val="20"/>
          <w:szCs w:val="20"/>
        </w:rPr>
        <w:t>i gian áp d</w:t>
      </w:r>
      <w:r w:rsidRPr="004B1EBE">
        <w:rPr>
          <w:rFonts w:ascii="Times New Roman" w:hAnsi="Times New Roman" w:cs="Times New Roman"/>
          <w:sz w:val="20"/>
          <w:szCs w:val="20"/>
        </w:rPr>
        <w:t>ụ</w:t>
      </w:r>
      <w:r w:rsidRPr="004B1EBE">
        <w:rPr>
          <w:rFonts w:ascii="Times New Roman" w:hAnsi="Times New Roman" w:cs="Times New Roman"/>
          <w:sz w:val="20"/>
          <w:szCs w:val="20"/>
        </w:rPr>
        <w:t>ng: T</w:t>
      </w:r>
      <w:r w:rsidRPr="004B1EBE">
        <w:rPr>
          <w:rFonts w:ascii="Times New Roman" w:hAnsi="Times New Roman" w:cs="Times New Roman"/>
          <w:sz w:val="20"/>
          <w:szCs w:val="20"/>
        </w:rPr>
        <w:t>ừ</w:t>
      </w:r>
      <w:r w:rsidRPr="004B1EBE">
        <w:rPr>
          <w:rFonts w:ascii="Times New Roman" w:hAnsi="Times New Roman" w:cs="Times New Roman"/>
          <w:sz w:val="20"/>
          <w:szCs w:val="20"/>
        </w:rPr>
        <w:t xml:space="preserve"> ngày .......</w:t>
      </w:r>
      <w:r>
        <w:rPr>
          <w:rFonts w:ascii="Times New Roman" w:hAnsi="Times New Roman" w:cs="Times New Roman"/>
          <w:sz w:val="20"/>
          <w:szCs w:val="20"/>
        </w:rPr>
        <w:tab/>
      </w:r>
    </w:p>
    <w:p w14:paraId="72D1754E" w14:textId="77777777" w:rsidR="005B3F2F" w:rsidRPr="004B1EBE" w:rsidRDefault="004B1EBE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4B1EBE">
        <w:rPr>
          <w:rFonts w:ascii="Times New Roman" w:hAnsi="Times New Roman" w:cs="Times New Roman"/>
          <w:b/>
          <w:bCs/>
          <w:sz w:val="20"/>
          <w:szCs w:val="20"/>
        </w:rPr>
        <w:br/>
        <w:t>Đi</w:t>
      </w:r>
      <w:r w:rsidRPr="004B1EBE">
        <w:rPr>
          <w:rFonts w:ascii="Times New Roman" w:hAnsi="Times New Roman" w:cs="Times New Roman"/>
          <w:b/>
          <w:bCs/>
          <w:sz w:val="20"/>
          <w:szCs w:val="20"/>
        </w:rPr>
        <w:t>ề</w:t>
      </w:r>
      <w:r w:rsidRPr="004B1EBE">
        <w:rPr>
          <w:rFonts w:ascii="Times New Roman" w:hAnsi="Times New Roman" w:cs="Times New Roman"/>
          <w:b/>
          <w:bCs/>
          <w:sz w:val="20"/>
          <w:szCs w:val="20"/>
        </w:rPr>
        <w:t>u 2: Trách nhi</w:t>
      </w:r>
      <w:r w:rsidRPr="004B1EBE">
        <w:rPr>
          <w:rFonts w:ascii="Times New Roman" w:hAnsi="Times New Roman" w:cs="Times New Roman"/>
          <w:b/>
          <w:bCs/>
          <w:sz w:val="20"/>
          <w:szCs w:val="20"/>
        </w:rPr>
        <w:t>ệ</w:t>
      </w:r>
      <w:r w:rsidRPr="004B1EBE">
        <w:rPr>
          <w:rFonts w:ascii="Times New Roman" w:hAnsi="Times New Roman" w:cs="Times New Roman"/>
          <w:b/>
          <w:bCs/>
          <w:sz w:val="20"/>
          <w:szCs w:val="20"/>
        </w:rPr>
        <w:t>m c</w:t>
      </w:r>
      <w:r w:rsidRPr="004B1EBE">
        <w:rPr>
          <w:rFonts w:ascii="Times New Roman" w:hAnsi="Times New Roman" w:cs="Times New Roman"/>
          <w:b/>
          <w:bCs/>
          <w:sz w:val="20"/>
          <w:szCs w:val="20"/>
        </w:rPr>
        <w:t>ủ</w:t>
      </w:r>
      <w:r w:rsidRPr="004B1EBE">
        <w:rPr>
          <w:rFonts w:ascii="Times New Roman" w:hAnsi="Times New Roman" w:cs="Times New Roman"/>
          <w:b/>
          <w:bCs/>
          <w:sz w:val="20"/>
          <w:szCs w:val="20"/>
        </w:rPr>
        <w:t>a nhân viên sau khi b</w:t>
      </w:r>
      <w:r w:rsidRPr="004B1EBE">
        <w:rPr>
          <w:rFonts w:ascii="Times New Roman" w:hAnsi="Times New Roman" w:cs="Times New Roman"/>
          <w:b/>
          <w:bCs/>
          <w:sz w:val="20"/>
          <w:szCs w:val="20"/>
        </w:rPr>
        <w:t>ị</w:t>
      </w:r>
      <w:r w:rsidRPr="004B1EBE">
        <w:rPr>
          <w:rFonts w:ascii="Times New Roman" w:hAnsi="Times New Roman" w:cs="Times New Roman"/>
          <w:b/>
          <w:bCs/>
          <w:sz w:val="20"/>
          <w:szCs w:val="20"/>
        </w:rPr>
        <w:t xml:space="preserve"> mi</w:t>
      </w:r>
      <w:r w:rsidRPr="004B1EBE">
        <w:rPr>
          <w:rFonts w:ascii="Times New Roman" w:hAnsi="Times New Roman" w:cs="Times New Roman"/>
          <w:b/>
          <w:bCs/>
          <w:sz w:val="20"/>
          <w:szCs w:val="20"/>
        </w:rPr>
        <w:t>ễ</w:t>
      </w:r>
      <w:r w:rsidRPr="004B1EBE">
        <w:rPr>
          <w:rFonts w:ascii="Times New Roman" w:hAnsi="Times New Roman" w:cs="Times New Roman"/>
          <w:b/>
          <w:bCs/>
          <w:sz w:val="20"/>
          <w:szCs w:val="20"/>
        </w:rPr>
        <w:t>n nhi</w:t>
      </w:r>
      <w:r w:rsidRPr="004B1EBE">
        <w:rPr>
          <w:rFonts w:ascii="Times New Roman" w:hAnsi="Times New Roman" w:cs="Times New Roman"/>
          <w:b/>
          <w:bCs/>
          <w:sz w:val="20"/>
          <w:szCs w:val="20"/>
        </w:rPr>
        <w:t>ệ</w:t>
      </w:r>
      <w:r w:rsidRPr="004B1EBE">
        <w:rPr>
          <w:rFonts w:ascii="Times New Roman" w:hAnsi="Times New Roman" w:cs="Times New Roman"/>
          <w:b/>
          <w:bCs/>
          <w:sz w:val="20"/>
          <w:szCs w:val="20"/>
        </w:rPr>
        <w:t>m</w:t>
      </w:r>
    </w:p>
    <w:p w14:paraId="688E1690" w14:textId="77777777" w:rsidR="005B3F2F" w:rsidRPr="004B1EBE" w:rsidRDefault="004B1EBE">
      <w:pPr>
        <w:rPr>
          <w:rFonts w:ascii="Times New Roman" w:hAnsi="Times New Roman" w:cs="Times New Roman"/>
          <w:sz w:val="20"/>
          <w:szCs w:val="20"/>
        </w:rPr>
      </w:pPr>
      <w:r w:rsidRPr="004B1EBE">
        <w:rPr>
          <w:rFonts w:ascii="Times New Roman" w:hAnsi="Times New Roman" w:cs="Times New Roman"/>
          <w:sz w:val="20"/>
          <w:szCs w:val="20"/>
        </w:rPr>
        <w:t>Ông/Bà ... có trách nhi</w:t>
      </w:r>
      <w:r w:rsidRPr="004B1EBE">
        <w:rPr>
          <w:rFonts w:ascii="Times New Roman" w:hAnsi="Times New Roman" w:cs="Times New Roman"/>
          <w:sz w:val="20"/>
          <w:szCs w:val="20"/>
        </w:rPr>
        <w:t>ệ</w:t>
      </w:r>
      <w:r w:rsidRPr="004B1EBE">
        <w:rPr>
          <w:rFonts w:ascii="Times New Roman" w:hAnsi="Times New Roman" w:cs="Times New Roman"/>
          <w:sz w:val="20"/>
          <w:szCs w:val="20"/>
        </w:rPr>
        <w:t>m bàn giao công vi</w:t>
      </w:r>
      <w:r w:rsidRPr="004B1EBE">
        <w:rPr>
          <w:rFonts w:ascii="Times New Roman" w:hAnsi="Times New Roman" w:cs="Times New Roman"/>
          <w:sz w:val="20"/>
          <w:szCs w:val="20"/>
        </w:rPr>
        <w:t>ệ</w:t>
      </w:r>
      <w:r w:rsidRPr="004B1EBE">
        <w:rPr>
          <w:rFonts w:ascii="Times New Roman" w:hAnsi="Times New Roman" w:cs="Times New Roman"/>
          <w:sz w:val="20"/>
          <w:szCs w:val="20"/>
        </w:rPr>
        <w:t>c, tài li</w:t>
      </w:r>
      <w:r w:rsidRPr="004B1EBE">
        <w:rPr>
          <w:rFonts w:ascii="Times New Roman" w:hAnsi="Times New Roman" w:cs="Times New Roman"/>
          <w:sz w:val="20"/>
          <w:szCs w:val="20"/>
        </w:rPr>
        <w:t>ệ</w:t>
      </w:r>
      <w:r w:rsidRPr="004B1EBE">
        <w:rPr>
          <w:rFonts w:ascii="Times New Roman" w:hAnsi="Times New Roman" w:cs="Times New Roman"/>
          <w:sz w:val="20"/>
          <w:szCs w:val="20"/>
        </w:rPr>
        <w:t>u và tài s</w:t>
      </w:r>
      <w:r w:rsidRPr="004B1EBE">
        <w:rPr>
          <w:rFonts w:ascii="Times New Roman" w:hAnsi="Times New Roman" w:cs="Times New Roman"/>
          <w:sz w:val="20"/>
          <w:szCs w:val="20"/>
        </w:rPr>
        <w:t>ả</w:t>
      </w:r>
      <w:r w:rsidRPr="004B1EBE">
        <w:rPr>
          <w:rFonts w:ascii="Times New Roman" w:hAnsi="Times New Roman" w:cs="Times New Roman"/>
          <w:sz w:val="20"/>
          <w:szCs w:val="20"/>
        </w:rPr>
        <w:t>n liên quan đ</w:t>
      </w:r>
      <w:r w:rsidRPr="004B1EBE">
        <w:rPr>
          <w:rFonts w:ascii="Times New Roman" w:hAnsi="Times New Roman" w:cs="Times New Roman"/>
          <w:sz w:val="20"/>
          <w:szCs w:val="20"/>
        </w:rPr>
        <w:t>ế</w:t>
      </w:r>
      <w:r w:rsidRPr="004B1EBE">
        <w:rPr>
          <w:rFonts w:ascii="Times New Roman" w:hAnsi="Times New Roman" w:cs="Times New Roman"/>
          <w:sz w:val="20"/>
          <w:szCs w:val="20"/>
        </w:rPr>
        <w:t>n v</w:t>
      </w:r>
      <w:r w:rsidRPr="004B1EBE">
        <w:rPr>
          <w:rFonts w:ascii="Times New Roman" w:hAnsi="Times New Roman" w:cs="Times New Roman"/>
          <w:sz w:val="20"/>
          <w:szCs w:val="20"/>
        </w:rPr>
        <w:t>ị</w:t>
      </w:r>
      <w:r w:rsidRPr="004B1EBE">
        <w:rPr>
          <w:rFonts w:ascii="Times New Roman" w:hAnsi="Times New Roman" w:cs="Times New Roman"/>
          <w:sz w:val="20"/>
          <w:szCs w:val="20"/>
        </w:rPr>
        <w:t xml:space="preserve"> trí trư</w:t>
      </w:r>
      <w:r w:rsidRPr="004B1EBE">
        <w:rPr>
          <w:rFonts w:ascii="Times New Roman" w:hAnsi="Times New Roman" w:cs="Times New Roman"/>
          <w:sz w:val="20"/>
          <w:szCs w:val="20"/>
        </w:rPr>
        <w:t>ớ</w:t>
      </w:r>
      <w:r w:rsidRPr="004B1EBE">
        <w:rPr>
          <w:rFonts w:ascii="Times New Roman" w:hAnsi="Times New Roman" w:cs="Times New Roman"/>
          <w:sz w:val="20"/>
          <w:szCs w:val="20"/>
        </w:rPr>
        <w:t>c ngày ...</w:t>
      </w:r>
    </w:p>
    <w:p w14:paraId="2E047B70" w14:textId="77777777" w:rsidR="005B3F2F" w:rsidRPr="004B1EBE" w:rsidRDefault="004B1EBE">
      <w:pPr>
        <w:rPr>
          <w:rFonts w:ascii="Times New Roman" w:hAnsi="Times New Roman" w:cs="Times New Roman"/>
          <w:sz w:val="20"/>
          <w:szCs w:val="20"/>
        </w:rPr>
      </w:pPr>
      <w:r w:rsidRPr="004B1EBE">
        <w:rPr>
          <w:rFonts w:ascii="Times New Roman" w:hAnsi="Times New Roman" w:cs="Times New Roman"/>
          <w:sz w:val="20"/>
          <w:szCs w:val="20"/>
        </w:rPr>
        <w:t>Th</w:t>
      </w:r>
      <w:r w:rsidRPr="004B1EBE">
        <w:rPr>
          <w:rFonts w:ascii="Times New Roman" w:hAnsi="Times New Roman" w:cs="Times New Roman"/>
          <w:sz w:val="20"/>
          <w:szCs w:val="20"/>
        </w:rPr>
        <w:t>ự</w:t>
      </w:r>
      <w:r w:rsidRPr="004B1EBE">
        <w:rPr>
          <w:rFonts w:ascii="Times New Roman" w:hAnsi="Times New Roman" w:cs="Times New Roman"/>
          <w:sz w:val="20"/>
          <w:szCs w:val="20"/>
        </w:rPr>
        <w:t>c hi</w:t>
      </w:r>
      <w:r w:rsidRPr="004B1EBE">
        <w:rPr>
          <w:rFonts w:ascii="Times New Roman" w:hAnsi="Times New Roman" w:cs="Times New Roman"/>
          <w:sz w:val="20"/>
          <w:szCs w:val="20"/>
        </w:rPr>
        <w:t>ệ</w:t>
      </w:r>
      <w:r w:rsidRPr="004B1EBE">
        <w:rPr>
          <w:rFonts w:ascii="Times New Roman" w:hAnsi="Times New Roman" w:cs="Times New Roman"/>
          <w:sz w:val="20"/>
          <w:szCs w:val="20"/>
        </w:rPr>
        <w:t>n các nhi</w:t>
      </w:r>
      <w:r w:rsidRPr="004B1EBE">
        <w:rPr>
          <w:rFonts w:ascii="Times New Roman" w:hAnsi="Times New Roman" w:cs="Times New Roman"/>
          <w:sz w:val="20"/>
          <w:szCs w:val="20"/>
        </w:rPr>
        <w:t>ệ</w:t>
      </w:r>
      <w:r w:rsidRPr="004B1EBE">
        <w:rPr>
          <w:rFonts w:ascii="Times New Roman" w:hAnsi="Times New Roman" w:cs="Times New Roman"/>
          <w:sz w:val="20"/>
          <w:szCs w:val="20"/>
        </w:rPr>
        <w:t>m v</w:t>
      </w:r>
      <w:r w:rsidRPr="004B1EBE">
        <w:rPr>
          <w:rFonts w:ascii="Times New Roman" w:hAnsi="Times New Roman" w:cs="Times New Roman"/>
          <w:sz w:val="20"/>
          <w:szCs w:val="20"/>
        </w:rPr>
        <w:t>ụ</w:t>
      </w:r>
      <w:r w:rsidRPr="004B1EBE">
        <w:rPr>
          <w:rFonts w:ascii="Times New Roman" w:hAnsi="Times New Roman" w:cs="Times New Roman"/>
          <w:sz w:val="20"/>
          <w:szCs w:val="20"/>
        </w:rPr>
        <w:t xml:space="preserve"> m</w:t>
      </w:r>
      <w:r w:rsidRPr="004B1EBE">
        <w:rPr>
          <w:rFonts w:ascii="Times New Roman" w:hAnsi="Times New Roman" w:cs="Times New Roman"/>
          <w:sz w:val="20"/>
          <w:szCs w:val="20"/>
        </w:rPr>
        <w:t>ớ</w:t>
      </w:r>
      <w:r w:rsidRPr="004B1EBE">
        <w:rPr>
          <w:rFonts w:ascii="Times New Roman" w:hAnsi="Times New Roman" w:cs="Times New Roman"/>
          <w:sz w:val="20"/>
          <w:szCs w:val="20"/>
        </w:rPr>
        <w:t>i theo s</w:t>
      </w:r>
      <w:r w:rsidRPr="004B1EBE">
        <w:rPr>
          <w:rFonts w:ascii="Times New Roman" w:hAnsi="Times New Roman" w:cs="Times New Roman"/>
          <w:sz w:val="20"/>
          <w:szCs w:val="20"/>
        </w:rPr>
        <w:t>ự</w:t>
      </w:r>
      <w:r w:rsidRPr="004B1EBE">
        <w:rPr>
          <w:rFonts w:ascii="Times New Roman" w:hAnsi="Times New Roman" w:cs="Times New Roman"/>
          <w:sz w:val="20"/>
          <w:szCs w:val="20"/>
        </w:rPr>
        <w:t xml:space="preserve"> phân công c</w:t>
      </w:r>
      <w:r w:rsidRPr="004B1EBE">
        <w:rPr>
          <w:rFonts w:ascii="Times New Roman" w:hAnsi="Times New Roman" w:cs="Times New Roman"/>
          <w:sz w:val="20"/>
          <w:szCs w:val="20"/>
        </w:rPr>
        <w:t>ủ</w:t>
      </w:r>
      <w:r w:rsidRPr="004B1EBE">
        <w:rPr>
          <w:rFonts w:ascii="Times New Roman" w:hAnsi="Times New Roman" w:cs="Times New Roman"/>
          <w:sz w:val="20"/>
          <w:szCs w:val="20"/>
        </w:rPr>
        <w:t>a công ty (n</w:t>
      </w:r>
      <w:r w:rsidRPr="004B1EBE">
        <w:rPr>
          <w:rFonts w:ascii="Times New Roman" w:hAnsi="Times New Roman" w:cs="Times New Roman"/>
          <w:sz w:val="20"/>
          <w:szCs w:val="20"/>
        </w:rPr>
        <w:t>ế</w:t>
      </w:r>
      <w:r w:rsidRPr="004B1EBE">
        <w:rPr>
          <w:rFonts w:ascii="Times New Roman" w:hAnsi="Times New Roman" w:cs="Times New Roman"/>
          <w:sz w:val="20"/>
          <w:szCs w:val="20"/>
        </w:rPr>
        <w:t>u có).</w:t>
      </w:r>
    </w:p>
    <w:p w14:paraId="5AB1357A" w14:textId="77777777" w:rsidR="004B1EBE" w:rsidRPr="004B1EBE" w:rsidRDefault="004B1EBE" w:rsidP="004B1EBE">
      <w:pPr>
        <w:spacing w:line="240" w:lineRule="auto"/>
        <w:rPr>
          <w:rFonts w:ascii="Times New Roman" w:hAnsi="Times New Roman" w:cs="Times New Roman"/>
          <w:b/>
          <w:bCs/>
          <w:sz w:val="20"/>
          <w:szCs w:val="20"/>
        </w:rPr>
      </w:pPr>
      <w:r w:rsidRPr="001C5B42">
        <w:rPr>
          <w:rFonts w:ascii="Times New Roman" w:hAnsi="Times New Roman" w:cs="Times New Roman"/>
          <w:b/>
          <w:bCs/>
          <w:sz w:val="20"/>
          <w:szCs w:val="20"/>
        </w:rPr>
        <w:t xml:space="preserve">Điều 3: Hiệu lực thi hành </w:t>
      </w:r>
    </w:p>
    <w:p w14:paraId="71DFFEBF" w14:textId="2C67C165" w:rsidR="004B1EBE" w:rsidRPr="001C5B42" w:rsidRDefault="004B1EBE" w:rsidP="004B1EBE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4B1EBE">
        <w:rPr>
          <w:rFonts w:ascii="Times New Roman" w:hAnsi="Times New Roman" w:cs="Times New Roman"/>
          <w:sz w:val="20"/>
          <w:szCs w:val="20"/>
        </w:rPr>
        <w:t>- Quyết định này có hiệu lực kể từ ngày ký.</w:t>
      </w:r>
    </w:p>
    <w:p w14:paraId="5B5D7F08" w14:textId="5463F50B" w:rsidR="004B1EBE" w:rsidRPr="001C5B42" w:rsidRDefault="004B1EBE" w:rsidP="004B1EBE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1C5B42">
        <w:rPr>
          <w:rFonts w:ascii="Times New Roman" w:hAnsi="Times New Roman" w:cs="Times New Roman"/>
          <w:sz w:val="20"/>
          <w:szCs w:val="20"/>
        </w:rPr>
        <w:t>- Ông/Bà …</w:t>
      </w:r>
      <w:r w:rsidRPr="001C5B42">
        <w:rPr>
          <w:rFonts w:ascii="Times New Roman" w:hAnsi="Times New Roman" w:cs="Times New Roman"/>
          <w:sz w:val="20"/>
          <w:szCs w:val="20"/>
        </w:rPr>
        <w:t>….</w:t>
      </w:r>
      <w:r w:rsidRPr="001C5B42">
        <w:rPr>
          <w:rFonts w:ascii="Times New Roman" w:hAnsi="Times New Roman" w:cs="Times New Roman"/>
          <w:sz w:val="20"/>
          <w:szCs w:val="20"/>
        </w:rPr>
        <w:t xml:space="preserve"> và các đơn vị liên quan chịu trách nhiệm thi hành Quyết định này.</w:t>
      </w:r>
      <w:r w:rsidRPr="001C5B42">
        <w:rPr>
          <w:rFonts w:ascii="Times New Roman" w:hAnsi="Times New Roman" w:cs="Times New Roman"/>
          <w:sz w:val="20"/>
          <w:szCs w:val="20"/>
        </w:rPr>
        <w:br/>
        <w:t> </w:t>
      </w:r>
    </w:p>
    <w:p w14:paraId="7D004B74" w14:textId="33AC01E1" w:rsidR="005B3F2F" w:rsidRPr="004B1EBE" w:rsidRDefault="004B1EBE" w:rsidP="004B1EBE">
      <w:pPr>
        <w:tabs>
          <w:tab w:val="center" w:pos="7088"/>
        </w:tabs>
        <w:spacing w:before="20" w:after="20"/>
        <w:rPr>
          <w:rFonts w:ascii="Times New Roman" w:hAnsi="Times New Roman" w:cs="Times New Roman"/>
          <w:b/>
          <w:bCs/>
          <w:sz w:val="20"/>
          <w:szCs w:val="20"/>
        </w:rPr>
      </w:pPr>
      <w:r w:rsidRPr="001C5B42">
        <w:rPr>
          <w:rFonts w:ascii="Times New Roman" w:hAnsi="Times New Roman" w:cs="Times New Roman"/>
          <w:b/>
          <w:bCs/>
          <w:sz w:val="20"/>
          <w:szCs w:val="20"/>
        </w:rPr>
        <w:lastRenderedPageBreak/>
        <w:t> </w:t>
      </w:r>
      <w:r w:rsidRPr="004B1EBE">
        <w:rPr>
          <w:rFonts w:ascii="Times New Roman" w:hAnsi="Times New Roman" w:cs="Times New Roman"/>
          <w:b/>
          <w:bCs/>
          <w:sz w:val="20"/>
          <w:szCs w:val="20"/>
        </w:rPr>
        <w:br/>
      </w:r>
      <w:r w:rsidRPr="004B1EBE">
        <w:rPr>
          <w:rFonts w:ascii="Times New Roman" w:hAnsi="Times New Roman" w:cs="Times New Roman"/>
          <w:b/>
          <w:bCs/>
          <w:sz w:val="20"/>
          <w:szCs w:val="20"/>
        </w:rPr>
        <w:br/>
        <w:t>Nơi nh</w:t>
      </w:r>
      <w:r w:rsidRPr="004B1EBE">
        <w:rPr>
          <w:rFonts w:ascii="Times New Roman" w:hAnsi="Times New Roman" w:cs="Times New Roman"/>
          <w:b/>
          <w:bCs/>
          <w:sz w:val="20"/>
          <w:szCs w:val="20"/>
        </w:rPr>
        <w:t>ậ</w:t>
      </w:r>
      <w:r w:rsidRPr="004B1EBE">
        <w:rPr>
          <w:rFonts w:ascii="Times New Roman" w:hAnsi="Times New Roman" w:cs="Times New Roman"/>
          <w:b/>
          <w:bCs/>
          <w:sz w:val="20"/>
          <w:szCs w:val="20"/>
        </w:rPr>
        <w:t xml:space="preserve">n: </w:t>
      </w:r>
      <w:r>
        <w:rPr>
          <w:rFonts w:ascii="Times New Roman" w:hAnsi="Times New Roman" w:cs="Times New Roman"/>
          <w:b/>
          <w:bCs/>
          <w:sz w:val="20"/>
          <w:szCs w:val="20"/>
        </w:rPr>
        <w:tab/>
      </w:r>
      <w:r w:rsidRPr="004B1EBE">
        <w:rPr>
          <w:rFonts w:ascii="Times New Roman" w:hAnsi="Times New Roman" w:cs="Times New Roman"/>
          <w:b/>
          <w:bCs/>
          <w:sz w:val="20"/>
          <w:szCs w:val="20"/>
        </w:rPr>
        <w:t>GIÁM ĐỐC</w:t>
      </w:r>
    </w:p>
    <w:p w14:paraId="0F5BA432" w14:textId="68D0F4DE" w:rsidR="005B3F2F" w:rsidRPr="004B1EBE" w:rsidRDefault="004B1EBE" w:rsidP="004B1EBE">
      <w:pPr>
        <w:tabs>
          <w:tab w:val="center" w:pos="7088"/>
        </w:tabs>
        <w:spacing w:before="20" w:after="20"/>
        <w:rPr>
          <w:rFonts w:ascii="Times New Roman" w:hAnsi="Times New Roman" w:cs="Times New Roman"/>
          <w:b/>
          <w:bCs/>
          <w:sz w:val="20"/>
          <w:szCs w:val="20"/>
        </w:rPr>
      </w:pPr>
      <w:r w:rsidRPr="004B1EBE">
        <w:rPr>
          <w:rFonts w:ascii="Times New Roman" w:hAnsi="Times New Roman" w:cs="Times New Roman"/>
          <w:b/>
          <w:bCs/>
          <w:sz w:val="20"/>
          <w:szCs w:val="20"/>
        </w:rPr>
        <w:t>- Như Đi</w:t>
      </w:r>
      <w:r w:rsidRPr="004B1EBE">
        <w:rPr>
          <w:rFonts w:ascii="Times New Roman" w:hAnsi="Times New Roman" w:cs="Times New Roman"/>
          <w:b/>
          <w:bCs/>
          <w:sz w:val="20"/>
          <w:szCs w:val="20"/>
        </w:rPr>
        <w:t>ề</w:t>
      </w:r>
      <w:r w:rsidRPr="004B1EBE">
        <w:rPr>
          <w:rFonts w:ascii="Times New Roman" w:hAnsi="Times New Roman" w:cs="Times New Roman"/>
          <w:b/>
          <w:bCs/>
          <w:sz w:val="20"/>
          <w:szCs w:val="20"/>
        </w:rPr>
        <w:t xml:space="preserve">u 1; </w:t>
      </w:r>
      <w:r>
        <w:rPr>
          <w:rFonts w:ascii="Times New Roman" w:hAnsi="Times New Roman" w:cs="Times New Roman"/>
          <w:b/>
          <w:bCs/>
          <w:sz w:val="20"/>
          <w:szCs w:val="20"/>
        </w:rPr>
        <w:tab/>
      </w:r>
      <w:r w:rsidRPr="004B1EBE">
        <w:rPr>
          <w:rFonts w:ascii="Times New Roman" w:hAnsi="Times New Roman" w:cs="Times New Roman"/>
          <w:b/>
          <w:bCs/>
          <w:sz w:val="20"/>
          <w:szCs w:val="20"/>
        </w:rPr>
        <w:t>(Ký, ghi rõ họ tên, đóng dấu)</w:t>
      </w:r>
    </w:p>
    <w:p w14:paraId="49B6B9CD" w14:textId="77777777" w:rsidR="005B3F2F" w:rsidRPr="004B1EBE" w:rsidRDefault="004B1EBE" w:rsidP="004B1EBE">
      <w:pPr>
        <w:tabs>
          <w:tab w:val="center" w:pos="7088"/>
        </w:tabs>
        <w:spacing w:before="20" w:after="20"/>
        <w:rPr>
          <w:rFonts w:ascii="Times New Roman" w:hAnsi="Times New Roman" w:cs="Times New Roman"/>
          <w:b/>
          <w:bCs/>
          <w:sz w:val="20"/>
          <w:szCs w:val="20"/>
        </w:rPr>
      </w:pPr>
      <w:r w:rsidRPr="004B1EBE">
        <w:rPr>
          <w:rFonts w:ascii="Times New Roman" w:hAnsi="Times New Roman" w:cs="Times New Roman"/>
          <w:b/>
          <w:bCs/>
          <w:sz w:val="20"/>
          <w:szCs w:val="20"/>
        </w:rPr>
        <w:t>- Lưu VP.</w:t>
      </w:r>
    </w:p>
    <w:p w14:paraId="402673EA" w14:textId="75EC7337" w:rsidR="005B3F2F" w:rsidRPr="004B1EBE" w:rsidRDefault="004B1EBE" w:rsidP="004B1EBE">
      <w:pPr>
        <w:tabs>
          <w:tab w:val="center" w:pos="7088"/>
        </w:tabs>
        <w:rPr>
          <w:rFonts w:ascii="Times New Roman" w:hAnsi="Times New Roman" w:cs="Times New Roman"/>
          <w:sz w:val="20"/>
          <w:szCs w:val="20"/>
        </w:rPr>
      </w:pPr>
      <w:r w:rsidRPr="004B1EBE">
        <w:rPr>
          <w:rFonts w:ascii="Times New Roman" w:hAnsi="Times New Roman" w:cs="Times New Roman"/>
          <w:sz w:val="20"/>
          <w:szCs w:val="20"/>
        </w:rPr>
        <w:tab/>
      </w:r>
      <w:r w:rsidRPr="004B1EBE">
        <w:rPr>
          <w:rFonts w:ascii="Times New Roman" w:hAnsi="Times New Roman" w:cs="Times New Roman"/>
          <w:sz w:val="20"/>
          <w:szCs w:val="20"/>
        </w:rPr>
        <w:tab/>
      </w:r>
      <w:r w:rsidRPr="004B1EBE">
        <w:rPr>
          <w:rFonts w:ascii="Times New Roman" w:hAnsi="Times New Roman" w:cs="Times New Roman"/>
          <w:sz w:val="20"/>
          <w:szCs w:val="20"/>
        </w:rPr>
        <w:tab/>
      </w:r>
    </w:p>
    <w:sectPr w:rsidR="005B3F2F" w:rsidRPr="004B1EBE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udong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udong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Duudong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Duudong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udong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Duudong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483236150">
    <w:abstractNumId w:val="8"/>
  </w:num>
  <w:num w:numId="2" w16cid:durableId="2129812508">
    <w:abstractNumId w:val="6"/>
  </w:num>
  <w:num w:numId="3" w16cid:durableId="340816614">
    <w:abstractNumId w:val="5"/>
  </w:num>
  <w:num w:numId="4" w16cid:durableId="1377319192">
    <w:abstractNumId w:val="4"/>
  </w:num>
  <w:num w:numId="5" w16cid:durableId="390353584">
    <w:abstractNumId w:val="7"/>
  </w:num>
  <w:num w:numId="6" w16cid:durableId="745957368">
    <w:abstractNumId w:val="3"/>
  </w:num>
  <w:num w:numId="7" w16cid:durableId="1844084206">
    <w:abstractNumId w:val="2"/>
  </w:num>
  <w:num w:numId="8" w16cid:durableId="1256859956">
    <w:abstractNumId w:val="1"/>
  </w:num>
  <w:num w:numId="9" w16cid:durableId="13618549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4B1EBE"/>
    <w:rsid w:val="005B3F2F"/>
    <w:rsid w:val="00897328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517F94B"/>
  <w14:defaultImageDpi w14:val="300"/>
  <w15:docId w15:val="{C36F873D-9824-4C1C-912F-85358D7FEE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Binhthng">
    <w:name w:val="Normal"/>
    <w:qFormat/>
    <w:rsid w:val="00FC693F"/>
  </w:style>
  <w:style w:type="paragraph" w:styleId="u1">
    <w:name w:val="heading 1"/>
    <w:basedOn w:val="Binhthng"/>
    <w:next w:val="Binhthng"/>
    <w:link w:val="u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u2">
    <w:name w:val="heading 2"/>
    <w:basedOn w:val="Binhthng"/>
    <w:next w:val="Binhthng"/>
    <w:link w:val="u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u3">
    <w:name w:val="heading 3"/>
    <w:basedOn w:val="Binhthng"/>
    <w:next w:val="Binhthng"/>
    <w:link w:val="u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u4">
    <w:name w:val="heading 4"/>
    <w:basedOn w:val="Binhthng"/>
    <w:next w:val="Binhthng"/>
    <w:link w:val="u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u5">
    <w:name w:val="heading 5"/>
    <w:basedOn w:val="Binhthng"/>
    <w:next w:val="Binhthng"/>
    <w:link w:val="u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u6">
    <w:name w:val="heading 6"/>
    <w:basedOn w:val="Binhthng"/>
    <w:next w:val="Binhthng"/>
    <w:link w:val="u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u7">
    <w:name w:val="heading 7"/>
    <w:basedOn w:val="Binhthng"/>
    <w:next w:val="Binhthng"/>
    <w:link w:val="u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u8">
    <w:name w:val="heading 8"/>
    <w:basedOn w:val="Binhthng"/>
    <w:next w:val="Binhthng"/>
    <w:link w:val="u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u9">
    <w:name w:val="heading 9"/>
    <w:basedOn w:val="Binhthng"/>
    <w:next w:val="Binhthng"/>
    <w:link w:val="u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hngmcinhcuaoanvn">
    <w:name w:val="Default Paragraph Font"/>
    <w:uiPriority w:val="1"/>
    <w:unhideWhenUsed/>
  </w:style>
  <w:style w:type="table" w:default="1" w:styleId="BangThngthng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hngco">
    <w:name w:val="No List"/>
    <w:uiPriority w:val="99"/>
    <w:semiHidden/>
    <w:unhideWhenUsed/>
  </w:style>
  <w:style w:type="paragraph" w:styleId="utrang">
    <w:name w:val="header"/>
    <w:basedOn w:val="Binhthng"/>
    <w:link w:val="utrang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utrangChar">
    <w:name w:val="Đầu trang Char"/>
    <w:basedOn w:val="Phngmcinhcuaoanvn"/>
    <w:link w:val="utrang"/>
    <w:uiPriority w:val="99"/>
    <w:rsid w:val="00E618BF"/>
  </w:style>
  <w:style w:type="paragraph" w:styleId="Chntrang">
    <w:name w:val="footer"/>
    <w:basedOn w:val="Binhthng"/>
    <w:link w:val="Chntrang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ntrangChar">
    <w:name w:val="Chân trang Char"/>
    <w:basedOn w:val="Phngmcinhcuaoanvn"/>
    <w:link w:val="Chntrang"/>
    <w:uiPriority w:val="99"/>
    <w:rsid w:val="00E618BF"/>
  </w:style>
  <w:style w:type="paragraph" w:styleId="KhngDncch">
    <w:name w:val="No Spacing"/>
    <w:uiPriority w:val="1"/>
    <w:qFormat/>
    <w:rsid w:val="00FC693F"/>
    <w:pPr>
      <w:spacing w:after="0" w:line="240" w:lineRule="auto"/>
    </w:pPr>
  </w:style>
  <w:style w:type="character" w:customStyle="1" w:styleId="u1Char">
    <w:name w:val="Đầu đề 1 Char"/>
    <w:basedOn w:val="Phngmcinhcuaoanvn"/>
    <w:link w:val="u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u2Char">
    <w:name w:val="Đầu đề 2 Char"/>
    <w:basedOn w:val="Phngmcinhcuaoanvn"/>
    <w:link w:val="u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u3Char">
    <w:name w:val="Đầu đề 3 Char"/>
    <w:basedOn w:val="Phngmcinhcuaoanvn"/>
    <w:link w:val="u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u">
    <w:name w:val="Title"/>
    <w:basedOn w:val="Binhthng"/>
    <w:next w:val="Binhthng"/>
    <w:link w:val="Tiu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uChar">
    <w:name w:val="Tiêu đề Char"/>
    <w:basedOn w:val="Phngmcinhcuaoanvn"/>
    <w:link w:val="Ti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Tiuphu">
    <w:name w:val="Subtitle"/>
    <w:basedOn w:val="Binhthng"/>
    <w:next w:val="Binhthng"/>
    <w:link w:val="Tiuphu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TiuphuChar">
    <w:name w:val="Tiêu đề phụ Char"/>
    <w:basedOn w:val="Phngmcinhcuaoanvn"/>
    <w:link w:val="Tiuph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ancuaDanhsach">
    <w:name w:val="List Paragraph"/>
    <w:basedOn w:val="Binhthng"/>
    <w:uiPriority w:val="34"/>
    <w:qFormat/>
    <w:rsid w:val="00FC693F"/>
    <w:pPr>
      <w:ind w:left="720"/>
      <w:contextualSpacing/>
    </w:pPr>
  </w:style>
  <w:style w:type="paragraph" w:styleId="ThnVnban">
    <w:name w:val="Body Text"/>
    <w:basedOn w:val="Binhthng"/>
    <w:link w:val="ThnVnbanChar"/>
    <w:uiPriority w:val="99"/>
    <w:unhideWhenUsed/>
    <w:rsid w:val="00AA1D8D"/>
    <w:pPr>
      <w:spacing w:after="120"/>
    </w:pPr>
  </w:style>
  <w:style w:type="character" w:customStyle="1" w:styleId="ThnVnbanChar">
    <w:name w:val="Thân Văn bản Char"/>
    <w:basedOn w:val="Phngmcinhcuaoanvn"/>
    <w:link w:val="ThnVnban"/>
    <w:uiPriority w:val="99"/>
    <w:rsid w:val="00AA1D8D"/>
  </w:style>
  <w:style w:type="paragraph" w:styleId="Thnvnban2">
    <w:name w:val="Body Text 2"/>
    <w:basedOn w:val="Binhthng"/>
    <w:link w:val="Thnvnban2Char"/>
    <w:uiPriority w:val="99"/>
    <w:unhideWhenUsed/>
    <w:rsid w:val="00AA1D8D"/>
    <w:pPr>
      <w:spacing w:after="120" w:line="480" w:lineRule="auto"/>
    </w:pPr>
  </w:style>
  <w:style w:type="character" w:customStyle="1" w:styleId="Thnvnban2Char">
    <w:name w:val="Thân văn bản 2 Char"/>
    <w:basedOn w:val="Phngmcinhcuaoanvn"/>
    <w:link w:val="Thnvnban2"/>
    <w:uiPriority w:val="99"/>
    <w:rsid w:val="00AA1D8D"/>
  </w:style>
  <w:style w:type="paragraph" w:styleId="Thnvnban3">
    <w:name w:val="Body Text 3"/>
    <w:basedOn w:val="Binhthng"/>
    <w:link w:val="Thnvnban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hnvnban3Char">
    <w:name w:val="Thân văn bản 3 Char"/>
    <w:basedOn w:val="Phngmcinhcuaoanvn"/>
    <w:link w:val="Thnvnban3"/>
    <w:uiPriority w:val="99"/>
    <w:rsid w:val="00AA1D8D"/>
    <w:rPr>
      <w:sz w:val="16"/>
      <w:szCs w:val="16"/>
    </w:rPr>
  </w:style>
  <w:style w:type="paragraph" w:styleId="Danhsach">
    <w:name w:val="List"/>
    <w:basedOn w:val="Binhthng"/>
    <w:uiPriority w:val="99"/>
    <w:unhideWhenUsed/>
    <w:rsid w:val="00AA1D8D"/>
    <w:pPr>
      <w:ind w:left="360" w:hanging="360"/>
      <w:contextualSpacing/>
    </w:pPr>
  </w:style>
  <w:style w:type="paragraph" w:styleId="Danhsach2">
    <w:name w:val="List 2"/>
    <w:basedOn w:val="Binhthng"/>
    <w:uiPriority w:val="99"/>
    <w:unhideWhenUsed/>
    <w:rsid w:val="00326F90"/>
    <w:pPr>
      <w:ind w:left="720" w:hanging="360"/>
      <w:contextualSpacing/>
    </w:pPr>
  </w:style>
  <w:style w:type="paragraph" w:styleId="Danhsach3">
    <w:name w:val="List 3"/>
    <w:basedOn w:val="Binhthng"/>
    <w:uiPriority w:val="99"/>
    <w:unhideWhenUsed/>
    <w:rsid w:val="00326F90"/>
    <w:pPr>
      <w:ind w:left="1080" w:hanging="360"/>
      <w:contextualSpacing/>
    </w:pPr>
  </w:style>
  <w:style w:type="paragraph" w:styleId="Duudong">
    <w:name w:val="List Bullet"/>
    <w:basedOn w:val="Binhthng"/>
    <w:uiPriority w:val="99"/>
    <w:unhideWhenUsed/>
    <w:rsid w:val="00326F90"/>
    <w:pPr>
      <w:numPr>
        <w:numId w:val="1"/>
      </w:numPr>
      <w:contextualSpacing/>
    </w:pPr>
  </w:style>
  <w:style w:type="paragraph" w:styleId="Duudong2">
    <w:name w:val="List Bullet 2"/>
    <w:basedOn w:val="Binhthng"/>
    <w:uiPriority w:val="99"/>
    <w:unhideWhenUsed/>
    <w:rsid w:val="00326F90"/>
    <w:pPr>
      <w:numPr>
        <w:numId w:val="2"/>
      </w:numPr>
      <w:contextualSpacing/>
    </w:pPr>
  </w:style>
  <w:style w:type="paragraph" w:styleId="Duudong3">
    <w:name w:val="List Bullet 3"/>
    <w:basedOn w:val="Binhthng"/>
    <w:uiPriority w:val="99"/>
    <w:unhideWhenUsed/>
    <w:rsid w:val="00326F90"/>
    <w:pPr>
      <w:numPr>
        <w:numId w:val="3"/>
      </w:numPr>
      <w:contextualSpacing/>
    </w:pPr>
  </w:style>
  <w:style w:type="paragraph" w:styleId="Sudong">
    <w:name w:val="List Number"/>
    <w:basedOn w:val="Binhthng"/>
    <w:uiPriority w:val="99"/>
    <w:unhideWhenUsed/>
    <w:rsid w:val="00326F90"/>
    <w:pPr>
      <w:numPr>
        <w:numId w:val="5"/>
      </w:numPr>
      <w:contextualSpacing/>
    </w:pPr>
  </w:style>
  <w:style w:type="paragraph" w:styleId="Sudong2">
    <w:name w:val="List Number 2"/>
    <w:basedOn w:val="Binhthng"/>
    <w:uiPriority w:val="99"/>
    <w:unhideWhenUsed/>
    <w:rsid w:val="0029639D"/>
    <w:pPr>
      <w:numPr>
        <w:numId w:val="6"/>
      </w:numPr>
      <w:contextualSpacing/>
    </w:pPr>
  </w:style>
  <w:style w:type="paragraph" w:styleId="Sudong3">
    <w:name w:val="List Number 3"/>
    <w:basedOn w:val="Binhthng"/>
    <w:uiPriority w:val="99"/>
    <w:unhideWhenUsed/>
    <w:rsid w:val="0029639D"/>
    <w:pPr>
      <w:numPr>
        <w:numId w:val="7"/>
      </w:numPr>
      <w:contextualSpacing/>
    </w:pPr>
  </w:style>
  <w:style w:type="paragraph" w:styleId="Danhsachlintuc">
    <w:name w:val="List Continue"/>
    <w:basedOn w:val="Binhthng"/>
    <w:uiPriority w:val="99"/>
    <w:unhideWhenUsed/>
    <w:rsid w:val="0029639D"/>
    <w:pPr>
      <w:spacing w:after="120"/>
      <w:ind w:left="360"/>
      <w:contextualSpacing/>
    </w:pPr>
  </w:style>
  <w:style w:type="paragraph" w:styleId="Danhsachlintuc2">
    <w:name w:val="List Continue 2"/>
    <w:basedOn w:val="Binhthng"/>
    <w:uiPriority w:val="99"/>
    <w:unhideWhenUsed/>
    <w:rsid w:val="0029639D"/>
    <w:pPr>
      <w:spacing w:after="120"/>
      <w:ind w:left="720"/>
      <w:contextualSpacing/>
    </w:pPr>
  </w:style>
  <w:style w:type="paragraph" w:styleId="Danhsachlintuc3">
    <w:name w:val="List Continue 3"/>
    <w:basedOn w:val="Binhthng"/>
    <w:uiPriority w:val="99"/>
    <w:unhideWhenUsed/>
    <w:rsid w:val="0029639D"/>
    <w:pPr>
      <w:spacing w:after="120"/>
      <w:ind w:left="1080"/>
      <w:contextualSpacing/>
    </w:pPr>
  </w:style>
  <w:style w:type="paragraph" w:styleId="VnbanMacro">
    <w:name w:val="macro"/>
    <w:link w:val="VnbanMacro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VnbanMacroChar">
    <w:name w:val="Văn bản Macro Char"/>
    <w:basedOn w:val="Phngmcinhcuaoanvn"/>
    <w:link w:val="VnbanMacro"/>
    <w:uiPriority w:val="99"/>
    <w:rsid w:val="0029639D"/>
    <w:rPr>
      <w:rFonts w:ascii="Courier" w:hAnsi="Courier"/>
      <w:sz w:val="20"/>
      <w:szCs w:val="20"/>
    </w:rPr>
  </w:style>
  <w:style w:type="paragraph" w:styleId="Litrichdn">
    <w:name w:val="Quote"/>
    <w:basedOn w:val="Binhthng"/>
    <w:next w:val="Binhthng"/>
    <w:link w:val="LitrichdnChar"/>
    <w:uiPriority w:val="29"/>
    <w:qFormat/>
    <w:rsid w:val="00FC693F"/>
    <w:rPr>
      <w:i/>
      <w:iCs/>
      <w:color w:val="000000" w:themeColor="text1"/>
    </w:rPr>
  </w:style>
  <w:style w:type="character" w:customStyle="1" w:styleId="LitrichdnChar">
    <w:name w:val="Lời trích dẫn Char"/>
    <w:basedOn w:val="Phngmcinhcuaoanvn"/>
    <w:link w:val="Litrichdn"/>
    <w:uiPriority w:val="29"/>
    <w:rsid w:val="00FC693F"/>
    <w:rPr>
      <w:i/>
      <w:iCs/>
      <w:color w:val="000000" w:themeColor="text1"/>
    </w:rPr>
  </w:style>
  <w:style w:type="character" w:customStyle="1" w:styleId="u4Char">
    <w:name w:val="Đầu đề 4 Char"/>
    <w:basedOn w:val="Phngmcinhcuaoanvn"/>
    <w:link w:val="u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u5Char">
    <w:name w:val="Đầu đề 5 Char"/>
    <w:basedOn w:val="Phngmcinhcuaoanvn"/>
    <w:link w:val="u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u6Char">
    <w:name w:val="Đầu đề 6 Char"/>
    <w:basedOn w:val="Phngmcinhcuaoanvn"/>
    <w:link w:val="u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u7Char">
    <w:name w:val="Đầu đề 7 Char"/>
    <w:basedOn w:val="Phngmcinhcuaoanvn"/>
    <w:link w:val="u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u8Char">
    <w:name w:val="Đầu đề 8 Char"/>
    <w:basedOn w:val="Phngmcinhcuaoanvn"/>
    <w:link w:val="u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u9Char">
    <w:name w:val="Đầu đề 9 Char"/>
    <w:basedOn w:val="Phngmcinhcuaoanvn"/>
    <w:link w:val="u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huthich">
    <w:name w:val="caption"/>
    <w:basedOn w:val="Binhthng"/>
    <w:next w:val="Binhthng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Manh">
    <w:name w:val="Strong"/>
    <w:basedOn w:val="Phngmcinhcuaoanvn"/>
    <w:uiPriority w:val="22"/>
    <w:qFormat/>
    <w:rsid w:val="00FC693F"/>
    <w:rPr>
      <w:b/>
      <w:bCs/>
    </w:rPr>
  </w:style>
  <w:style w:type="character" w:styleId="Nhnmanh">
    <w:name w:val="Emphasis"/>
    <w:basedOn w:val="Phngmcinhcuaoanvn"/>
    <w:uiPriority w:val="20"/>
    <w:qFormat/>
    <w:rsid w:val="00FC693F"/>
    <w:rPr>
      <w:i/>
      <w:iCs/>
    </w:rPr>
  </w:style>
  <w:style w:type="paragraph" w:styleId="Nhaykepm">
    <w:name w:val="Intense Quote"/>
    <w:basedOn w:val="Binhthng"/>
    <w:next w:val="Binhthng"/>
    <w:link w:val="Nhaykepm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NhaykepmChar">
    <w:name w:val="Nháy kép Đậm Char"/>
    <w:basedOn w:val="Phngmcinhcuaoanvn"/>
    <w:link w:val="Nhaykepm"/>
    <w:uiPriority w:val="30"/>
    <w:rsid w:val="00FC693F"/>
    <w:rPr>
      <w:b/>
      <w:bCs/>
      <w:i/>
      <w:iCs/>
      <w:color w:val="4F81BD" w:themeColor="accent1"/>
    </w:rPr>
  </w:style>
  <w:style w:type="character" w:styleId="NhnmanhTinht">
    <w:name w:val="Subtle Emphasis"/>
    <w:basedOn w:val="Phngmcinhcuaoanvn"/>
    <w:uiPriority w:val="19"/>
    <w:qFormat/>
    <w:rsid w:val="00FC693F"/>
    <w:rPr>
      <w:i/>
      <w:iCs/>
      <w:color w:val="808080" w:themeColor="text1" w:themeTint="7F"/>
    </w:rPr>
  </w:style>
  <w:style w:type="character" w:styleId="NhnmnhThm">
    <w:name w:val="Intense Emphasis"/>
    <w:basedOn w:val="Phngmcinhcuaoanvn"/>
    <w:uiPriority w:val="21"/>
    <w:qFormat/>
    <w:rsid w:val="00FC693F"/>
    <w:rPr>
      <w:b/>
      <w:bCs/>
      <w:i/>
      <w:iCs/>
      <w:color w:val="4F81BD" w:themeColor="accent1"/>
    </w:rPr>
  </w:style>
  <w:style w:type="character" w:styleId="ThamchiuTinht">
    <w:name w:val="Subtle Reference"/>
    <w:basedOn w:val="Phngmcinhcuaoanvn"/>
    <w:uiPriority w:val="31"/>
    <w:qFormat/>
    <w:rsid w:val="00FC693F"/>
    <w:rPr>
      <w:smallCaps/>
      <w:color w:val="C0504D" w:themeColor="accent2"/>
      <w:u w:val="single"/>
    </w:rPr>
  </w:style>
  <w:style w:type="character" w:styleId="ThamchiuNhnmnh">
    <w:name w:val="Intense Reference"/>
    <w:basedOn w:val="Phngmcinhcuaoanvn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uSach">
    <w:name w:val="Book Title"/>
    <w:basedOn w:val="Phngmcinhcuaoanvn"/>
    <w:uiPriority w:val="33"/>
    <w:qFormat/>
    <w:rsid w:val="00FC693F"/>
    <w:rPr>
      <w:b/>
      <w:bCs/>
      <w:smallCaps/>
      <w:spacing w:val="5"/>
    </w:rPr>
  </w:style>
  <w:style w:type="paragraph" w:styleId="uMucluc">
    <w:name w:val="TOC Heading"/>
    <w:basedOn w:val="u1"/>
    <w:next w:val="Binhthng"/>
    <w:uiPriority w:val="39"/>
    <w:semiHidden/>
    <w:unhideWhenUsed/>
    <w:qFormat/>
    <w:rsid w:val="00FC693F"/>
    <w:pPr>
      <w:outlineLvl w:val="9"/>
    </w:pPr>
  </w:style>
  <w:style w:type="table" w:styleId="LiBang">
    <w:name w:val="Table Grid"/>
    <w:basedOn w:val="BangThngthng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nnMausang">
    <w:name w:val="Light Shading"/>
    <w:basedOn w:val="BangThngthng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TnnMausang-Nhnmanh1">
    <w:name w:val="Light Shading Accent 1"/>
    <w:basedOn w:val="BangThngthng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TnnMausang-Nhnmanh2">
    <w:name w:val="Light Shading Accent 2"/>
    <w:basedOn w:val="BangThngthng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TnnMausang-Nhnmanh3">
    <w:name w:val="Light Shading Accent 3"/>
    <w:basedOn w:val="BangThngthng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TnnMausang-Nhnmanh4">
    <w:name w:val="Light Shading Accent 4"/>
    <w:basedOn w:val="BangThngthng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TnnMausang-Nhnmanh5">
    <w:name w:val="Light Shading Accent 5"/>
    <w:basedOn w:val="BangThngthng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TnnMausang-Nhnmanh6">
    <w:name w:val="Light Shading Accent 6"/>
    <w:basedOn w:val="BangThngthng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DanhsachMausang">
    <w:name w:val="Light List"/>
    <w:basedOn w:val="BangThngthng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DanhsachMausang-Nhnmanh1">
    <w:name w:val="Light List Accent 1"/>
    <w:basedOn w:val="BangThngthng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DanhsachMausang-Nhnmanh2">
    <w:name w:val="Light List Accent 2"/>
    <w:basedOn w:val="BangThngthng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DanhsachMausang-Nhnmanh3">
    <w:name w:val="Light List Accent 3"/>
    <w:basedOn w:val="BangThngthng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DanhsachMausang-Nhnmanh4">
    <w:name w:val="Light List Accent 4"/>
    <w:basedOn w:val="BangThngthng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DanhsachMausang-Nhnmanh5">
    <w:name w:val="Light List Accent 5"/>
    <w:basedOn w:val="BangThngthng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DanhsachMausang-Nhnmanh6">
    <w:name w:val="Light List Accent 6"/>
    <w:basedOn w:val="BangThngthng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Mausang">
    <w:name w:val="Light Grid"/>
    <w:basedOn w:val="BangThngthng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Mausang-Nhnmanh1">
    <w:name w:val="Light Grid Accent 1"/>
    <w:basedOn w:val="BangThngthng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Mausang-Nhnmanh2">
    <w:name w:val="Light Grid Accent 2"/>
    <w:basedOn w:val="BangThngthng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Mausang-Nhnmanh3">
    <w:name w:val="Light Grid Accent 3"/>
    <w:basedOn w:val="BangThngthng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Mausang-Nhnmanh4">
    <w:name w:val="Light Grid Accent 4"/>
    <w:basedOn w:val="BangThngthng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Mausang-Nhnmanh5">
    <w:name w:val="Light Grid Accent 5"/>
    <w:basedOn w:val="BangThngthng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Mausang-Nhnmanh6">
    <w:name w:val="Light Grid Accent 6"/>
    <w:basedOn w:val="BangThngthng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TnnVa1">
    <w:name w:val="Medium Shading 1"/>
    <w:basedOn w:val="BangThngthng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nnVa1-Nhnmanh1">
    <w:name w:val="Medium Shading 1 Accent 1"/>
    <w:basedOn w:val="BangThngthng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nnVa1-Nhnmanh2">
    <w:name w:val="Medium Shading 1 Accent 2"/>
    <w:basedOn w:val="BangThngthng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nnVa1-Nhnmanh3">
    <w:name w:val="Medium Shading 1 Accent 3"/>
    <w:basedOn w:val="BangThngthng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nnVa1-Nhnmanh4">
    <w:name w:val="Medium Shading 1 Accent 4"/>
    <w:basedOn w:val="BangThngthng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nnVa1-Nhnmanh5">
    <w:name w:val="Medium Shading 1 Accent 5"/>
    <w:basedOn w:val="BangThngthng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nnVa1-Nhnmanh6">
    <w:name w:val="Medium Shading 1 Accent 6"/>
    <w:basedOn w:val="BangThngthng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nnVa2">
    <w:name w:val="Medium Shading 2"/>
    <w:basedOn w:val="BangThngthng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nnVa2-Nhnmanh1">
    <w:name w:val="Medium Shading 2 Accent 1"/>
    <w:basedOn w:val="BangThngthng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nnVa2-Nhnmanh2">
    <w:name w:val="Medium Shading 2 Accent 2"/>
    <w:basedOn w:val="BangThngthng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nnVa2-Nhnmanh3">
    <w:name w:val="Medium Shading 2 Accent 3"/>
    <w:basedOn w:val="BangThngthng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nnVa2-Nhnmanh4">
    <w:name w:val="Medium Shading 2 Accent 4"/>
    <w:basedOn w:val="BangThngthng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nnVa2-Nhnmanh5">
    <w:name w:val="Medium Shading 2 Accent 5"/>
    <w:basedOn w:val="BangThngthng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nnVa2-Nhnmanh6">
    <w:name w:val="Medium Shading 2 Accent 6"/>
    <w:basedOn w:val="BangThngthng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DanhsachVa1">
    <w:name w:val="Medium List 1"/>
    <w:basedOn w:val="BangThngthng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DanhsachVa1-Nhnmanh1">
    <w:name w:val="Medium List 1 Accent 1"/>
    <w:basedOn w:val="BangThngthng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DanhsachVa1-Nhnmanh2">
    <w:name w:val="Medium List 1 Accent 2"/>
    <w:basedOn w:val="BangThngthng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DanhsachVa1-Nhnmanh3">
    <w:name w:val="Medium List 1 Accent 3"/>
    <w:basedOn w:val="BangThngthng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DanhsachVa1-Nhnmanh4">
    <w:name w:val="Medium List 1 Accent 4"/>
    <w:basedOn w:val="BangThngthng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DanhsachVa1-Nhnmanh5">
    <w:name w:val="Medium List 1 Accent 5"/>
    <w:basedOn w:val="BangThngthng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DanhsachVa1-Nhnmanh6">
    <w:name w:val="Medium List 1 Accent 6"/>
    <w:basedOn w:val="BangThngthng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DanhsachVa2">
    <w:name w:val="Medium List 2"/>
    <w:basedOn w:val="BangThngthng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DanhsachVa2-Nhnmanh1">
    <w:name w:val="Medium List 2 Accent 1"/>
    <w:basedOn w:val="BangThngthng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DanhsachVa2-Nhnmanh2">
    <w:name w:val="Medium List 2 Accent 2"/>
    <w:basedOn w:val="BangThngthng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DanhsachVa2-Nhnmanh3">
    <w:name w:val="Medium List 2 Accent 3"/>
    <w:basedOn w:val="BangThngthng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DanhsachVa2-Nhnmanh4">
    <w:name w:val="Medium List 2 Accent 4"/>
    <w:basedOn w:val="BangThngthng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DanhsachVa2-Nhnmanh5">
    <w:name w:val="Medium List 2 Accent 5"/>
    <w:basedOn w:val="BangThngthng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DanhsachVa2-Nhnmanh6">
    <w:name w:val="Medium List 2 Accent 6"/>
    <w:basedOn w:val="BangThngthng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Va1">
    <w:name w:val="Medium Grid 1"/>
    <w:basedOn w:val="BangThngthng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LiVa1-Nhnmanh1">
    <w:name w:val="Medium Grid 1 Accent 1"/>
    <w:basedOn w:val="BangThngthng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LiVa1-Nhnmanh2">
    <w:name w:val="Medium Grid 1 Accent 2"/>
    <w:basedOn w:val="BangThngthng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LiVa1-Nhnmanh3">
    <w:name w:val="Medium Grid 1 Accent 3"/>
    <w:basedOn w:val="BangThngthng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LiVa1-Nhnmanh4">
    <w:name w:val="Medium Grid 1 Accent 4"/>
    <w:basedOn w:val="BangThngthng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LiVa1-Nhnmanh5">
    <w:name w:val="Medium Grid 1 Accent 5"/>
    <w:basedOn w:val="BangThngthng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LiVa1-Nhnmanh6">
    <w:name w:val="Medium Grid 1 Accent 6"/>
    <w:basedOn w:val="BangThngthng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LiVa2">
    <w:name w:val="Medium Grid 2"/>
    <w:basedOn w:val="BangThngthng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LiVa2-Nhnmanh1">
    <w:name w:val="Medium Grid 2 Accent 1"/>
    <w:basedOn w:val="BangThngthng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LiVa2-Nhnmanh2">
    <w:name w:val="Medium Grid 2 Accent 2"/>
    <w:basedOn w:val="BangThngthng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LiVa2-Nhnmanh3">
    <w:name w:val="Medium Grid 2 Accent 3"/>
    <w:basedOn w:val="BangThngthng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LiVa2-Nhnmanh4">
    <w:name w:val="Medium Grid 2 Accent 4"/>
    <w:basedOn w:val="BangThngthng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LiVa2-Nhnmanh5">
    <w:name w:val="Medium Grid 2 Accent 5"/>
    <w:basedOn w:val="BangThngthng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LiVa2-Nhnmanh6">
    <w:name w:val="Medium Grid 2 Accent 6"/>
    <w:basedOn w:val="BangThngthng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LiVa3">
    <w:name w:val="Medium Grid 3"/>
    <w:basedOn w:val="BangThngthng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LiVa3-Nhnmanh1">
    <w:name w:val="Medium Grid 3 Accent 1"/>
    <w:basedOn w:val="BangThngthng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LiVa3-Nhnmanh2">
    <w:name w:val="Medium Grid 3 Accent 2"/>
    <w:basedOn w:val="BangThngthng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LiVa3-Nhnmanh3">
    <w:name w:val="Medium Grid 3 Accent 3"/>
    <w:basedOn w:val="BangThngthng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LiVa3-Nhnmanh4">
    <w:name w:val="Medium Grid 3 Accent 4"/>
    <w:basedOn w:val="BangThngthng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LiVa3-Nhnmanh5">
    <w:name w:val="Medium Grid 3 Accent 5"/>
    <w:basedOn w:val="BangThngthng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LiVa3-Nhnmanh6">
    <w:name w:val="Medium Grid 3 Accent 6"/>
    <w:basedOn w:val="BangThngthng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nhsachSm">
    <w:name w:val="Dark List"/>
    <w:basedOn w:val="BangThngthng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nhsachSm-Nhnmanh1">
    <w:name w:val="Dark List Accent 1"/>
    <w:basedOn w:val="BangThngthng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nhsachSm-Nhnmanh2">
    <w:name w:val="Dark List Accent 2"/>
    <w:basedOn w:val="BangThngthng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nhsachSm-Nhnmanh3">
    <w:name w:val="Dark List Accent 3"/>
    <w:basedOn w:val="BangThngthng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nhsachSm-Nhnmanh4">
    <w:name w:val="Dark List Accent 4"/>
    <w:basedOn w:val="BangThngthng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nhsachSm-Nhnmanh5">
    <w:name w:val="Dark List Accent 5"/>
    <w:basedOn w:val="BangThngthng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nhsachSm-Nhnmanh6">
    <w:name w:val="Dark List Accent 6"/>
    <w:basedOn w:val="BangThngthng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TnnScs">
    <w:name w:val="Colorful Shading"/>
    <w:basedOn w:val="BangThngthng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nnScs-Nhnmanh1">
    <w:name w:val="Colorful Shading Accent 1"/>
    <w:basedOn w:val="BangThngthng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nnScs-Nhnmanh2">
    <w:name w:val="Colorful Shading Accent 2"/>
    <w:basedOn w:val="BangThngthng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nnScs-Nhnmanh3">
    <w:name w:val="Colorful Shading Accent 3"/>
    <w:basedOn w:val="BangThngthng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TnnScs-Nhnmanh4">
    <w:name w:val="Colorful Shading Accent 4"/>
    <w:basedOn w:val="BangThngthng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nnScs-Nhnmanh5">
    <w:name w:val="Colorful Shading Accent 5"/>
    <w:basedOn w:val="BangThngthng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nnScs-Nhnmanh6">
    <w:name w:val="Colorful Shading Accent 6"/>
    <w:basedOn w:val="BangThngthng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DanhsachScs">
    <w:name w:val="Colorful List"/>
    <w:basedOn w:val="BangThngthng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DanhsachScs-Nhnmanh1">
    <w:name w:val="Colorful List Accent 1"/>
    <w:basedOn w:val="BangThngthng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DanhsachScs-Nhnmanh2">
    <w:name w:val="Colorful List Accent 2"/>
    <w:basedOn w:val="BangThngthng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DanhsachScs-Nhnmanh3">
    <w:name w:val="Colorful List Accent 3"/>
    <w:basedOn w:val="BangThngthng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DanhsachScs-Nhnmanh4">
    <w:name w:val="Colorful List Accent 4"/>
    <w:basedOn w:val="BangThngthng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DanhsachScs-Nhnmanh5">
    <w:name w:val="Colorful List Accent 5"/>
    <w:basedOn w:val="BangThngthng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DanhsachScs-Nhnmanh6">
    <w:name w:val="Colorful List Accent 6"/>
    <w:basedOn w:val="BangThngthng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cs">
    <w:name w:val="Colorful Grid"/>
    <w:basedOn w:val="BangThngthng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LiScs-Nhnmanh1">
    <w:name w:val="Colorful Grid Accent 1"/>
    <w:basedOn w:val="BangThngthng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LiScs-Nhnmanh2">
    <w:name w:val="Colorful Grid Accent 2"/>
    <w:basedOn w:val="BangThngthng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LiScs-Nhnmanh3">
    <w:name w:val="Colorful Grid Accent 3"/>
    <w:basedOn w:val="BangThngthng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LiScs-Nhnmanh4">
    <w:name w:val="Colorful Grid Accent 4"/>
    <w:basedOn w:val="BangThngthng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LiScs-Nhnmanh5">
    <w:name w:val="Colorful Grid Accent 5"/>
    <w:basedOn w:val="BangThngthng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LiScs-Nhnmanh6">
    <w:name w:val="Colorful Grid Accent 6"/>
    <w:basedOn w:val="BangThngthng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213</Words>
  <Characters>1220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1431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Trâm Trần</cp:lastModifiedBy>
  <cp:revision>2</cp:revision>
  <dcterms:created xsi:type="dcterms:W3CDTF">2013-12-23T23:15:00Z</dcterms:created>
  <dcterms:modified xsi:type="dcterms:W3CDTF">2025-10-01T03:14:00Z</dcterms:modified>
  <cp:category/>
</cp:coreProperties>
</file>