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F2B35" w:rsidRPr="00B80603" w:rsidRDefault="00000000" w:rsidP="00B8060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80603">
        <w:rPr>
          <w:rFonts w:ascii="Times New Roman" w:hAnsi="Times New Roman" w:cs="Times New Roman"/>
          <w:b/>
          <w:bCs/>
          <w:sz w:val="24"/>
        </w:rPr>
        <w:t>PHỤ LỤC IV</w:t>
      </w:r>
      <w:r w:rsidRPr="00B80603">
        <w:rPr>
          <w:rFonts w:ascii="Times New Roman" w:hAnsi="Times New Roman" w:cs="Times New Roman"/>
          <w:b/>
          <w:bCs/>
          <w:sz w:val="24"/>
        </w:rPr>
        <w:br/>
        <w:t>MẪU ĐƠN ĐỀ NGHỊ TẬP HUẤN, CẤP GIẤY CHỨNG NHẬN</w:t>
      </w:r>
      <w:r w:rsidRPr="00B80603">
        <w:rPr>
          <w:rFonts w:ascii="Times New Roman" w:hAnsi="Times New Roman" w:cs="Times New Roman"/>
          <w:b/>
          <w:bCs/>
          <w:sz w:val="24"/>
        </w:rPr>
        <w:br/>
        <w:t>GIÁO VIÊN DẠY THỰC HÀNH LÁI XE</w:t>
      </w:r>
    </w:p>
    <w:p w:rsidR="005F2B35" w:rsidRPr="00B80603" w:rsidRDefault="00000000" w:rsidP="00B80603">
      <w:pPr>
        <w:spacing w:after="0"/>
        <w:jc w:val="center"/>
        <w:rPr>
          <w:rFonts w:ascii="Times New Roman" w:hAnsi="Times New Roman" w:cs="Times New Roman"/>
          <w:i/>
          <w:iCs/>
        </w:rPr>
      </w:pPr>
      <w:r w:rsidRPr="00B80603">
        <w:rPr>
          <w:rFonts w:ascii="Times New Roman" w:hAnsi="Times New Roman" w:cs="Times New Roman"/>
          <w:i/>
          <w:iCs/>
        </w:rPr>
        <w:t>(Ban hành kèm theo Nghị định số 94/2026/NĐ-CP ngày 31 tháng 3 năm 2026 của Chính phủ)</w:t>
      </w:r>
    </w:p>
    <w:p w:rsidR="00B80603" w:rsidRPr="00B80603" w:rsidRDefault="00B80603" w:rsidP="00B80603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:rsidR="005F2B35" w:rsidRPr="00B80603" w:rsidRDefault="00B80603">
      <w:pPr>
        <w:jc w:val="center"/>
        <w:rPr>
          <w:rFonts w:ascii="Times New Roman" w:hAnsi="Times New Roman" w:cs="Times New Roman"/>
          <w:b/>
          <w:bCs/>
        </w:rPr>
      </w:pPr>
      <w:r w:rsidRPr="00B80603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416560</wp:posOffset>
                </wp:positionV>
                <wp:extent cx="1676400" cy="0"/>
                <wp:effectExtent l="0" t="0" r="0" b="0"/>
                <wp:wrapNone/>
                <wp:docPr id="78589949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45E907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0pt,32.8pt" to="282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" strokecolor="black [3040]"/>
            </w:pict>
          </mc:Fallback>
        </mc:AlternateContent>
      </w:r>
      <w:r w:rsidR="00000000" w:rsidRPr="00B80603">
        <w:rPr>
          <w:rFonts w:ascii="Times New Roman" w:hAnsi="Times New Roman" w:cs="Times New Roman"/>
          <w:b/>
          <w:bCs/>
        </w:rPr>
        <w:t>CỘNG HÒA XÃ HỘI CHỦ NGHĨA VIỆT NAM</w:t>
      </w:r>
      <w:r w:rsidR="00000000" w:rsidRPr="00B80603">
        <w:rPr>
          <w:rFonts w:ascii="Times New Roman" w:hAnsi="Times New Roman" w:cs="Times New Roman"/>
          <w:b/>
          <w:bCs/>
        </w:rPr>
        <w:br/>
        <w:t>Độc lập - Tự do - Hạnh phúc</w:t>
      </w:r>
    </w:p>
    <w:p w:rsidR="005F2B35" w:rsidRPr="00B80603" w:rsidRDefault="00000000">
      <w:pPr>
        <w:jc w:val="center"/>
        <w:rPr>
          <w:rFonts w:ascii="Times New Roman" w:hAnsi="Times New Roman" w:cs="Times New Roman"/>
          <w:b/>
          <w:bCs/>
        </w:rPr>
      </w:pPr>
      <w:r w:rsidRPr="00B80603">
        <w:rPr>
          <w:rFonts w:ascii="Times New Roman" w:hAnsi="Times New Roman" w:cs="Times New Roman"/>
          <w:b/>
          <w:bCs/>
        </w:rPr>
        <w:br/>
        <w:t>ĐƠN ĐỀ NGHỊ TẬP HUẤN, CẤP GIẤY CHỨNG NHẬN</w:t>
      </w:r>
      <w:r w:rsidRPr="00B80603">
        <w:rPr>
          <w:rFonts w:ascii="Times New Roman" w:hAnsi="Times New Roman" w:cs="Times New Roman"/>
          <w:b/>
          <w:bCs/>
        </w:rPr>
        <w:br/>
        <w:t>GIÁO VIÊN DẠY THỰC HÀNH LÁI XE</w:t>
      </w:r>
    </w:p>
    <w:tbl>
      <w:tblPr>
        <w:tblStyle w:val="TableGrid"/>
        <w:tblW w:w="7002" w:type="dxa"/>
        <w:tblInd w:w="1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5292"/>
      </w:tblGrid>
      <w:tr w:rsidR="00B80603" w:rsidRPr="00B80603" w:rsidTr="00B80603">
        <w:tc>
          <w:tcPr>
            <w:tcW w:w="1710" w:type="dxa"/>
          </w:tcPr>
          <w:p w:rsidR="00B80603" w:rsidRPr="00B80603" w:rsidRDefault="00B80603" w:rsidP="00B80603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80603">
              <w:rPr>
                <w:rFonts w:ascii="Times New Roman" w:hAnsi="Times New Roman" w:cs="Times New Roman"/>
              </w:rPr>
              <w:t>Kính gửi:</w:t>
            </w:r>
          </w:p>
        </w:tc>
        <w:tc>
          <w:tcPr>
            <w:tcW w:w="5292" w:type="dxa"/>
            <w:vAlign w:val="center"/>
          </w:tcPr>
          <w:p w:rsidR="00B80603" w:rsidRPr="00B80603" w:rsidRDefault="00B80603" w:rsidP="00B80603">
            <w:pPr>
              <w:rPr>
                <w:rFonts w:ascii="Times New Roman" w:hAnsi="Times New Roman" w:cs="Times New Roman"/>
              </w:rPr>
            </w:pPr>
          </w:p>
          <w:p w:rsidR="00B80603" w:rsidRPr="00B80603" w:rsidRDefault="00B80603" w:rsidP="00B80603">
            <w:pPr>
              <w:rPr>
                <w:rFonts w:ascii="Times New Roman" w:hAnsi="Times New Roman" w:cs="Times New Roman"/>
              </w:rPr>
            </w:pPr>
            <w:r w:rsidRPr="00B80603">
              <w:rPr>
                <w:rFonts w:ascii="Times New Roman" w:hAnsi="Times New Roman" w:cs="Times New Roman"/>
              </w:rPr>
              <w:t>- Cơ quan có thẩm quyền</w:t>
            </w:r>
            <w:r w:rsidRPr="00B80603">
              <w:rPr>
                <w:rFonts w:ascii="Times New Roman" w:hAnsi="Times New Roman" w:cs="Times New Roman"/>
              </w:rPr>
              <w:t>;</w:t>
            </w:r>
            <w:r w:rsidRPr="00B80603">
              <w:rPr>
                <w:rFonts w:ascii="Times New Roman" w:hAnsi="Times New Roman" w:cs="Times New Roman"/>
              </w:rPr>
              <w:br/>
              <w:t>- Cơ sở đào tạo lái xe: .................................</w:t>
            </w:r>
            <w:r w:rsidRPr="00B80603">
              <w:rPr>
                <w:rFonts w:ascii="Times New Roman" w:hAnsi="Times New Roman" w:cs="Times New Roman"/>
              </w:rPr>
              <w:t>....................</w:t>
            </w:r>
          </w:p>
          <w:p w:rsidR="00B80603" w:rsidRPr="00B80603" w:rsidRDefault="00B80603" w:rsidP="00B80603">
            <w:pPr>
              <w:ind w:left="72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5F2B35" w:rsidRPr="00B80603" w:rsidRDefault="00000000" w:rsidP="00B80603">
      <w:pPr>
        <w:spacing w:after="120" w:line="240" w:lineRule="auto"/>
        <w:rPr>
          <w:rFonts w:ascii="Times New Roman" w:hAnsi="Times New Roman" w:cs="Times New Roman"/>
        </w:rPr>
      </w:pPr>
      <w:r w:rsidRPr="00B80603">
        <w:rPr>
          <w:rFonts w:ascii="Times New Roman" w:hAnsi="Times New Roman" w:cs="Times New Roman"/>
        </w:rPr>
        <w:t>Tôi là: ...............................................................................................................</w:t>
      </w:r>
    </w:p>
    <w:p w:rsidR="005F2B35" w:rsidRPr="00B80603" w:rsidRDefault="00000000" w:rsidP="00B80603">
      <w:pPr>
        <w:spacing w:after="120" w:line="240" w:lineRule="auto"/>
        <w:rPr>
          <w:rFonts w:ascii="Times New Roman" w:hAnsi="Times New Roman" w:cs="Times New Roman"/>
        </w:rPr>
      </w:pPr>
      <w:r w:rsidRPr="00B80603">
        <w:rPr>
          <w:rFonts w:ascii="Times New Roman" w:hAnsi="Times New Roman" w:cs="Times New Roman"/>
        </w:rPr>
        <w:t>Ngày tháng năm sinh: ......................................................................................</w:t>
      </w:r>
    </w:p>
    <w:p w:rsidR="005F2B35" w:rsidRPr="00B80603" w:rsidRDefault="00000000" w:rsidP="00B80603">
      <w:pPr>
        <w:spacing w:after="120" w:line="240" w:lineRule="auto"/>
        <w:rPr>
          <w:rFonts w:ascii="Times New Roman" w:hAnsi="Times New Roman" w:cs="Times New Roman"/>
        </w:rPr>
      </w:pPr>
      <w:r w:rsidRPr="00B80603">
        <w:rPr>
          <w:rFonts w:ascii="Times New Roman" w:hAnsi="Times New Roman" w:cs="Times New Roman"/>
        </w:rPr>
        <w:t>Số Căn cước công dân hoặc Căn cước: .........................................................</w:t>
      </w:r>
    </w:p>
    <w:p w:rsidR="005F2B35" w:rsidRPr="00B80603" w:rsidRDefault="00000000" w:rsidP="00B80603">
      <w:pPr>
        <w:spacing w:after="120" w:line="240" w:lineRule="auto"/>
        <w:rPr>
          <w:rFonts w:ascii="Times New Roman" w:hAnsi="Times New Roman" w:cs="Times New Roman"/>
        </w:rPr>
      </w:pPr>
      <w:r w:rsidRPr="00B80603">
        <w:rPr>
          <w:rFonts w:ascii="Times New Roman" w:hAnsi="Times New Roman" w:cs="Times New Roman"/>
        </w:rPr>
        <w:t>Có giấy phép lái xe số: ..............., hạng: ..............., do: .......................... cấp ngày ........ tháng ........ năm ........</w:t>
      </w:r>
    </w:p>
    <w:p w:rsidR="005F2B35" w:rsidRPr="00B80603" w:rsidRDefault="00000000" w:rsidP="00B80603">
      <w:pPr>
        <w:spacing w:after="120" w:line="240" w:lineRule="auto"/>
        <w:rPr>
          <w:rFonts w:ascii="Times New Roman" w:hAnsi="Times New Roman" w:cs="Times New Roman"/>
        </w:rPr>
      </w:pPr>
      <w:r w:rsidRPr="00B80603">
        <w:rPr>
          <w:rFonts w:ascii="Times New Roman" w:hAnsi="Times New Roman" w:cs="Times New Roman"/>
        </w:rPr>
        <w:t>Đề nghị cho tôi được tham gia tập huấn, cấp (cấp lại) giấy chứng nhận giáo viên dạy thực hành lái xe hạng ............</w:t>
      </w:r>
    </w:p>
    <w:p w:rsidR="005F2B35" w:rsidRPr="00B80603" w:rsidRDefault="00000000" w:rsidP="00B80603">
      <w:pPr>
        <w:spacing w:after="120" w:line="240" w:lineRule="auto"/>
        <w:rPr>
          <w:rFonts w:ascii="Times New Roman" w:hAnsi="Times New Roman" w:cs="Times New Roman"/>
        </w:rPr>
      </w:pPr>
      <w:r w:rsidRPr="00B80603">
        <w:rPr>
          <w:rFonts w:ascii="Times New Roman" w:hAnsi="Times New Roman" w:cs="Times New Roman"/>
        </w:rPr>
        <w:t>Tôi xin cam đoan những điều ghi trên đây là đúng sự thật, nếu sai tôi hoàn toàn chịu trách nhiệm.</w:t>
      </w:r>
    </w:p>
    <w:p w:rsidR="005F2B35" w:rsidRPr="00B80603" w:rsidRDefault="00000000" w:rsidP="00B80603">
      <w:pPr>
        <w:spacing w:after="120" w:line="240" w:lineRule="auto"/>
        <w:rPr>
          <w:rFonts w:ascii="Times New Roman" w:hAnsi="Times New Roman" w:cs="Times New Roman"/>
        </w:rPr>
      </w:pPr>
      <w:r w:rsidRPr="00B80603">
        <w:rPr>
          <w:rFonts w:ascii="Times New Roman" w:hAnsi="Times New Roman" w:cs="Times New Roman"/>
        </w:rPr>
        <w:t>Tôi nhận kết quả thủ tục hành chính bằng hình thức:</w:t>
      </w:r>
    </w:p>
    <w:p w:rsidR="005F2B35" w:rsidRPr="00B80603" w:rsidRDefault="00000000" w:rsidP="00B80603">
      <w:pPr>
        <w:spacing w:after="120" w:line="240" w:lineRule="auto"/>
        <w:rPr>
          <w:rFonts w:ascii="Times New Roman" w:hAnsi="Times New Roman" w:cs="Times New Roman"/>
        </w:rPr>
      </w:pPr>
      <w:r w:rsidRPr="00B80603">
        <w:rPr>
          <w:rFonts w:ascii="Times New Roman" w:hAnsi="Times New Roman" w:cs="Times New Roman"/>
        </w:rPr>
        <w:t>- Bản điện tử trả trên VNeID;</w:t>
      </w:r>
    </w:p>
    <w:p w:rsidR="005F2B35" w:rsidRPr="00B80603" w:rsidRDefault="00B80603" w:rsidP="00B80603">
      <w:p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221615</wp:posOffset>
                </wp:positionV>
                <wp:extent cx="238125" cy="228600"/>
                <wp:effectExtent l="0" t="0" r="28575" b="19050"/>
                <wp:wrapNone/>
                <wp:docPr id="9279586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8F4FAB" id="Rectangle 2" o:spid="_x0000_s1026" style="position:absolute;margin-left:50.25pt;margin-top:17.45pt;width:18.7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" filled="f" strokecolor="black [3200]">
                <v:stroke joinstyle="round"/>
              </v:rect>
            </w:pict>
          </mc:Fallback>
        </mc:AlternateContent>
      </w:r>
      <w:r w:rsidR="00000000" w:rsidRPr="00B80603">
        <w:rPr>
          <w:rFonts w:ascii="Times New Roman" w:hAnsi="Times New Roman" w:cs="Times New Roman"/>
        </w:rPr>
        <w:t>- Hệ thống thông tin giải quyết thủ tục hành chính cấp tỉnh, cấp xã;</w:t>
      </w:r>
    </w:p>
    <w:p w:rsidR="005F2B35" w:rsidRPr="00B80603" w:rsidRDefault="00000000" w:rsidP="00B80603">
      <w:pPr>
        <w:spacing w:after="120" w:line="240" w:lineRule="auto"/>
        <w:rPr>
          <w:rFonts w:ascii="Times New Roman" w:hAnsi="Times New Roman" w:cs="Times New Roman"/>
        </w:rPr>
      </w:pPr>
      <w:r w:rsidRPr="00B80603">
        <w:rPr>
          <w:rFonts w:ascii="Times New Roman" w:hAnsi="Times New Roman" w:cs="Times New Roman"/>
        </w:rPr>
        <w:t>- Bản giấy</w:t>
      </w:r>
    </w:p>
    <w:p w:rsidR="005F2B35" w:rsidRPr="00B80603" w:rsidRDefault="00000000" w:rsidP="00B80603">
      <w:pPr>
        <w:spacing w:after="120" w:line="240" w:lineRule="auto"/>
        <w:rPr>
          <w:rFonts w:ascii="Times New Roman" w:hAnsi="Times New Roman" w:cs="Times New Roman"/>
        </w:rPr>
      </w:pPr>
      <w:r w:rsidRPr="00B80603">
        <w:rPr>
          <w:rFonts w:ascii="Times New Roman" w:hAnsi="Times New Roman" w:cs="Times New Roman"/>
        </w:rPr>
        <w:t>Địa chỉ nhận kết quả:</w:t>
      </w:r>
    </w:p>
    <w:p w:rsidR="005F2B35" w:rsidRPr="00B80603" w:rsidRDefault="00000000" w:rsidP="00B80603">
      <w:pPr>
        <w:spacing w:after="120" w:line="240" w:lineRule="auto"/>
        <w:rPr>
          <w:rFonts w:ascii="Times New Roman" w:hAnsi="Times New Roman" w:cs="Times New Roman"/>
        </w:rPr>
      </w:pPr>
      <w:r w:rsidRPr="00B80603">
        <w:rPr>
          <w:rFonts w:ascii="Times New Roman" w:hAnsi="Times New Roman" w:cs="Times New Roman"/>
        </w:rPr>
        <w:t>- Trực tuyến: tên hộp thư điện tử: .........................................................</w:t>
      </w:r>
    </w:p>
    <w:p w:rsidR="005F2B35" w:rsidRDefault="00000000" w:rsidP="00B80603">
      <w:pPr>
        <w:spacing w:after="120" w:line="240" w:lineRule="auto"/>
        <w:rPr>
          <w:rFonts w:ascii="Times New Roman" w:hAnsi="Times New Roman" w:cs="Times New Roman"/>
        </w:rPr>
      </w:pPr>
      <w:r w:rsidRPr="00B80603">
        <w:rPr>
          <w:rFonts w:ascii="Times New Roman" w:hAnsi="Times New Roman" w:cs="Times New Roman"/>
        </w:rPr>
        <w:t>- Thông qua dịch vụ Bưu chính đến địa chỉ: ................................................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9"/>
        <w:gridCol w:w="4331"/>
      </w:tblGrid>
      <w:tr w:rsidR="00B80603" w:rsidTr="00B80603">
        <w:tc>
          <w:tcPr>
            <w:tcW w:w="4428" w:type="dxa"/>
          </w:tcPr>
          <w:p w:rsidR="00B80603" w:rsidRDefault="00B80603" w:rsidP="00B80603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:rsidR="00B80603" w:rsidRPr="00B80603" w:rsidRDefault="00B80603" w:rsidP="00B806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80603">
              <w:rPr>
                <w:rFonts w:ascii="Times New Roman" w:hAnsi="Times New Roman" w:cs="Times New Roman"/>
                <w:i/>
                <w:iCs/>
              </w:rPr>
              <w:br/>
              <w:t>........, ngày ...... tháng ...... năm ......</w:t>
            </w:r>
          </w:p>
          <w:p w:rsidR="00B80603" w:rsidRPr="00B80603" w:rsidRDefault="00B80603" w:rsidP="00B8060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80603">
              <w:rPr>
                <w:rFonts w:ascii="Times New Roman" w:hAnsi="Times New Roman" w:cs="Times New Roman"/>
                <w:b/>
                <w:bCs/>
              </w:rPr>
              <w:t>NGƯỜI LÀM ĐƠN</w:t>
            </w:r>
            <w:r w:rsidRPr="00B80603">
              <w:rPr>
                <w:rFonts w:ascii="Times New Roman" w:hAnsi="Times New Roman" w:cs="Times New Roman"/>
              </w:rPr>
              <w:br/>
            </w:r>
            <w:r w:rsidRPr="00B80603">
              <w:rPr>
                <w:rFonts w:ascii="Times New Roman" w:hAnsi="Times New Roman" w:cs="Times New Roman"/>
                <w:i/>
                <w:iCs/>
              </w:rPr>
              <w:t>(Ký và ghi rõ họ, tên)</w:t>
            </w:r>
          </w:p>
          <w:p w:rsidR="00B80603" w:rsidRDefault="00B80603" w:rsidP="00B80603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:rsidR="00B80603" w:rsidRPr="00B80603" w:rsidRDefault="00B80603" w:rsidP="00B80603">
      <w:pPr>
        <w:spacing w:after="120" w:line="240" w:lineRule="auto"/>
        <w:rPr>
          <w:rFonts w:ascii="Times New Roman" w:hAnsi="Times New Roman" w:cs="Times New Roman"/>
        </w:rPr>
      </w:pPr>
    </w:p>
    <w:sectPr w:rsidR="00B80603" w:rsidRPr="00B8060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2431304">
    <w:abstractNumId w:val="8"/>
  </w:num>
  <w:num w:numId="2" w16cid:durableId="1763799694">
    <w:abstractNumId w:val="6"/>
  </w:num>
  <w:num w:numId="3" w16cid:durableId="1878851878">
    <w:abstractNumId w:val="5"/>
  </w:num>
  <w:num w:numId="4" w16cid:durableId="400713609">
    <w:abstractNumId w:val="4"/>
  </w:num>
  <w:num w:numId="5" w16cid:durableId="640817285">
    <w:abstractNumId w:val="7"/>
  </w:num>
  <w:num w:numId="6" w16cid:durableId="688216304">
    <w:abstractNumId w:val="3"/>
  </w:num>
  <w:num w:numId="7" w16cid:durableId="897589588">
    <w:abstractNumId w:val="2"/>
  </w:num>
  <w:num w:numId="8" w16cid:durableId="1393042035">
    <w:abstractNumId w:val="1"/>
  </w:num>
  <w:num w:numId="9" w16cid:durableId="765347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F2B35"/>
    <w:rsid w:val="0062032A"/>
    <w:rsid w:val="00674FC3"/>
    <w:rsid w:val="00AA1D8D"/>
    <w:rsid w:val="00B47730"/>
    <w:rsid w:val="00B8060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8CE5E6"/>
  <w14:defaultImageDpi w14:val="300"/>
  <w15:docId w15:val="{64C55DAB-1D57-42D2-A38E-8B18B3196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My_PC</cp:lastModifiedBy>
  <cp:revision>2</cp:revision>
  <dcterms:created xsi:type="dcterms:W3CDTF">2026-04-02T02:35:00Z</dcterms:created>
  <dcterms:modified xsi:type="dcterms:W3CDTF">2026-04-02T02:35:00Z</dcterms:modified>
  <cp:category/>
</cp:coreProperties>
</file>