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83AF3" w:rsidRPr="00883AF3" w:rsidRDefault="00883AF3" w:rsidP="00883AF3">
      <w:pPr>
        <w:spacing w:before="100" w:beforeAutospacing="1" w:after="100" w:afterAutospacing="1" w:line="240" w:lineRule="auto"/>
        <w:jc w:val="center"/>
        <w:rPr>
          <w:rFonts w:ascii="Times New Roman" w:eastAsia="Times New Roman" w:hAnsi="Times New Roman" w:cs="Times New Roman"/>
          <w:sz w:val="24"/>
          <w:szCs w:val="24"/>
        </w:rPr>
      </w:pPr>
      <w:r w:rsidRPr="00883AF3">
        <w:rPr>
          <w:rFonts w:ascii="Times New Roman" w:eastAsia="Times New Roman" w:hAnsi="Times New Roman" w:cs="Times New Roman"/>
          <w:b/>
          <w:bCs/>
          <w:sz w:val="24"/>
          <w:szCs w:val="24"/>
        </w:rPr>
        <w:t>Phụ lục</w:t>
      </w:r>
      <w:r w:rsidRPr="00883AF3">
        <w:rPr>
          <w:rFonts w:ascii="Times New Roman" w:eastAsia="Times New Roman" w:hAnsi="Times New Roman" w:cs="Times New Roman"/>
          <w:sz w:val="24"/>
          <w:szCs w:val="24"/>
        </w:rPr>
        <w:br/>
      </w:r>
      <w:r w:rsidRPr="00883AF3">
        <w:rPr>
          <w:rFonts w:ascii="Times New Roman" w:eastAsia="Times New Roman" w:hAnsi="Times New Roman" w:cs="Times New Roman"/>
          <w:b/>
          <w:bCs/>
          <w:sz w:val="24"/>
          <w:szCs w:val="24"/>
        </w:rPr>
        <w:t>DANH SÁCH KHÁCH HÀNG SỬ DỤNG PHẦN MỀM KẾ TOÁN DO TỔ CHỨC CUNG CẤP</w:t>
      </w:r>
      <w:r w:rsidRPr="00883AF3">
        <w:rPr>
          <w:rFonts w:ascii="Times New Roman" w:eastAsia="Times New Roman" w:hAnsi="Times New Roman" w:cs="Times New Roman"/>
          <w:sz w:val="24"/>
          <w:szCs w:val="24"/>
        </w:rPr>
        <w:br/>
      </w:r>
      <w:r w:rsidRPr="00883AF3">
        <w:rPr>
          <w:rFonts w:ascii="Times New Roman" w:eastAsia="Times New Roman" w:hAnsi="Times New Roman" w:cs="Times New Roman"/>
          <w:i/>
          <w:iCs/>
          <w:sz w:val="24"/>
          <w:szCs w:val="24"/>
        </w:rPr>
        <w:t>(Kèm theo công văn số</w:t>
      </w:r>
      <w:r>
        <w:rPr>
          <w:rFonts w:ascii="Times New Roman" w:eastAsia="Times New Roman" w:hAnsi="Times New Roman" w:cs="Times New Roman"/>
          <w:i/>
          <w:iCs/>
          <w:sz w:val="24"/>
          <w:szCs w:val="24"/>
        </w:rPr>
        <w:t xml:space="preserve"> 1902</w:t>
      </w:r>
      <w:r w:rsidRPr="00883AF3">
        <w:rPr>
          <w:rFonts w:ascii="Times New Roman" w:eastAsia="Times New Roman" w:hAnsi="Times New Roman" w:cs="Times New Roman"/>
          <w:i/>
          <w:iCs/>
          <w:sz w:val="24"/>
          <w:szCs w:val="24"/>
        </w:rPr>
        <w:t>/CT-CĐS ngày</w:t>
      </w:r>
      <w:r>
        <w:rPr>
          <w:rFonts w:ascii="Times New Roman" w:eastAsia="Times New Roman" w:hAnsi="Times New Roman" w:cs="Times New Roman"/>
          <w:i/>
          <w:iCs/>
          <w:sz w:val="24"/>
          <w:szCs w:val="24"/>
        </w:rPr>
        <w:t xml:space="preserve"> 31/03</w:t>
      </w:r>
      <w:r w:rsidRPr="00883AF3">
        <w:rPr>
          <w:rFonts w:ascii="Times New Roman" w:eastAsia="Times New Roman" w:hAnsi="Times New Roman" w:cs="Times New Roman"/>
          <w:i/>
          <w:iCs/>
          <w:sz w:val="24"/>
          <w:szCs w:val="24"/>
        </w:rPr>
        <w:t>/2026 của Cục Thuế)</w:t>
      </w:r>
    </w:p>
    <w:p w:rsidR="00883AF3" w:rsidRPr="00883AF3" w:rsidRDefault="00883AF3" w:rsidP="00883AF3">
      <w:pPr>
        <w:spacing w:before="100" w:beforeAutospacing="1" w:after="100" w:afterAutospacing="1" w:line="240" w:lineRule="auto"/>
        <w:rPr>
          <w:rFonts w:ascii="Times New Roman" w:eastAsia="Times New Roman" w:hAnsi="Times New Roman" w:cs="Times New Roman"/>
          <w:b/>
          <w:bCs/>
          <w:sz w:val="24"/>
          <w:szCs w:val="24"/>
        </w:rPr>
      </w:pPr>
      <w:r w:rsidRPr="00883AF3">
        <w:rPr>
          <w:rFonts w:ascii="Times New Roman" w:eastAsia="Times New Roman" w:hAnsi="Times New Roman" w:cs="Times New Roman"/>
          <w:b/>
          <w:bCs/>
          <w:sz w:val="24"/>
          <w:szCs w:val="24"/>
        </w:rPr>
        <w:t>1. Thông tin chung của Tổ chức</w:t>
      </w:r>
      <w:r w:rsidRPr="00883AF3">
        <w:rPr>
          <w:rFonts w:ascii="Times New Roman" w:eastAsia="Times New Roman" w:hAnsi="Times New Roman" w:cs="Times New Roman"/>
          <w:b/>
          <w:bCs/>
          <w:sz w:val="24"/>
          <w:szCs w:val="24"/>
        </w:rPr>
        <w:t xml:space="preserve"> </w:t>
      </w:r>
      <w:r w:rsidRPr="00883AF3">
        <w:rPr>
          <w:rFonts w:ascii="Times New Roman" w:eastAsia="Times New Roman" w:hAnsi="Times New Roman" w:cs="Times New Roman"/>
          <w:b/>
          <w:bCs/>
          <w:i/>
          <w:iCs/>
          <w:sz w:val="24"/>
          <w:szCs w:val="24"/>
        </w:rPr>
        <w:t>(Tổ chức cung cấp giải pháp hóa đơn điện tử; Tổ chức cung cấp dịch vụ giá trị gia tăng về giao dịch điện tử trong lĩnh vực thuế)</w:t>
      </w:r>
    </w:p>
    <w:p w:rsidR="00883AF3" w:rsidRDefault="00883AF3" w:rsidP="00883AF3">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883AF3">
        <w:rPr>
          <w:rFonts w:ascii="Times New Roman" w:eastAsia="Times New Roman" w:hAnsi="Times New Roman" w:cs="Times New Roman"/>
          <w:sz w:val="24"/>
          <w:szCs w:val="24"/>
        </w:rPr>
        <w:t xml:space="preserve">Tên Tổ chức: ..................................................... </w:t>
      </w:r>
    </w:p>
    <w:p w:rsidR="00883AF3" w:rsidRPr="00883AF3" w:rsidRDefault="00883AF3" w:rsidP="00883AF3">
      <w:pPr>
        <w:spacing w:after="0"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883AF3">
        <w:rPr>
          <w:rFonts w:ascii="Times New Roman" w:eastAsia="Times New Roman" w:hAnsi="Times New Roman" w:cs="Times New Roman"/>
          <w:sz w:val="24"/>
          <w:szCs w:val="24"/>
        </w:rPr>
        <w:t xml:space="preserve">Mã số thuế: ..................................................... </w:t>
      </w:r>
    </w:p>
    <w:p w:rsidR="00883AF3" w:rsidRDefault="00883AF3" w:rsidP="00883AF3">
      <w:pPr>
        <w:spacing w:after="0" w:line="24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883AF3">
        <w:rPr>
          <w:rFonts w:ascii="Times New Roman" w:eastAsia="Times New Roman" w:hAnsi="Times New Roman" w:cs="Times New Roman"/>
          <w:sz w:val="24"/>
          <w:szCs w:val="24"/>
        </w:rPr>
        <w:t xml:space="preserve">Thông tin đầu mối liên hệ: </w:t>
      </w:r>
    </w:p>
    <w:p w:rsidR="00883AF3" w:rsidRDefault="00883AF3" w:rsidP="00883AF3">
      <w:pPr>
        <w:spacing w:after="0" w:line="240" w:lineRule="auto"/>
        <w:ind w:firstLine="360"/>
        <w:rPr>
          <w:rFonts w:ascii="Times New Roman" w:eastAsia="Times New Roman" w:hAnsi="Times New Roman" w:cs="Times New Roman"/>
          <w:sz w:val="24"/>
          <w:szCs w:val="24"/>
        </w:rPr>
      </w:pPr>
    </w:p>
    <w:p w:rsidR="00883AF3" w:rsidRPr="00883AF3" w:rsidRDefault="00883AF3" w:rsidP="00883AF3">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883AF3">
        <w:rPr>
          <w:rFonts w:ascii="Times New Roman" w:eastAsia="Times New Roman" w:hAnsi="Times New Roman" w:cs="Times New Roman"/>
          <w:sz w:val="24"/>
          <w:szCs w:val="24"/>
        </w:rPr>
        <w:t xml:space="preserve">Họ và tên: ..................................................... </w:t>
      </w:r>
    </w:p>
    <w:p w:rsidR="00883AF3" w:rsidRPr="00883AF3" w:rsidRDefault="00883AF3" w:rsidP="00883AF3">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883AF3">
        <w:rPr>
          <w:rFonts w:ascii="Times New Roman" w:eastAsia="Times New Roman" w:hAnsi="Times New Roman" w:cs="Times New Roman"/>
          <w:sz w:val="24"/>
          <w:szCs w:val="24"/>
        </w:rPr>
        <w:t xml:space="preserve">Số điện thoại di động: ..................................................... </w:t>
      </w:r>
    </w:p>
    <w:p w:rsidR="00883AF3" w:rsidRPr="00883AF3" w:rsidRDefault="00883AF3" w:rsidP="00883AF3">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883AF3">
        <w:rPr>
          <w:rFonts w:ascii="Times New Roman" w:eastAsia="Times New Roman" w:hAnsi="Times New Roman" w:cs="Times New Roman"/>
          <w:sz w:val="24"/>
          <w:szCs w:val="24"/>
        </w:rPr>
        <w:t>Địa chỉ thư điện tử: .....................................................</w:t>
      </w:r>
    </w:p>
    <w:p w:rsidR="00883AF3" w:rsidRPr="00883AF3" w:rsidRDefault="00883AF3" w:rsidP="00883AF3">
      <w:pPr>
        <w:spacing w:before="100" w:beforeAutospacing="1" w:after="100" w:afterAutospacing="1" w:line="240" w:lineRule="auto"/>
        <w:rPr>
          <w:rFonts w:ascii="Times New Roman" w:eastAsia="Times New Roman" w:hAnsi="Times New Roman" w:cs="Times New Roman"/>
          <w:sz w:val="24"/>
          <w:szCs w:val="24"/>
        </w:rPr>
      </w:pPr>
      <w:r w:rsidRPr="00883AF3">
        <w:rPr>
          <w:rFonts w:ascii="Times New Roman" w:eastAsia="Times New Roman" w:hAnsi="Times New Roman" w:cs="Times New Roman"/>
          <w:b/>
          <w:bCs/>
          <w:sz w:val="24"/>
          <w:szCs w:val="24"/>
        </w:rPr>
        <w:t>2. Thông tin danh sách khách hàng sử dụng phần mềm của Tổ chức</w:t>
      </w:r>
    </w:p>
    <w:p w:rsidR="00883AF3" w:rsidRPr="00883AF3" w:rsidRDefault="00883AF3" w:rsidP="00883AF3">
      <w:pPr>
        <w:spacing w:before="100" w:beforeAutospacing="1" w:after="100" w:afterAutospacing="1" w:line="240" w:lineRule="auto"/>
        <w:rPr>
          <w:rFonts w:ascii="Times New Roman" w:eastAsia="Times New Roman" w:hAnsi="Times New Roman" w:cs="Times New Roman"/>
          <w:sz w:val="24"/>
          <w:szCs w:val="24"/>
        </w:rPr>
      </w:pPr>
      <w:r w:rsidRPr="00883AF3">
        <w:rPr>
          <w:rFonts w:ascii="Times New Roman" w:eastAsia="Times New Roman" w:hAnsi="Times New Roman" w:cs="Times New Roman"/>
          <w:sz w:val="24"/>
          <w:szCs w:val="24"/>
        </w:rPr>
        <w:t>Kỳ cung cấp thông tin: Đến ngày .....</w:t>
      </w:r>
      <w:r>
        <w:rPr>
          <w:rFonts w:ascii="Times New Roman" w:eastAsia="Times New Roman" w:hAnsi="Times New Roman" w:cs="Times New Roman"/>
          <w:sz w:val="24"/>
          <w:szCs w:val="24"/>
        </w:rPr>
        <w:t xml:space="preserve"> </w:t>
      </w:r>
      <w:r w:rsidRPr="00883AF3">
        <w:rPr>
          <w:rFonts w:ascii="Times New Roman" w:eastAsia="Times New Roman" w:hAnsi="Times New Roman" w:cs="Times New Roman"/>
          <w:sz w:val="24"/>
          <w:szCs w:val="24"/>
        </w:rPr>
        <w:t>Danh sách khách hàng tính đến kỳ cung cấp thông tin như sau:</w:t>
      </w:r>
    </w:p>
    <w:tbl>
      <w:tblPr>
        <w:tblStyle w:val="TableGrid"/>
        <w:tblW w:w="9760" w:type="dxa"/>
        <w:tblInd w:w="-612" w:type="dxa"/>
        <w:tblLook w:val="04A0" w:firstRow="1" w:lastRow="0" w:firstColumn="1" w:lastColumn="0" w:noHBand="0" w:noVBand="1"/>
      </w:tblPr>
      <w:tblGrid>
        <w:gridCol w:w="632"/>
        <w:gridCol w:w="872"/>
        <w:gridCol w:w="1106"/>
        <w:gridCol w:w="1210"/>
        <w:gridCol w:w="2091"/>
        <w:gridCol w:w="1818"/>
        <w:gridCol w:w="2031"/>
      </w:tblGrid>
      <w:tr w:rsidR="00883AF3" w:rsidRPr="00883AF3" w:rsidTr="00282F4C">
        <w:tc>
          <w:tcPr>
            <w:tcW w:w="0" w:type="auto"/>
            <w:vMerge w:val="restart"/>
            <w:vAlign w:val="center"/>
            <w:hideMark/>
          </w:tcPr>
          <w:p w:rsidR="00883AF3" w:rsidRPr="00883AF3" w:rsidRDefault="00883AF3" w:rsidP="00282F4C">
            <w:pPr>
              <w:jc w:val="center"/>
              <w:rPr>
                <w:rFonts w:ascii="Times New Roman" w:hAnsi="Times New Roman" w:cs="Times New Roman"/>
                <w:b/>
                <w:bCs/>
              </w:rPr>
            </w:pPr>
            <w:r w:rsidRPr="00883AF3">
              <w:rPr>
                <w:rFonts w:ascii="Times New Roman" w:hAnsi="Times New Roman" w:cs="Times New Roman"/>
                <w:b/>
                <w:bCs/>
              </w:rPr>
              <w:t>STT</w:t>
            </w:r>
          </w:p>
        </w:tc>
        <w:tc>
          <w:tcPr>
            <w:tcW w:w="0" w:type="auto"/>
            <w:vMerge w:val="restart"/>
            <w:vAlign w:val="center"/>
            <w:hideMark/>
          </w:tcPr>
          <w:p w:rsidR="00883AF3" w:rsidRPr="00883AF3" w:rsidRDefault="00883AF3" w:rsidP="00282F4C">
            <w:pPr>
              <w:jc w:val="center"/>
              <w:rPr>
                <w:rFonts w:ascii="Times New Roman" w:hAnsi="Times New Roman" w:cs="Times New Roman"/>
                <w:b/>
                <w:bCs/>
              </w:rPr>
            </w:pPr>
            <w:r w:rsidRPr="00883AF3">
              <w:rPr>
                <w:rFonts w:ascii="Times New Roman" w:hAnsi="Times New Roman" w:cs="Times New Roman"/>
                <w:b/>
                <w:bCs/>
              </w:rPr>
              <w:t>Tên khách hàng</w:t>
            </w:r>
          </w:p>
        </w:tc>
        <w:tc>
          <w:tcPr>
            <w:tcW w:w="1106" w:type="dxa"/>
            <w:vMerge w:val="restart"/>
            <w:vAlign w:val="center"/>
            <w:hideMark/>
          </w:tcPr>
          <w:p w:rsidR="00883AF3" w:rsidRPr="00883AF3" w:rsidRDefault="00883AF3" w:rsidP="00282F4C">
            <w:pPr>
              <w:jc w:val="center"/>
              <w:rPr>
                <w:rFonts w:ascii="Times New Roman" w:hAnsi="Times New Roman" w:cs="Times New Roman"/>
                <w:b/>
                <w:bCs/>
              </w:rPr>
            </w:pPr>
            <w:r w:rsidRPr="00883AF3">
              <w:rPr>
                <w:rFonts w:ascii="Times New Roman" w:hAnsi="Times New Roman" w:cs="Times New Roman"/>
                <w:b/>
                <w:bCs/>
              </w:rPr>
              <w:t>Mã số thuế</w:t>
            </w:r>
          </w:p>
        </w:tc>
        <w:tc>
          <w:tcPr>
            <w:tcW w:w="0" w:type="auto"/>
            <w:vMerge w:val="restart"/>
            <w:vAlign w:val="center"/>
            <w:hideMark/>
          </w:tcPr>
          <w:p w:rsidR="00883AF3" w:rsidRPr="00883AF3" w:rsidRDefault="00883AF3" w:rsidP="00282F4C">
            <w:pPr>
              <w:jc w:val="center"/>
              <w:rPr>
                <w:rFonts w:ascii="Times New Roman" w:hAnsi="Times New Roman" w:cs="Times New Roman"/>
                <w:b/>
                <w:bCs/>
              </w:rPr>
            </w:pPr>
            <w:r w:rsidRPr="00883AF3">
              <w:rPr>
                <w:rFonts w:ascii="Times New Roman" w:hAnsi="Times New Roman" w:cs="Times New Roman"/>
                <w:b/>
                <w:bCs/>
              </w:rPr>
              <w:t>Phần mềm sổ kế toán tài chính</w:t>
            </w:r>
          </w:p>
        </w:tc>
        <w:tc>
          <w:tcPr>
            <w:tcW w:w="0" w:type="auto"/>
            <w:gridSpan w:val="2"/>
            <w:vAlign w:val="center"/>
          </w:tcPr>
          <w:p w:rsidR="00883AF3" w:rsidRPr="00883AF3" w:rsidRDefault="00883AF3" w:rsidP="00282F4C">
            <w:pPr>
              <w:jc w:val="center"/>
              <w:rPr>
                <w:rFonts w:ascii="Times New Roman" w:hAnsi="Times New Roman" w:cs="Times New Roman"/>
                <w:b/>
                <w:bCs/>
              </w:rPr>
            </w:pPr>
            <w:r w:rsidRPr="00883AF3">
              <w:rPr>
                <w:rFonts w:ascii="Times New Roman" w:hAnsi="Times New Roman" w:cs="Times New Roman"/>
                <w:b/>
                <w:bCs/>
              </w:rPr>
              <w:t>Thời gian sử dụng</w:t>
            </w:r>
          </w:p>
          <w:p w:rsidR="00883AF3" w:rsidRPr="00883AF3" w:rsidRDefault="00883AF3" w:rsidP="00282F4C">
            <w:pPr>
              <w:jc w:val="center"/>
              <w:rPr>
                <w:rFonts w:ascii="Times New Roman" w:hAnsi="Times New Roman" w:cs="Times New Roman"/>
                <w:i/>
                <w:iCs/>
              </w:rPr>
            </w:pPr>
            <w:r w:rsidRPr="00883AF3">
              <w:rPr>
                <w:rFonts w:ascii="Times New Roman" w:hAnsi="Times New Roman" w:cs="Times New Roman"/>
                <w:i/>
                <w:iCs/>
              </w:rPr>
              <w:t>&lt;Khoảng thời gian sử dụng phần mềm theo hợp đồng/văn bản ký với Tổ chức&gt;</w:t>
            </w:r>
          </w:p>
        </w:tc>
        <w:tc>
          <w:tcPr>
            <w:tcW w:w="0" w:type="auto"/>
            <w:vMerge w:val="restart"/>
            <w:vAlign w:val="center"/>
            <w:hideMark/>
          </w:tcPr>
          <w:p w:rsidR="00883AF3" w:rsidRPr="00883AF3" w:rsidRDefault="00883AF3" w:rsidP="00282F4C">
            <w:pPr>
              <w:jc w:val="center"/>
              <w:rPr>
                <w:rFonts w:ascii="Times New Roman" w:hAnsi="Times New Roman" w:cs="Times New Roman"/>
                <w:b/>
                <w:bCs/>
              </w:rPr>
            </w:pPr>
            <w:r w:rsidRPr="00883AF3">
              <w:rPr>
                <w:rFonts w:ascii="Times New Roman" w:hAnsi="Times New Roman" w:cs="Times New Roman"/>
                <w:b/>
                <w:bCs/>
              </w:rPr>
              <w:t>Trạng thái</w:t>
            </w:r>
          </w:p>
          <w:p w:rsidR="00883AF3" w:rsidRPr="00883AF3" w:rsidRDefault="00883AF3" w:rsidP="00282F4C">
            <w:pPr>
              <w:jc w:val="center"/>
              <w:rPr>
                <w:rFonts w:ascii="Times New Roman" w:hAnsi="Times New Roman" w:cs="Times New Roman"/>
                <w:i/>
                <w:iCs/>
              </w:rPr>
            </w:pPr>
            <w:r w:rsidRPr="00883AF3">
              <w:rPr>
                <w:rFonts w:ascii="Times New Roman" w:hAnsi="Times New Roman" w:cs="Times New Roman"/>
                <w:i/>
                <w:iCs/>
              </w:rPr>
              <w:t>&lt;Mới/Điều chỉnh/Dừng&gt;</w:t>
            </w:r>
          </w:p>
        </w:tc>
      </w:tr>
      <w:tr w:rsidR="00883AF3" w:rsidRPr="00883AF3" w:rsidTr="00282F4C">
        <w:tc>
          <w:tcPr>
            <w:tcW w:w="0" w:type="auto"/>
            <w:vMerge/>
          </w:tcPr>
          <w:p w:rsidR="00883AF3" w:rsidRPr="00883AF3" w:rsidRDefault="00883AF3" w:rsidP="00282F4C">
            <w:pPr>
              <w:rPr>
                <w:rFonts w:ascii="Times New Roman" w:hAnsi="Times New Roman" w:cs="Times New Roman"/>
              </w:rPr>
            </w:pPr>
          </w:p>
        </w:tc>
        <w:tc>
          <w:tcPr>
            <w:tcW w:w="0" w:type="auto"/>
            <w:vMerge/>
          </w:tcPr>
          <w:p w:rsidR="00883AF3" w:rsidRPr="00883AF3" w:rsidRDefault="00883AF3" w:rsidP="00282F4C">
            <w:pPr>
              <w:rPr>
                <w:rFonts w:ascii="Times New Roman" w:hAnsi="Times New Roman" w:cs="Times New Roman"/>
              </w:rPr>
            </w:pPr>
          </w:p>
        </w:tc>
        <w:tc>
          <w:tcPr>
            <w:tcW w:w="1106" w:type="dxa"/>
            <w:vMerge/>
          </w:tcPr>
          <w:p w:rsidR="00883AF3" w:rsidRPr="00883AF3" w:rsidRDefault="00883AF3" w:rsidP="00282F4C">
            <w:pPr>
              <w:rPr>
                <w:rFonts w:ascii="Times New Roman" w:hAnsi="Times New Roman" w:cs="Times New Roman"/>
              </w:rPr>
            </w:pPr>
          </w:p>
        </w:tc>
        <w:tc>
          <w:tcPr>
            <w:tcW w:w="0" w:type="auto"/>
            <w:vMerge/>
          </w:tcPr>
          <w:p w:rsidR="00883AF3" w:rsidRPr="00883AF3" w:rsidRDefault="00883AF3" w:rsidP="00282F4C">
            <w:pPr>
              <w:rPr>
                <w:rFonts w:ascii="Times New Roman" w:hAnsi="Times New Roman" w:cs="Times New Roman"/>
              </w:rPr>
            </w:pPr>
          </w:p>
        </w:tc>
        <w:tc>
          <w:tcPr>
            <w:tcW w:w="0" w:type="auto"/>
            <w:vAlign w:val="center"/>
          </w:tcPr>
          <w:p w:rsidR="00883AF3" w:rsidRPr="00883AF3" w:rsidRDefault="00883AF3" w:rsidP="00282F4C">
            <w:pPr>
              <w:jc w:val="center"/>
              <w:rPr>
                <w:rFonts w:ascii="Times New Roman" w:hAnsi="Times New Roman" w:cs="Times New Roman"/>
                <w:b/>
                <w:bCs/>
              </w:rPr>
            </w:pPr>
            <w:r w:rsidRPr="00883AF3">
              <w:rPr>
                <w:rFonts w:ascii="Times New Roman" w:hAnsi="Times New Roman" w:cs="Times New Roman"/>
                <w:b/>
                <w:bCs/>
              </w:rPr>
              <w:t>Thời gian bắt đầu</w:t>
            </w:r>
          </w:p>
        </w:tc>
        <w:tc>
          <w:tcPr>
            <w:tcW w:w="0" w:type="auto"/>
            <w:vAlign w:val="center"/>
          </w:tcPr>
          <w:p w:rsidR="00883AF3" w:rsidRPr="00883AF3" w:rsidRDefault="00883AF3" w:rsidP="00282F4C">
            <w:pPr>
              <w:jc w:val="center"/>
              <w:rPr>
                <w:rFonts w:ascii="Times New Roman" w:hAnsi="Times New Roman" w:cs="Times New Roman"/>
                <w:b/>
                <w:bCs/>
              </w:rPr>
            </w:pPr>
            <w:r w:rsidRPr="00883AF3">
              <w:rPr>
                <w:rFonts w:ascii="Times New Roman" w:hAnsi="Times New Roman" w:cs="Times New Roman"/>
                <w:b/>
                <w:bCs/>
              </w:rPr>
              <w:t>Thời gian kết thúc</w:t>
            </w:r>
          </w:p>
        </w:tc>
        <w:tc>
          <w:tcPr>
            <w:tcW w:w="0" w:type="auto"/>
            <w:vMerge/>
          </w:tcPr>
          <w:p w:rsidR="00883AF3" w:rsidRPr="00883AF3" w:rsidRDefault="00883AF3" w:rsidP="00282F4C">
            <w:pPr>
              <w:rPr>
                <w:rFonts w:ascii="Times New Roman" w:hAnsi="Times New Roman" w:cs="Times New Roman"/>
              </w:rPr>
            </w:pPr>
          </w:p>
        </w:tc>
      </w:tr>
      <w:tr w:rsidR="00883AF3" w:rsidRPr="00883AF3" w:rsidTr="00282F4C">
        <w:tc>
          <w:tcPr>
            <w:tcW w:w="0" w:type="auto"/>
            <w:hideMark/>
          </w:tcPr>
          <w:p w:rsidR="00883AF3" w:rsidRPr="00883AF3" w:rsidRDefault="00883AF3" w:rsidP="00282F4C">
            <w:pPr>
              <w:rPr>
                <w:rFonts w:ascii="Times New Roman" w:hAnsi="Times New Roman" w:cs="Times New Roman"/>
                <w:i/>
                <w:iCs/>
              </w:rPr>
            </w:pPr>
          </w:p>
        </w:tc>
        <w:tc>
          <w:tcPr>
            <w:tcW w:w="0" w:type="auto"/>
            <w:hideMark/>
          </w:tcPr>
          <w:p w:rsidR="00883AF3" w:rsidRPr="00883AF3" w:rsidRDefault="00883AF3" w:rsidP="00282F4C">
            <w:pPr>
              <w:rPr>
                <w:rFonts w:ascii="Times New Roman" w:hAnsi="Times New Roman" w:cs="Times New Roman"/>
                <w:i/>
                <w:iCs/>
              </w:rPr>
            </w:pPr>
            <w:r w:rsidRPr="00883AF3">
              <w:rPr>
                <w:rFonts w:ascii="Times New Roman" w:hAnsi="Times New Roman" w:cs="Times New Roman"/>
                <w:i/>
                <w:iCs/>
              </w:rPr>
              <w:t>Công ty A</w:t>
            </w:r>
          </w:p>
        </w:tc>
        <w:tc>
          <w:tcPr>
            <w:tcW w:w="1106" w:type="dxa"/>
            <w:hideMark/>
          </w:tcPr>
          <w:p w:rsidR="00883AF3" w:rsidRPr="00883AF3" w:rsidRDefault="00883AF3" w:rsidP="00282F4C">
            <w:pPr>
              <w:rPr>
                <w:rFonts w:ascii="Times New Roman" w:hAnsi="Times New Roman" w:cs="Times New Roman"/>
                <w:i/>
                <w:iCs/>
              </w:rPr>
            </w:pPr>
            <w:r w:rsidRPr="00883AF3">
              <w:rPr>
                <w:rFonts w:ascii="Times New Roman" w:hAnsi="Times New Roman" w:cs="Times New Roman"/>
                <w:i/>
                <w:iCs/>
              </w:rPr>
              <w:t>&lt;Mã</w:t>
            </w:r>
            <w:r>
              <w:rPr>
                <w:rFonts w:ascii="Times New Roman" w:hAnsi="Times New Roman" w:cs="Times New Roman"/>
                <w:i/>
                <w:iCs/>
              </w:rPr>
              <w:t xml:space="preserve"> </w:t>
            </w:r>
            <w:r w:rsidRPr="00883AF3">
              <w:rPr>
                <w:rFonts w:ascii="Times New Roman" w:hAnsi="Times New Roman" w:cs="Times New Roman"/>
                <w:i/>
                <w:iCs/>
              </w:rPr>
              <w:t>số</w:t>
            </w:r>
            <w:r>
              <w:rPr>
                <w:rFonts w:ascii="Times New Roman" w:hAnsi="Times New Roman" w:cs="Times New Roman"/>
                <w:i/>
                <w:iCs/>
              </w:rPr>
              <w:t xml:space="preserve"> </w:t>
            </w:r>
            <w:r w:rsidRPr="00883AF3">
              <w:rPr>
                <w:rFonts w:ascii="Times New Roman" w:hAnsi="Times New Roman" w:cs="Times New Roman"/>
                <w:i/>
                <w:iCs/>
              </w:rPr>
              <w:t>thuế của đơn vị&gt;</w:t>
            </w:r>
          </w:p>
        </w:tc>
        <w:tc>
          <w:tcPr>
            <w:tcW w:w="0" w:type="auto"/>
            <w:hideMark/>
          </w:tcPr>
          <w:p w:rsidR="00883AF3" w:rsidRPr="00883AF3" w:rsidRDefault="00883AF3" w:rsidP="00282F4C">
            <w:pPr>
              <w:rPr>
                <w:rFonts w:ascii="Times New Roman" w:hAnsi="Times New Roman" w:cs="Times New Roman"/>
                <w:i/>
                <w:iCs/>
              </w:rPr>
            </w:pPr>
            <w:r w:rsidRPr="00883AF3">
              <w:rPr>
                <w:rFonts w:ascii="Times New Roman" w:hAnsi="Times New Roman" w:cs="Times New Roman"/>
                <w:i/>
                <w:iCs/>
              </w:rPr>
              <w:t>&lt;Tên phần mềm sổ kế toán tài chính đơn vị đang sử dụng&gt;</w:t>
            </w:r>
          </w:p>
        </w:tc>
        <w:tc>
          <w:tcPr>
            <w:tcW w:w="0" w:type="auto"/>
            <w:hideMark/>
          </w:tcPr>
          <w:p w:rsidR="00883AF3" w:rsidRPr="00883AF3" w:rsidRDefault="00883AF3" w:rsidP="00282F4C">
            <w:pPr>
              <w:rPr>
                <w:rFonts w:ascii="Times New Roman" w:hAnsi="Times New Roman" w:cs="Times New Roman"/>
                <w:i/>
                <w:iCs/>
              </w:rPr>
            </w:pPr>
            <w:r w:rsidRPr="00883AF3">
              <w:rPr>
                <w:rFonts w:ascii="Times New Roman" w:hAnsi="Times New Roman" w:cs="Times New Roman"/>
                <w:i/>
                <w:iCs/>
              </w:rPr>
              <w:t>&lt;Trường hợp không xác định, được tính từ ngày bắt đầu sử dụng lâu thì ngày bắt đầu là ngày có hiệu lực theo hợp đồng gần nhất ký với Tổ chức&gt;</w:t>
            </w:r>
          </w:p>
        </w:tc>
        <w:tc>
          <w:tcPr>
            <w:tcW w:w="0" w:type="auto"/>
            <w:hideMark/>
          </w:tcPr>
          <w:p w:rsidR="00883AF3" w:rsidRPr="00883AF3" w:rsidRDefault="00883AF3" w:rsidP="00282F4C">
            <w:pPr>
              <w:rPr>
                <w:rFonts w:ascii="Times New Roman" w:hAnsi="Times New Roman" w:cs="Times New Roman"/>
                <w:i/>
                <w:iCs/>
              </w:rPr>
            </w:pPr>
            <w:r w:rsidRPr="00883AF3">
              <w:rPr>
                <w:rFonts w:ascii="Times New Roman" w:hAnsi="Times New Roman" w:cs="Times New Roman"/>
                <w:i/>
                <w:iCs/>
              </w:rPr>
              <w:t>&lt;Trường hợp đang sử dụng phần mềm và không quy định ngày kết thúc hợp đồng/văn bản thì có thể để trống&gt;</w:t>
            </w:r>
          </w:p>
        </w:tc>
        <w:tc>
          <w:tcPr>
            <w:tcW w:w="0" w:type="auto"/>
            <w:hideMark/>
          </w:tcPr>
          <w:p w:rsidR="00883AF3" w:rsidRPr="00883AF3" w:rsidRDefault="00883AF3" w:rsidP="00282F4C">
            <w:pPr>
              <w:rPr>
                <w:rFonts w:ascii="Times New Roman" w:hAnsi="Times New Roman" w:cs="Times New Roman"/>
                <w:i/>
                <w:iCs/>
              </w:rPr>
            </w:pPr>
            <w:r w:rsidRPr="00883AF3">
              <w:rPr>
                <w:rFonts w:ascii="Times New Roman" w:hAnsi="Times New Roman" w:cs="Times New Roman"/>
                <w:i/>
                <w:iCs/>
              </w:rPr>
              <w:t xml:space="preserve">&lt;Trạng thái: </w:t>
            </w:r>
            <w:r w:rsidRPr="00883AF3">
              <w:rPr>
                <w:rFonts w:ascii="Times New Roman" w:hAnsi="Times New Roman" w:cs="Times New Roman"/>
                <w:i/>
                <w:iCs/>
              </w:rPr>
              <w:br/>
              <w:t xml:space="preserve">- Mới: Khách hàng cung cấp thông tin lần đầu cho Cục Thuế </w:t>
            </w:r>
            <w:r w:rsidRPr="00883AF3">
              <w:rPr>
                <w:rFonts w:ascii="Times New Roman" w:hAnsi="Times New Roman" w:cs="Times New Roman"/>
                <w:i/>
                <w:iCs/>
              </w:rPr>
              <w:br/>
              <w:t xml:space="preserve">- Điều chỉnh: Khách hàng đã cung cấp thông tin cho Cục Thuế và nay có điều chỉnh thông tin </w:t>
            </w:r>
            <w:r w:rsidRPr="00883AF3">
              <w:rPr>
                <w:rFonts w:ascii="Times New Roman" w:hAnsi="Times New Roman" w:cs="Times New Roman"/>
                <w:i/>
                <w:iCs/>
              </w:rPr>
              <w:br/>
              <w:t>- Dừng: Khách hàng không còn sử dụng dịch vụ của Tổ chức&gt;</w:t>
            </w:r>
          </w:p>
        </w:tc>
      </w:tr>
    </w:tbl>
    <w:p w:rsidR="00883AF3" w:rsidRDefault="00883AF3" w:rsidP="00883AF3">
      <w:pPr>
        <w:rPr>
          <w:rFonts w:ascii="Times New Roman" w:hAnsi="Times New Roman" w:cs="Times New Roman"/>
        </w:rPr>
      </w:pPr>
    </w:p>
    <w:p w:rsidR="00883AF3" w:rsidRPr="00883AF3" w:rsidRDefault="00883AF3" w:rsidP="00883AF3">
      <w:pPr>
        <w:rPr>
          <w:rFonts w:ascii="Times New Roman" w:hAnsi="Times New Roman" w:cs="Times New Roman"/>
        </w:rPr>
      </w:pPr>
    </w:p>
    <w:sectPr w:rsidR="00883AF3" w:rsidRPr="00883AF3"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C1A5C" w:rsidRDefault="003C1A5C" w:rsidP="00883AF3">
      <w:pPr>
        <w:spacing w:after="0" w:line="240" w:lineRule="auto"/>
      </w:pPr>
      <w:r>
        <w:separator/>
      </w:r>
    </w:p>
  </w:endnote>
  <w:endnote w:type="continuationSeparator" w:id="0">
    <w:p w:rsidR="003C1A5C" w:rsidRDefault="003C1A5C" w:rsidP="00883A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C1A5C" w:rsidRDefault="003C1A5C" w:rsidP="00883AF3">
      <w:pPr>
        <w:spacing w:after="0" w:line="240" w:lineRule="auto"/>
      </w:pPr>
      <w:r>
        <w:separator/>
      </w:r>
    </w:p>
  </w:footnote>
  <w:footnote w:type="continuationSeparator" w:id="0">
    <w:p w:rsidR="003C1A5C" w:rsidRDefault="003C1A5C" w:rsidP="00883A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0E35773"/>
    <w:multiLevelType w:val="multilevel"/>
    <w:tmpl w:val="1A407B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2149478">
    <w:abstractNumId w:val="8"/>
  </w:num>
  <w:num w:numId="2" w16cid:durableId="422920782">
    <w:abstractNumId w:val="6"/>
  </w:num>
  <w:num w:numId="3" w16cid:durableId="370542517">
    <w:abstractNumId w:val="5"/>
  </w:num>
  <w:num w:numId="4" w16cid:durableId="912852875">
    <w:abstractNumId w:val="4"/>
  </w:num>
  <w:num w:numId="5" w16cid:durableId="1072315441">
    <w:abstractNumId w:val="7"/>
  </w:num>
  <w:num w:numId="6" w16cid:durableId="1436485814">
    <w:abstractNumId w:val="3"/>
  </w:num>
  <w:num w:numId="7" w16cid:durableId="728383350">
    <w:abstractNumId w:val="2"/>
  </w:num>
  <w:num w:numId="8" w16cid:durableId="1374161251">
    <w:abstractNumId w:val="1"/>
  </w:num>
  <w:num w:numId="9" w16cid:durableId="500001404">
    <w:abstractNumId w:val="0"/>
  </w:num>
  <w:num w:numId="10" w16cid:durableId="180048817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4BC3"/>
    <w:rsid w:val="0006063C"/>
    <w:rsid w:val="0015074B"/>
    <w:rsid w:val="0029639D"/>
    <w:rsid w:val="00326F90"/>
    <w:rsid w:val="003C1A5C"/>
    <w:rsid w:val="00883AF3"/>
    <w:rsid w:val="00AA1D8D"/>
    <w:rsid w:val="00B47730"/>
    <w:rsid w:val="00C4011C"/>
    <w:rsid w:val="00CB0664"/>
    <w:rsid w:val="00D07CE6"/>
    <w:rsid w:val="00FC693F"/>
    <w:rsid w:val="00FE16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1B7411"/>
  <w14:defaultImageDpi w14:val="300"/>
  <w15:docId w15:val="{5DBFCD7F-8C7D-400B-A59F-3FE53F22F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883AF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2027529">
      <w:bodyDiv w:val="1"/>
      <w:marLeft w:val="0"/>
      <w:marRight w:val="0"/>
      <w:marTop w:val="0"/>
      <w:marBottom w:val="0"/>
      <w:divBdr>
        <w:top w:val="none" w:sz="0" w:space="0" w:color="auto"/>
        <w:left w:val="none" w:sz="0" w:space="0" w:color="auto"/>
        <w:bottom w:val="none" w:sz="0" w:space="0" w:color="auto"/>
        <w:right w:val="none" w:sz="0" w:space="0" w:color="auto"/>
      </w:divBdr>
    </w:div>
    <w:div w:id="187218055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245</Words>
  <Characters>1401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My_PC</cp:lastModifiedBy>
  <cp:revision>2</cp:revision>
  <dcterms:created xsi:type="dcterms:W3CDTF">2026-04-03T07:29:00Z</dcterms:created>
  <dcterms:modified xsi:type="dcterms:W3CDTF">2026-04-03T07:29:00Z</dcterms:modified>
  <cp:category/>
</cp:coreProperties>
</file>