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BE8604" w14:textId="77777777" w:rsidR="006B6465" w:rsidRDefault="00000000">
      <w:pPr>
        <w:pStyle w:val="Heading1"/>
        <w:jc w:val="center"/>
        <w:rPr>
          <w:rFonts w:ascii="Times New Roman" w:hAnsi="Times New Roman" w:cs="Times New Roman"/>
          <w:color w:val="auto"/>
          <w:sz w:val="24"/>
          <w:szCs w:val="24"/>
        </w:rPr>
      </w:pPr>
      <w:r w:rsidRPr="004C5BD4">
        <w:rPr>
          <w:rFonts w:ascii="Times New Roman" w:hAnsi="Times New Roman" w:cs="Times New Roman"/>
          <w:color w:val="auto"/>
          <w:sz w:val="24"/>
          <w:szCs w:val="24"/>
        </w:rPr>
        <w:t>MẪU EMAIL THÔNG BÁO SA THẢI NHÂN VIÊN</w:t>
      </w:r>
    </w:p>
    <w:p w14:paraId="5D1561A6" w14:textId="77777777" w:rsidR="004C5BD4" w:rsidRPr="004C5BD4" w:rsidRDefault="004C5BD4" w:rsidP="004C5BD4"/>
    <w:p w14:paraId="76280B8F" w14:textId="12E0E97A"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Tiêu đề email: Thông báo chấm dứt hợp đồng lao động với [Tên nhân viên]</w:t>
      </w:r>
    </w:p>
    <w:p w14:paraId="7950716B" w14:textId="462D6E0E"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Kính gửi: [Tên nhân viên],</w:t>
      </w:r>
    </w:p>
    <w:p w14:paraId="1E1C1B78"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Căn cứ vào tình hình thực tế làm việc và các quy định của Công ty [Tên công ty], chúng tôi rất tiếc phải thông báo rằng hợp đồng lao động giữa Công ty và bạn sẽ bị chấm dứt kể từ ngày [ngày hiệu lực].</w:t>
      </w:r>
    </w:p>
    <w:p w14:paraId="37569F57" w14:textId="6C0B91AF"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Lý do chấm dứt hợp đồng: [Ghi rõ lý do, ví dụ: vi phạm nội quy lao động, không đạt yêu cầu công việc, nghỉ việc không phép,</w:t>
      </w:r>
      <w:r w:rsidR="004C5BD4">
        <w:rPr>
          <w:rFonts w:ascii="Times New Roman" w:hAnsi="Times New Roman" w:cs="Times New Roman"/>
          <w:sz w:val="24"/>
          <w:szCs w:val="24"/>
        </w:rPr>
        <w:t xml:space="preserve"> </w:t>
      </w:r>
      <w:r w:rsidRPr="004C5BD4">
        <w:rPr>
          <w:rFonts w:ascii="Times New Roman" w:hAnsi="Times New Roman" w:cs="Times New Roman"/>
          <w:sz w:val="24"/>
          <w:szCs w:val="24"/>
        </w:rPr>
        <w:t>...].</w:t>
      </w:r>
    </w:p>
    <w:p w14:paraId="112B90CB"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Công ty sẽ tiến hành các thủ tục liên quan đến việc thanh toán lương, các khoản phụ cấp, bảo hiểm xã hội và bàn giao công việc theo quy định của pháp luật và nội quy công ty.</w:t>
      </w:r>
    </w:p>
    <w:p w14:paraId="4F5E7A76"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Đề nghị bạn hoàn tất việc bàn giao công việc, tài sản và hồ sơ liên quan cho [Tên người phụ trách] trước ngày [ngày].</w:t>
      </w:r>
    </w:p>
    <w:p w14:paraId="768CDBFA"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Công ty xin cảm ơn những đóng góp của bạn trong thời gian qua và chúc bạn thành công trong chặng đường sắp tới.</w:t>
      </w:r>
    </w:p>
    <w:p w14:paraId="14E0013B"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Trân trọng,</w:t>
      </w:r>
    </w:p>
    <w:p w14:paraId="709BEE33"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[Tên người gửi]</w:t>
      </w:r>
    </w:p>
    <w:p w14:paraId="290E1C74"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[Chức vụ]</w:t>
      </w:r>
    </w:p>
    <w:p w14:paraId="1D6666C9"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[Tên công ty]</w:t>
      </w:r>
    </w:p>
    <w:p w14:paraId="7C81DBEC" w14:textId="77777777" w:rsidR="006B6465" w:rsidRPr="004C5BD4" w:rsidRDefault="00000000">
      <w:pPr>
        <w:rPr>
          <w:rFonts w:ascii="Times New Roman" w:hAnsi="Times New Roman" w:cs="Times New Roman"/>
          <w:sz w:val="24"/>
          <w:szCs w:val="24"/>
        </w:rPr>
      </w:pPr>
      <w:r w:rsidRPr="004C5BD4">
        <w:rPr>
          <w:rFonts w:ascii="Times New Roman" w:hAnsi="Times New Roman" w:cs="Times New Roman"/>
          <w:sz w:val="24"/>
          <w:szCs w:val="24"/>
        </w:rPr>
        <w:t>[Email/Điện thoại liên hệ]</w:t>
      </w:r>
    </w:p>
    <w:sectPr w:rsidR="006B6465" w:rsidRPr="004C5BD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414151">
    <w:abstractNumId w:val="8"/>
  </w:num>
  <w:num w:numId="2" w16cid:durableId="13701422">
    <w:abstractNumId w:val="6"/>
  </w:num>
  <w:num w:numId="3" w16cid:durableId="651912007">
    <w:abstractNumId w:val="5"/>
  </w:num>
  <w:num w:numId="4" w16cid:durableId="686061794">
    <w:abstractNumId w:val="4"/>
  </w:num>
  <w:num w:numId="5" w16cid:durableId="1536844401">
    <w:abstractNumId w:val="7"/>
  </w:num>
  <w:num w:numId="6" w16cid:durableId="1402413012">
    <w:abstractNumId w:val="3"/>
  </w:num>
  <w:num w:numId="7" w16cid:durableId="12804940">
    <w:abstractNumId w:val="2"/>
  </w:num>
  <w:num w:numId="8" w16cid:durableId="1615676793">
    <w:abstractNumId w:val="1"/>
  </w:num>
  <w:num w:numId="9" w16cid:durableId="1454515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C5BD4"/>
    <w:rsid w:val="006B646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9A9994"/>
  <w14:defaultImageDpi w14:val="300"/>
  <w15:docId w15:val="{9CAE9552-B746-406B-94EB-7A6995D81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2025-10-22T07:56:00Z</dcterms:created>
  <dcterms:modified xsi:type="dcterms:W3CDTF">2025-10-22T07:56:00Z</dcterms:modified>
  <cp:category/>
</cp:coreProperties>
</file>