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F59AAC3" w14:textId="77777777" w:rsidR="004D52CB" w:rsidRPr="00893405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893405">
        <w:rPr>
          <w:rFonts w:ascii="Times New Roman" w:hAnsi="Times New Roman" w:cs="Times New Roman"/>
          <w:b/>
          <w:sz w:val="24"/>
          <w:szCs w:val="24"/>
        </w:rPr>
        <w:t>CỘNG HÒA XÃ HỘI CHỦ NGHĨA VIỆT NAM</w:t>
      </w:r>
    </w:p>
    <w:p w14:paraId="4DF8B908" w14:textId="77777777" w:rsidR="004D52CB" w:rsidRPr="00893405" w:rsidRDefault="00000000">
      <w:pPr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893405">
        <w:rPr>
          <w:rFonts w:ascii="Times New Roman" w:hAnsi="Times New Roman" w:cs="Times New Roman"/>
          <w:b/>
          <w:bCs/>
          <w:iCs/>
          <w:sz w:val="24"/>
          <w:szCs w:val="24"/>
        </w:rPr>
        <w:t>Độc lập - Tự do - Hạnh phúc</w:t>
      </w:r>
    </w:p>
    <w:p w14:paraId="59DF389A" w14:textId="77777777" w:rsidR="004D52CB" w:rsidRPr="00893405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893405">
        <w:rPr>
          <w:rFonts w:ascii="Times New Roman" w:hAnsi="Times New Roman" w:cs="Times New Roman"/>
          <w:b/>
          <w:sz w:val="24"/>
          <w:szCs w:val="24"/>
        </w:rPr>
        <w:t>———————</w:t>
      </w:r>
    </w:p>
    <w:p w14:paraId="638B5DD6" w14:textId="77777777" w:rsidR="004D52CB" w:rsidRPr="00893405" w:rsidRDefault="00000000">
      <w:pPr>
        <w:jc w:val="center"/>
        <w:rPr>
          <w:rFonts w:ascii="Times New Roman" w:hAnsi="Times New Roman" w:cs="Times New Roman"/>
          <w:sz w:val="24"/>
          <w:szCs w:val="24"/>
        </w:rPr>
      </w:pPr>
      <w:r w:rsidRPr="00893405">
        <w:rPr>
          <w:rFonts w:ascii="Times New Roman" w:hAnsi="Times New Roman" w:cs="Times New Roman"/>
          <w:b/>
          <w:sz w:val="24"/>
          <w:szCs w:val="24"/>
        </w:rPr>
        <w:t>ĐƠN XIN THÔI VIỆC</w:t>
      </w:r>
    </w:p>
    <w:p w14:paraId="749BB82D" w14:textId="77777777" w:rsidR="004D52CB" w:rsidRPr="00893405" w:rsidRDefault="00000000">
      <w:pPr>
        <w:rPr>
          <w:rFonts w:ascii="Times New Roman" w:hAnsi="Times New Roman" w:cs="Times New Roman"/>
          <w:sz w:val="24"/>
          <w:szCs w:val="24"/>
        </w:rPr>
      </w:pPr>
      <w:r w:rsidRPr="00893405">
        <w:rPr>
          <w:rFonts w:ascii="Times New Roman" w:hAnsi="Times New Roman" w:cs="Times New Roman"/>
          <w:sz w:val="24"/>
          <w:szCs w:val="24"/>
        </w:rPr>
        <w:br/>
        <w:t>Kính gửi: ...............................................................................................</w:t>
      </w:r>
    </w:p>
    <w:p w14:paraId="14F58399" w14:textId="77777777" w:rsidR="004D52CB" w:rsidRPr="00893405" w:rsidRDefault="00000000">
      <w:pPr>
        <w:rPr>
          <w:rFonts w:ascii="Times New Roman" w:hAnsi="Times New Roman" w:cs="Times New Roman"/>
          <w:sz w:val="24"/>
          <w:szCs w:val="24"/>
        </w:rPr>
      </w:pPr>
      <w:r w:rsidRPr="00893405">
        <w:rPr>
          <w:rFonts w:ascii="Times New Roman" w:hAnsi="Times New Roman" w:cs="Times New Roman"/>
          <w:sz w:val="24"/>
          <w:szCs w:val="24"/>
        </w:rPr>
        <w:t>Tôi tên là: ................................................................................................</w:t>
      </w:r>
    </w:p>
    <w:p w14:paraId="29C631C4" w14:textId="77777777" w:rsidR="004D52CB" w:rsidRPr="00893405" w:rsidRDefault="00000000">
      <w:pPr>
        <w:rPr>
          <w:rFonts w:ascii="Times New Roman" w:hAnsi="Times New Roman" w:cs="Times New Roman"/>
          <w:sz w:val="24"/>
          <w:szCs w:val="24"/>
        </w:rPr>
      </w:pPr>
      <w:r w:rsidRPr="00893405">
        <w:rPr>
          <w:rFonts w:ascii="Times New Roman" w:hAnsi="Times New Roman" w:cs="Times New Roman"/>
          <w:sz w:val="24"/>
          <w:szCs w:val="24"/>
        </w:rPr>
        <w:t>Chức vụ: .............................................................. Đơn vị công tác: ......................</w:t>
      </w:r>
    </w:p>
    <w:p w14:paraId="336FF3FC" w14:textId="77777777" w:rsidR="004D52CB" w:rsidRPr="00893405" w:rsidRDefault="00000000">
      <w:pPr>
        <w:rPr>
          <w:rFonts w:ascii="Times New Roman" w:hAnsi="Times New Roman" w:cs="Times New Roman"/>
          <w:sz w:val="24"/>
          <w:szCs w:val="24"/>
        </w:rPr>
      </w:pPr>
      <w:r w:rsidRPr="00893405">
        <w:rPr>
          <w:rFonts w:ascii="Times New Roman" w:hAnsi="Times New Roman" w:cs="Times New Roman"/>
          <w:sz w:val="24"/>
          <w:szCs w:val="24"/>
        </w:rPr>
        <w:t>Hiện đang công tác tại: ..............................................................................</w:t>
      </w:r>
    </w:p>
    <w:p w14:paraId="68EFE4D5" w14:textId="63F0BF3C" w:rsidR="004D52CB" w:rsidRPr="00893405" w:rsidRDefault="00000000">
      <w:pPr>
        <w:rPr>
          <w:rFonts w:ascii="Times New Roman" w:hAnsi="Times New Roman" w:cs="Times New Roman"/>
          <w:sz w:val="24"/>
          <w:szCs w:val="24"/>
        </w:rPr>
      </w:pPr>
      <w:r w:rsidRPr="00893405">
        <w:rPr>
          <w:rFonts w:ascii="Times New Roman" w:hAnsi="Times New Roman" w:cs="Times New Roman"/>
          <w:sz w:val="24"/>
          <w:szCs w:val="24"/>
        </w:rPr>
        <w:br/>
        <w:t>Nay tôi làm đơn này kính đề nghị Quý cơ quan, đơn vị cho phép tôi được thôi việc kể từ ngày ...... tháng ...... năm ......</w:t>
      </w:r>
    </w:p>
    <w:p w14:paraId="562ABADC" w14:textId="77777777" w:rsidR="004D52CB" w:rsidRPr="00893405" w:rsidRDefault="00000000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893405">
        <w:rPr>
          <w:rFonts w:ascii="Times New Roman" w:hAnsi="Times New Roman" w:cs="Times New Roman"/>
          <w:sz w:val="24"/>
          <w:szCs w:val="24"/>
          <w:lang w:val="pt-BR"/>
        </w:rPr>
        <w:t>Lý do xin thôi việc: .....................................................................................</w:t>
      </w:r>
    </w:p>
    <w:p w14:paraId="404F70F3" w14:textId="77777777" w:rsidR="004D52CB" w:rsidRPr="00893405" w:rsidRDefault="00000000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893405">
        <w:rPr>
          <w:rFonts w:ascii="Times New Roman" w:hAnsi="Times New Roman" w:cs="Times New Roman"/>
          <w:sz w:val="24"/>
          <w:szCs w:val="24"/>
          <w:lang w:val="pt-BR"/>
        </w:rPr>
        <w:t>...................................................................................................................</w:t>
      </w:r>
    </w:p>
    <w:p w14:paraId="42ACEAC0" w14:textId="77777777" w:rsidR="004D52CB" w:rsidRPr="00893405" w:rsidRDefault="00000000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893405">
        <w:rPr>
          <w:rFonts w:ascii="Times New Roman" w:hAnsi="Times New Roman" w:cs="Times New Roman"/>
          <w:sz w:val="24"/>
          <w:szCs w:val="24"/>
          <w:lang w:val="pt-BR"/>
        </w:rPr>
        <w:t>Tôi xin cam kết hoàn thành các công việc còn lại và bàn giao đầy đủ hồ sơ, tài sản cho người được phân công trước khi nghỉ việc.</w:t>
      </w:r>
    </w:p>
    <w:p w14:paraId="7EB6A4BC" w14:textId="77777777" w:rsidR="004D52CB" w:rsidRPr="00893405" w:rsidRDefault="00000000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893405">
        <w:rPr>
          <w:rFonts w:ascii="Times New Roman" w:hAnsi="Times New Roman" w:cs="Times New Roman"/>
          <w:sz w:val="24"/>
          <w:szCs w:val="24"/>
          <w:lang w:val="pt-BR"/>
        </w:rPr>
        <w:br/>
        <w:t>Kính mong Quý cơ quan, đơn vị xem xét, chấp thuận.</w:t>
      </w:r>
    </w:p>
    <w:p w14:paraId="3FDAAA19" w14:textId="77777777" w:rsidR="004D52CB" w:rsidRPr="00893405" w:rsidRDefault="00000000">
      <w:pPr>
        <w:rPr>
          <w:rFonts w:ascii="Times New Roman" w:hAnsi="Times New Roman" w:cs="Times New Roman"/>
          <w:sz w:val="24"/>
          <w:szCs w:val="24"/>
          <w:lang w:val="pt-BR"/>
        </w:rPr>
      </w:pPr>
      <w:r w:rsidRPr="00893405">
        <w:rPr>
          <w:rFonts w:ascii="Times New Roman" w:hAnsi="Times New Roman" w:cs="Times New Roman"/>
          <w:sz w:val="24"/>
          <w:szCs w:val="24"/>
          <w:lang w:val="pt-BR"/>
        </w:rPr>
        <w:t>Tôi xin chân thành cảm ơn!</w:t>
      </w:r>
    </w:p>
    <w:p w14:paraId="42BC46D7" w14:textId="77777777" w:rsidR="004D52CB" w:rsidRPr="00893405" w:rsidRDefault="00000000">
      <w:pPr>
        <w:jc w:val="right"/>
        <w:rPr>
          <w:rFonts w:ascii="Times New Roman" w:hAnsi="Times New Roman" w:cs="Times New Roman"/>
          <w:sz w:val="24"/>
          <w:szCs w:val="24"/>
        </w:rPr>
      </w:pPr>
      <w:r w:rsidRPr="00893405">
        <w:rPr>
          <w:rFonts w:ascii="Times New Roman" w:hAnsi="Times New Roman" w:cs="Times New Roman"/>
          <w:sz w:val="24"/>
          <w:szCs w:val="24"/>
          <w:lang w:val="pt-BR"/>
        </w:rPr>
        <w:br/>
      </w:r>
      <w:r w:rsidRPr="00893405">
        <w:rPr>
          <w:rFonts w:ascii="Times New Roman" w:hAnsi="Times New Roman" w:cs="Times New Roman"/>
          <w:sz w:val="24"/>
          <w:szCs w:val="24"/>
        </w:rPr>
        <w:t>………, ngày …… tháng …… năm ……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320"/>
        <w:gridCol w:w="4320"/>
      </w:tblGrid>
      <w:tr w:rsidR="004D52CB" w:rsidRPr="00893405" w14:paraId="57836BDE" w14:textId="77777777">
        <w:tc>
          <w:tcPr>
            <w:tcW w:w="4320" w:type="dxa"/>
          </w:tcPr>
          <w:p w14:paraId="4BF68411" w14:textId="77777777" w:rsidR="004D52CB" w:rsidRPr="0089340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405">
              <w:rPr>
                <w:rFonts w:ascii="Times New Roman" w:hAnsi="Times New Roman" w:cs="Times New Roman"/>
                <w:sz w:val="24"/>
                <w:szCs w:val="24"/>
              </w:rPr>
              <w:t>Ý kiến của Thủ trưởng đơn vị</w:t>
            </w:r>
            <w:r w:rsidRPr="00893405">
              <w:rPr>
                <w:rFonts w:ascii="Times New Roman" w:hAnsi="Times New Roman" w:cs="Times New Roman"/>
                <w:sz w:val="24"/>
                <w:szCs w:val="24"/>
              </w:rPr>
              <w:br/>
              <w:t>(Ký, ghi rõ họ tên)</w:t>
            </w:r>
          </w:p>
        </w:tc>
        <w:tc>
          <w:tcPr>
            <w:tcW w:w="4320" w:type="dxa"/>
          </w:tcPr>
          <w:p w14:paraId="4B355179" w14:textId="77777777" w:rsidR="004D52CB" w:rsidRPr="00893405" w:rsidRDefault="0000000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3405">
              <w:rPr>
                <w:rFonts w:ascii="Times New Roman" w:hAnsi="Times New Roman" w:cs="Times New Roman"/>
                <w:sz w:val="24"/>
                <w:szCs w:val="24"/>
              </w:rPr>
              <w:t>Người làm đơn</w:t>
            </w:r>
            <w:r w:rsidRPr="00893405">
              <w:rPr>
                <w:rFonts w:ascii="Times New Roman" w:hAnsi="Times New Roman" w:cs="Times New Roman"/>
                <w:sz w:val="24"/>
                <w:szCs w:val="24"/>
              </w:rPr>
              <w:br/>
              <w:t>(Ký và ghi rõ họ tên)</w:t>
            </w:r>
          </w:p>
        </w:tc>
      </w:tr>
    </w:tbl>
    <w:p w14:paraId="67CE067A" w14:textId="77777777" w:rsidR="008F5C85" w:rsidRPr="00893405" w:rsidRDefault="008F5C85">
      <w:pPr>
        <w:rPr>
          <w:rFonts w:ascii="Times New Roman" w:hAnsi="Times New Roman" w:cs="Times New Roman"/>
          <w:sz w:val="24"/>
          <w:szCs w:val="24"/>
        </w:rPr>
      </w:pPr>
    </w:p>
    <w:sectPr w:rsidR="008F5C85" w:rsidRPr="00893405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51018249">
    <w:abstractNumId w:val="8"/>
  </w:num>
  <w:num w:numId="2" w16cid:durableId="519902389">
    <w:abstractNumId w:val="6"/>
  </w:num>
  <w:num w:numId="3" w16cid:durableId="1912081191">
    <w:abstractNumId w:val="5"/>
  </w:num>
  <w:num w:numId="4" w16cid:durableId="1509835172">
    <w:abstractNumId w:val="4"/>
  </w:num>
  <w:num w:numId="5" w16cid:durableId="282076312">
    <w:abstractNumId w:val="7"/>
  </w:num>
  <w:num w:numId="6" w16cid:durableId="936715291">
    <w:abstractNumId w:val="3"/>
  </w:num>
  <w:num w:numId="7" w16cid:durableId="1648513589">
    <w:abstractNumId w:val="2"/>
  </w:num>
  <w:num w:numId="8" w16cid:durableId="1044401663">
    <w:abstractNumId w:val="1"/>
  </w:num>
  <w:num w:numId="9" w16cid:durableId="3503786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C34EB"/>
    <w:rsid w:val="0015074B"/>
    <w:rsid w:val="0029639D"/>
    <w:rsid w:val="00326F90"/>
    <w:rsid w:val="004D52CB"/>
    <w:rsid w:val="00893405"/>
    <w:rsid w:val="008F5C8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096F60"/>
  <w14:defaultImageDpi w14:val="300"/>
  <w15:docId w15:val="{A41F0BA2-E8E3-4D1E-848A-6A344F0FA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1190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Triều Long LĐTL</cp:lastModifiedBy>
  <cp:revision>3</cp:revision>
  <dcterms:created xsi:type="dcterms:W3CDTF">2025-10-23T01:32:00Z</dcterms:created>
  <dcterms:modified xsi:type="dcterms:W3CDTF">2025-10-23T01:38:00Z</dcterms:modified>
  <cp:category/>
</cp:coreProperties>
</file>