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D97C25" w14:textId="77777777" w:rsidR="00CE6BAC" w:rsidRPr="000C53D0" w:rsidRDefault="00000000">
      <w:pPr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C53D0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CỘNG HÒA XÃ HỘI CHỦ NGHĨA VIỆT NAM</w:t>
      </w:r>
    </w:p>
    <w:p w14:paraId="2E7C51F6" w14:textId="77777777" w:rsidR="00CE6BAC" w:rsidRPr="000C53D0" w:rsidRDefault="00000000">
      <w:pPr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C53D0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Độc lập - Tự do - Hạnh phúc</w:t>
      </w:r>
    </w:p>
    <w:p w14:paraId="72611EE2" w14:textId="28ADB56E" w:rsidR="00CE6BAC" w:rsidRPr="000C53D0" w:rsidRDefault="00CE6BAC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6BB8390E" w14:textId="1571C2E7" w:rsidR="009D71E3" w:rsidRDefault="00000000" w:rsidP="009D71E3">
      <w:pPr>
        <w:ind w:left="1620" w:hanging="90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C53D0">
        <w:rPr>
          <w:rFonts w:ascii="Times New Roman" w:hAnsi="Times New Roman" w:cs="Times New Roman"/>
          <w:b/>
          <w:bCs/>
          <w:sz w:val="26"/>
          <w:szCs w:val="26"/>
        </w:rPr>
        <w:t>BIÊN BẢN GHI NHẬN</w:t>
      </w:r>
    </w:p>
    <w:p w14:paraId="12EAC01C" w14:textId="72380F84" w:rsidR="00CE6BAC" w:rsidRPr="000C53D0" w:rsidRDefault="00000000" w:rsidP="009D71E3">
      <w:pPr>
        <w:ind w:left="1620" w:hanging="90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C53D0">
        <w:rPr>
          <w:rFonts w:ascii="Times New Roman" w:hAnsi="Times New Roman" w:cs="Times New Roman"/>
          <w:b/>
          <w:bCs/>
          <w:sz w:val="26"/>
          <w:szCs w:val="26"/>
        </w:rPr>
        <w:t>VI PHẠM</w:t>
      </w:r>
      <w:r w:rsidR="000C53D0" w:rsidRPr="000C53D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C53D0">
        <w:rPr>
          <w:rFonts w:ascii="Times New Roman" w:hAnsi="Times New Roman" w:cs="Times New Roman"/>
          <w:b/>
          <w:bCs/>
          <w:sz w:val="26"/>
          <w:szCs w:val="26"/>
        </w:rPr>
        <w:t>QUY ĐỊNH BẢO MẬT CÔNG TY</w:t>
      </w:r>
    </w:p>
    <w:p w14:paraId="0816D7ED" w14:textId="77777777" w:rsidR="000C53D0" w:rsidRPr="000C53D0" w:rsidRDefault="000C53D0" w:rsidP="000C53D0"/>
    <w:p w14:paraId="52D8BD53" w14:textId="642EC682" w:rsidR="00CE6BAC" w:rsidRPr="000C53D0" w:rsidRDefault="00000000" w:rsidP="000C53D0">
      <w:pPr>
        <w:tabs>
          <w:tab w:val="left" w:pos="9000"/>
        </w:tabs>
        <w:ind w:right="-360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C53D0">
        <w:rPr>
          <w:rFonts w:ascii="Times New Roman" w:hAnsi="Times New Roman" w:cs="Times New Roman"/>
          <w:color w:val="000000" w:themeColor="text1"/>
          <w:sz w:val="26"/>
          <w:szCs w:val="26"/>
        </w:rPr>
        <w:br/>
        <w:t>Hôm nay, vào hồi .... giờ .... phút, ngày .... tháng .... năm ...., tại..........................</w:t>
      </w:r>
      <w:r w:rsidR="000C53D0">
        <w:rPr>
          <w:rFonts w:ascii="Times New Roman" w:hAnsi="Times New Roman" w:cs="Times New Roman"/>
          <w:color w:val="000000" w:themeColor="text1"/>
          <w:sz w:val="26"/>
          <w:szCs w:val="26"/>
        </w:rPr>
        <w:t>.........</w:t>
      </w:r>
      <w:r w:rsidRPr="000C53D0">
        <w:rPr>
          <w:rFonts w:ascii="Times New Roman" w:hAnsi="Times New Roman" w:cs="Times New Roman"/>
          <w:color w:val="000000" w:themeColor="text1"/>
          <w:sz w:val="26"/>
          <w:szCs w:val="26"/>
        </w:rPr>
        <w:t>, chúng tôi gồm có:</w:t>
      </w:r>
    </w:p>
    <w:p w14:paraId="5FE3FA1C" w14:textId="77777777" w:rsidR="00CE6BAC" w:rsidRPr="000C53D0" w:rsidRDefault="0000000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C53D0">
        <w:rPr>
          <w:rFonts w:ascii="Times New Roman" w:hAnsi="Times New Roman" w:cs="Times New Roman"/>
          <w:color w:val="000000" w:themeColor="text1"/>
          <w:sz w:val="26"/>
          <w:szCs w:val="26"/>
        </w:rPr>
        <w:t>1. Ông/Bà: ......................................................... Chức vụ: .........................................................</w:t>
      </w:r>
    </w:p>
    <w:p w14:paraId="47FEDFA9" w14:textId="77777777" w:rsidR="00CE6BAC" w:rsidRPr="000C53D0" w:rsidRDefault="0000000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C53D0">
        <w:rPr>
          <w:rFonts w:ascii="Times New Roman" w:hAnsi="Times New Roman" w:cs="Times New Roman"/>
          <w:color w:val="000000" w:themeColor="text1"/>
          <w:sz w:val="26"/>
          <w:szCs w:val="26"/>
        </w:rPr>
        <w:t>2. Ông/Bà: ......................................................... Chức vụ: .........................................................</w:t>
      </w:r>
    </w:p>
    <w:p w14:paraId="17D727EB" w14:textId="77777777" w:rsidR="00CE6BAC" w:rsidRPr="000C53D0" w:rsidRDefault="0000000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C53D0">
        <w:rPr>
          <w:rFonts w:ascii="Times New Roman" w:hAnsi="Times New Roman" w:cs="Times New Roman"/>
          <w:color w:val="000000" w:themeColor="text1"/>
          <w:sz w:val="26"/>
          <w:szCs w:val="26"/>
        </w:rPr>
        <w:t>3. (Các cá nhân khác có liên quan nếu có)</w:t>
      </w:r>
    </w:p>
    <w:p w14:paraId="34232DD3" w14:textId="77777777" w:rsidR="00CE6BAC" w:rsidRPr="000C53D0" w:rsidRDefault="0000000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C53D0">
        <w:rPr>
          <w:rFonts w:ascii="Times New Roman" w:hAnsi="Times New Roman" w:cs="Times New Roman"/>
          <w:color w:val="000000" w:themeColor="text1"/>
          <w:sz w:val="26"/>
          <w:szCs w:val="26"/>
        </w:rPr>
        <w:br/>
        <w:t>Tiến hành lập biên bản về việc vi phạm quy định bảo mật của công ty đối với:</w:t>
      </w:r>
    </w:p>
    <w:p w14:paraId="44A1CE1F" w14:textId="77777777" w:rsidR="00CE6BAC" w:rsidRPr="000C53D0" w:rsidRDefault="0000000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C53D0">
        <w:rPr>
          <w:rFonts w:ascii="Times New Roman" w:hAnsi="Times New Roman" w:cs="Times New Roman"/>
          <w:color w:val="000000" w:themeColor="text1"/>
          <w:sz w:val="26"/>
          <w:szCs w:val="26"/>
        </w:rPr>
        <w:t>Họ và tên người vi phạm: ..........................................................</w:t>
      </w:r>
    </w:p>
    <w:p w14:paraId="0E6D4645" w14:textId="77777777" w:rsidR="00CE6BAC" w:rsidRPr="000C53D0" w:rsidRDefault="0000000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C53D0">
        <w:rPr>
          <w:rFonts w:ascii="Times New Roman" w:hAnsi="Times New Roman" w:cs="Times New Roman"/>
          <w:color w:val="000000" w:themeColor="text1"/>
          <w:sz w:val="26"/>
          <w:szCs w:val="26"/>
        </w:rPr>
        <w:t>Chức vụ/Bộ phận: ..................................................................</w:t>
      </w:r>
    </w:p>
    <w:p w14:paraId="112D71BA" w14:textId="77777777" w:rsidR="00CE6BAC" w:rsidRPr="000C53D0" w:rsidRDefault="0000000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C53D0">
        <w:rPr>
          <w:rFonts w:ascii="Times New Roman" w:hAnsi="Times New Roman" w:cs="Times New Roman"/>
          <w:color w:val="000000" w:themeColor="text1"/>
          <w:sz w:val="26"/>
          <w:szCs w:val="26"/>
        </w:rPr>
        <w:t>Ngày sinh: .......................................... Giới tính: ..................</w:t>
      </w:r>
    </w:p>
    <w:p w14:paraId="1770A9F0" w14:textId="77777777" w:rsidR="00CE6BAC" w:rsidRPr="000C53D0" w:rsidRDefault="0000000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C53D0">
        <w:rPr>
          <w:rFonts w:ascii="Times New Roman" w:hAnsi="Times New Roman" w:cs="Times New Roman"/>
          <w:color w:val="000000" w:themeColor="text1"/>
          <w:sz w:val="26"/>
          <w:szCs w:val="26"/>
        </w:rPr>
        <w:t>Địa chỉ: ................................................................................</w:t>
      </w:r>
    </w:p>
    <w:p w14:paraId="58342CF6" w14:textId="77777777" w:rsidR="00CE6BAC" w:rsidRPr="000C53D0" w:rsidRDefault="00000000">
      <w:pPr>
        <w:pStyle w:val="Heading2"/>
        <w:rPr>
          <w:rFonts w:ascii="Times New Roman" w:hAnsi="Times New Roman" w:cs="Times New Roman"/>
          <w:color w:val="000000" w:themeColor="text1"/>
        </w:rPr>
      </w:pPr>
      <w:r w:rsidRPr="000C53D0">
        <w:rPr>
          <w:rFonts w:ascii="Times New Roman" w:hAnsi="Times New Roman" w:cs="Times New Roman"/>
          <w:color w:val="000000" w:themeColor="text1"/>
        </w:rPr>
        <w:t>I. Nội dung vi phạm</w:t>
      </w:r>
    </w:p>
    <w:p w14:paraId="64ADABDC" w14:textId="77777777" w:rsidR="00CE6BAC" w:rsidRPr="000C53D0" w:rsidRDefault="0000000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C53D0">
        <w:rPr>
          <w:rFonts w:ascii="Times New Roman" w:hAnsi="Times New Roman" w:cs="Times New Roman"/>
          <w:color w:val="000000" w:themeColor="text1"/>
          <w:sz w:val="26"/>
          <w:szCs w:val="26"/>
        </w:rPr>
        <w:t>......................................................................................</w:t>
      </w:r>
      <w:r w:rsidRPr="000C53D0">
        <w:rPr>
          <w:rFonts w:ascii="Times New Roman" w:hAnsi="Times New Roman" w:cs="Times New Roman"/>
          <w:color w:val="000000" w:themeColor="text1"/>
          <w:sz w:val="26"/>
          <w:szCs w:val="26"/>
        </w:rPr>
        <w:br/>
        <w:t>......................................................................................</w:t>
      </w:r>
      <w:r w:rsidRPr="000C53D0">
        <w:rPr>
          <w:rFonts w:ascii="Times New Roman" w:hAnsi="Times New Roman" w:cs="Times New Roman"/>
          <w:color w:val="000000" w:themeColor="text1"/>
          <w:sz w:val="26"/>
          <w:szCs w:val="26"/>
        </w:rPr>
        <w:br/>
        <w:t>......................................................................................</w:t>
      </w:r>
    </w:p>
    <w:p w14:paraId="75A71699" w14:textId="77777777" w:rsidR="00CE6BAC" w:rsidRPr="000C53D0" w:rsidRDefault="00000000">
      <w:pPr>
        <w:pStyle w:val="Heading2"/>
        <w:rPr>
          <w:rFonts w:ascii="Times New Roman" w:hAnsi="Times New Roman" w:cs="Times New Roman"/>
          <w:color w:val="000000" w:themeColor="text1"/>
        </w:rPr>
      </w:pPr>
      <w:r w:rsidRPr="000C53D0">
        <w:rPr>
          <w:rFonts w:ascii="Times New Roman" w:hAnsi="Times New Roman" w:cs="Times New Roman"/>
          <w:color w:val="000000" w:themeColor="text1"/>
        </w:rPr>
        <w:t>II. Căn cứ xác định vi phạm</w:t>
      </w:r>
    </w:p>
    <w:p w14:paraId="261AD934" w14:textId="77777777" w:rsidR="00CE6BAC" w:rsidRPr="000C53D0" w:rsidRDefault="0000000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C53D0">
        <w:rPr>
          <w:rFonts w:ascii="Times New Roman" w:hAnsi="Times New Roman" w:cs="Times New Roman"/>
          <w:color w:val="000000" w:themeColor="text1"/>
          <w:sz w:val="26"/>
          <w:szCs w:val="26"/>
        </w:rPr>
        <w:t>......................................................................................</w:t>
      </w:r>
      <w:r w:rsidRPr="000C53D0">
        <w:rPr>
          <w:rFonts w:ascii="Times New Roman" w:hAnsi="Times New Roman" w:cs="Times New Roman"/>
          <w:color w:val="000000" w:themeColor="text1"/>
          <w:sz w:val="26"/>
          <w:szCs w:val="26"/>
        </w:rPr>
        <w:br/>
        <w:t>......................................................................................</w:t>
      </w:r>
    </w:p>
    <w:p w14:paraId="6F0B6FD6" w14:textId="77777777" w:rsidR="00CE6BAC" w:rsidRPr="000C53D0" w:rsidRDefault="00000000">
      <w:pPr>
        <w:pStyle w:val="Heading2"/>
        <w:rPr>
          <w:rFonts w:ascii="Times New Roman" w:hAnsi="Times New Roman" w:cs="Times New Roman"/>
          <w:color w:val="000000" w:themeColor="text1"/>
        </w:rPr>
      </w:pPr>
      <w:r w:rsidRPr="000C53D0">
        <w:rPr>
          <w:rFonts w:ascii="Times New Roman" w:hAnsi="Times New Roman" w:cs="Times New Roman"/>
          <w:color w:val="000000" w:themeColor="text1"/>
        </w:rPr>
        <w:lastRenderedPageBreak/>
        <w:t>III. Ý kiến của người vi phạm</w:t>
      </w:r>
    </w:p>
    <w:p w14:paraId="24CE5DAE" w14:textId="77777777" w:rsidR="00CE6BAC" w:rsidRPr="000C53D0" w:rsidRDefault="0000000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C53D0">
        <w:rPr>
          <w:rFonts w:ascii="Times New Roman" w:hAnsi="Times New Roman" w:cs="Times New Roman"/>
          <w:color w:val="000000" w:themeColor="text1"/>
          <w:sz w:val="26"/>
          <w:szCs w:val="26"/>
        </w:rPr>
        <w:t>......................................................................................</w:t>
      </w:r>
      <w:r w:rsidRPr="000C53D0">
        <w:rPr>
          <w:rFonts w:ascii="Times New Roman" w:hAnsi="Times New Roman" w:cs="Times New Roman"/>
          <w:color w:val="000000" w:themeColor="text1"/>
          <w:sz w:val="26"/>
          <w:szCs w:val="26"/>
        </w:rPr>
        <w:br/>
        <w:t>......................................................................................</w:t>
      </w:r>
    </w:p>
    <w:p w14:paraId="1BEC9648" w14:textId="77777777" w:rsidR="00CE6BAC" w:rsidRPr="000C53D0" w:rsidRDefault="00000000">
      <w:pPr>
        <w:pStyle w:val="Heading2"/>
        <w:rPr>
          <w:rFonts w:ascii="Times New Roman" w:hAnsi="Times New Roman" w:cs="Times New Roman"/>
          <w:color w:val="000000" w:themeColor="text1"/>
        </w:rPr>
      </w:pPr>
      <w:r w:rsidRPr="000C53D0">
        <w:rPr>
          <w:rFonts w:ascii="Times New Roman" w:hAnsi="Times New Roman" w:cs="Times New Roman"/>
          <w:color w:val="000000" w:themeColor="text1"/>
        </w:rPr>
        <w:t>IV. Ý kiến của người chứng kiến (nếu có)</w:t>
      </w:r>
    </w:p>
    <w:p w14:paraId="5E4E193A" w14:textId="77777777" w:rsidR="00CE6BAC" w:rsidRPr="000C53D0" w:rsidRDefault="0000000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C53D0">
        <w:rPr>
          <w:rFonts w:ascii="Times New Roman" w:hAnsi="Times New Roman" w:cs="Times New Roman"/>
          <w:color w:val="000000" w:themeColor="text1"/>
          <w:sz w:val="26"/>
          <w:szCs w:val="26"/>
        </w:rPr>
        <w:t>......................................................................................</w:t>
      </w:r>
      <w:r w:rsidRPr="000C53D0">
        <w:rPr>
          <w:rFonts w:ascii="Times New Roman" w:hAnsi="Times New Roman" w:cs="Times New Roman"/>
          <w:color w:val="000000" w:themeColor="text1"/>
          <w:sz w:val="26"/>
          <w:szCs w:val="26"/>
        </w:rPr>
        <w:br/>
        <w:t>......................................................................................</w:t>
      </w:r>
    </w:p>
    <w:p w14:paraId="752AB470" w14:textId="77777777" w:rsidR="00CE6BAC" w:rsidRPr="000C53D0" w:rsidRDefault="00000000">
      <w:pPr>
        <w:pStyle w:val="Heading2"/>
        <w:rPr>
          <w:rFonts w:ascii="Times New Roman" w:hAnsi="Times New Roman" w:cs="Times New Roman"/>
          <w:color w:val="000000" w:themeColor="text1"/>
        </w:rPr>
      </w:pPr>
      <w:r w:rsidRPr="000C53D0">
        <w:rPr>
          <w:rFonts w:ascii="Times New Roman" w:hAnsi="Times New Roman" w:cs="Times New Roman"/>
          <w:color w:val="000000" w:themeColor="text1"/>
        </w:rPr>
        <w:t>V. Kết luận và kiến nghị xử lý</w:t>
      </w:r>
    </w:p>
    <w:p w14:paraId="02591BE3" w14:textId="77777777" w:rsidR="00CE6BAC" w:rsidRPr="000C53D0" w:rsidRDefault="0000000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C53D0">
        <w:rPr>
          <w:rFonts w:ascii="Times New Roman" w:hAnsi="Times New Roman" w:cs="Times New Roman"/>
          <w:color w:val="000000" w:themeColor="text1"/>
          <w:sz w:val="26"/>
          <w:szCs w:val="26"/>
        </w:rPr>
        <w:t>......................................................................................</w:t>
      </w:r>
      <w:r w:rsidRPr="000C53D0">
        <w:rPr>
          <w:rFonts w:ascii="Times New Roman" w:hAnsi="Times New Roman" w:cs="Times New Roman"/>
          <w:color w:val="000000" w:themeColor="text1"/>
          <w:sz w:val="26"/>
          <w:szCs w:val="26"/>
        </w:rPr>
        <w:br/>
        <w:t>......................................................................................</w:t>
      </w:r>
    </w:p>
    <w:p w14:paraId="2F8F75DC" w14:textId="77777777" w:rsidR="00CE6BAC" w:rsidRDefault="0000000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C53D0">
        <w:rPr>
          <w:rFonts w:ascii="Times New Roman" w:hAnsi="Times New Roman" w:cs="Times New Roman"/>
          <w:color w:val="000000" w:themeColor="text1"/>
          <w:sz w:val="26"/>
          <w:szCs w:val="26"/>
        </w:rPr>
        <w:br/>
        <w:t>Biên bản được lập xong hồi .... giờ .... phút cùng ngày, đọc lại cho mọi người cùng nghe, cùng nhất trí và ký tên dưới đây.</w:t>
      </w:r>
      <w:r w:rsidRPr="000C53D0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</w:p>
    <w:p w14:paraId="5B6E7D6C" w14:textId="77777777" w:rsidR="000C53D0" w:rsidRPr="000C53D0" w:rsidRDefault="000C53D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0C53D0" w:rsidRPr="000C53D0" w14:paraId="799D9CC0" w14:textId="77777777">
        <w:tc>
          <w:tcPr>
            <w:tcW w:w="2880" w:type="dxa"/>
          </w:tcPr>
          <w:p w14:paraId="2DA93AB6" w14:textId="77777777" w:rsidR="00CE6BAC" w:rsidRPr="000C53D0" w:rsidRDefault="00000000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C53D0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Người lập biên bản</w:t>
            </w:r>
          </w:p>
        </w:tc>
        <w:tc>
          <w:tcPr>
            <w:tcW w:w="2880" w:type="dxa"/>
          </w:tcPr>
          <w:p w14:paraId="503E3507" w14:textId="77777777" w:rsidR="00CE6BAC" w:rsidRPr="000C53D0" w:rsidRDefault="00000000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C53D0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Người vi phạm</w:t>
            </w:r>
          </w:p>
        </w:tc>
        <w:tc>
          <w:tcPr>
            <w:tcW w:w="2880" w:type="dxa"/>
          </w:tcPr>
          <w:p w14:paraId="7D85305F" w14:textId="77777777" w:rsidR="00CE6BAC" w:rsidRPr="000C53D0" w:rsidRDefault="00000000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C53D0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Người chứng kiến</w:t>
            </w:r>
          </w:p>
        </w:tc>
      </w:tr>
    </w:tbl>
    <w:p w14:paraId="2E9375DA" w14:textId="77777777" w:rsidR="00AF071F" w:rsidRPr="000C53D0" w:rsidRDefault="00AF071F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sectPr w:rsidR="00AF071F" w:rsidRPr="000C53D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99473265">
    <w:abstractNumId w:val="8"/>
  </w:num>
  <w:num w:numId="2" w16cid:durableId="763310079">
    <w:abstractNumId w:val="6"/>
  </w:num>
  <w:num w:numId="3" w16cid:durableId="1192454234">
    <w:abstractNumId w:val="5"/>
  </w:num>
  <w:num w:numId="4" w16cid:durableId="838472204">
    <w:abstractNumId w:val="4"/>
  </w:num>
  <w:num w:numId="5" w16cid:durableId="536897606">
    <w:abstractNumId w:val="7"/>
  </w:num>
  <w:num w:numId="6" w16cid:durableId="1490562120">
    <w:abstractNumId w:val="3"/>
  </w:num>
  <w:num w:numId="7" w16cid:durableId="2036615057">
    <w:abstractNumId w:val="2"/>
  </w:num>
  <w:num w:numId="8" w16cid:durableId="1297834583">
    <w:abstractNumId w:val="1"/>
  </w:num>
  <w:num w:numId="9" w16cid:durableId="106894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53D0"/>
    <w:rsid w:val="0015074B"/>
    <w:rsid w:val="0029639D"/>
    <w:rsid w:val="00326F90"/>
    <w:rsid w:val="009D71E3"/>
    <w:rsid w:val="00AA1D8D"/>
    <w:rsid w:val="00AF071F"/>
    <w:rsid w:val="00B47730"/>
    <w:rsid w:val="00CB0664"/>
    <w:rsid w:val="00CE6BA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5F7C9CC"/>
  <w14:defaultImageDpi w14:val="300"/>
  <w15:docId w15:val="{6C648390-C25F-45D6-99A4-AF3881C3B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Triều Long LĐTL</cp:lastModifiedBy>
  <cp:revision>2</cp:revision>
  <dcterms:created xsi:type="dcterms:W3CDTF">2025-09-26T08:32:00Z</dcterms:created>
  <dcterms:modified xsi:type="dcterms:W3CDTF">2025-09-26T08:32:00Z</dcterms:modified>
  <cp:category/>
</cp:coreProperties>
</file>