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CBC90" w14:textId="77777777" w:rsidR="00EF27DF" w:rsidRPr="00810BDA" w:rsidRDefault="00000000">
      <w:pPr>
        <w:jc w:val="center"/>
        <w:rPr>
          <w:rFonts w:ascii="Times New Roman" w:hAnsi="Times New Roman" w:cs="Times New Roman"/>
          <w:b/>
          <w:bCs/>
          <w:sz w:val="26"/>
          <w:szCs w:val="26"/>
        </w:rPr>
      </w:pPr>
      <w:r w:rsidRPr="00810BDA">
        <w:rPr>
          <w:rFonts w:ascii="Times New Roman" w:hAnsi="Times New Roman" w:cs="Times New Roman"/>
          <w:b/>
          <w:bCs/>
          <w:sz w:val="26"/>
          <w:szCs w:val="26"/>
        </w:rPr>
        <w:t>CỘNG HÒA XÃ HỘI CHỦ NGHĨA VIỆT NAM</w:t>
      </w:r>
    </w:p>
    <w:p w14:paraId="64BAB368" w14:textId="77777777" w:rsidR="00EF27DF" w:rsidRPr="00810BDA" w:rsidRDefault="00000000">
      <w:pPr>
        <w:jc w:val="center"/>
        <w:rPr>
          <w:rFonts w:ascii="Times New Roman" w:hAnsi="Times New Roman" w:cs="Times New Roman"/>
          <w:b/>
          <w:bCs/>
          <w:sz w:val="26"/>
          <w:szCs w:val="26"/>
        </w:rPr>
      </w:pPr>
      <w:r w:rsidRPr="00810BDA">
        <w:rPr>
          <w:rFonts w:ascii="Times New Roman" w:hAnsi="Times New Roman" w:cs="Times New Roman"/>
          <w:b/>
          <w:bCs/>
          <w:sz w:val="26"/>
          <w:szCs w:val="26"/>
        </w:rPr>
        <w:t>Độc lập - Tự do - Hạnh phúc</w:t>
      </w:r>
    </w:p>
    <w:p w14:paraId="6981877A" w14:textId="65B67830" w:rsidR="00EF27DF" w:rsidRPr="00810BDA" w:rsidRDefault="00EF27DF">
      <w:pPr>
        <w:rPr>
          <w:rFonts w:ascii="Times New Roman" w:hAnsi="Times New Roman" w:cs="Times New Roman"/>
          <w:sz w:val="26"/>
          <w:szCs w:val="26"/>
        </w:rPr>
      </w:pPr>
    </w:p>
    <w:p w14:paraId="7C8FDEF3" w14:textId="77777777" w:rsidR="00810BDA" w:rsidRDefault="00000000" w:rsidP="00810BDA">
      <w:pPr>
        <w:jc w:val="center"/>
        <w:rPr>
          <w:rFonts w:ascii="Times New Roman" w:hAnsi="Times New Roman" w:cs="Times New Roman"/>
          <w:b/>
          <w:bCs/>
          <w:sz w:val="26"/>
          <w:szCs w:val="26"/>
        </w:rPr>
      </w:pPr>
      <w:r w:rsidRPr="00810BDA">
        <w:rPr>
          <w:rFonts w:ascii="Times New Roman" w:hAnsi="Times New Roman" w:cs="Times New Roman"/>
          <w:b/>
          <w:bCs/>
          <w:sz w:val="26"/>
          <w:szCs w:val="26"/>
        </w:rPr>
        <w:t>BIÊN BẢN XỬ LÝ SAI PHẠM CÔNG VIỆC</w:t>
      </w:r>
    </w:p>
    <w:p w14:paraId="4892241D" w14:textId="0744FC4E" w:rsidR="00EF27DF" w:rsidRPr="00810BDA" w:rsidRDefault="00000000" w:rsidP="00810BDA">
      <w:pPr>
        <w:jc w:val="center"/>
        <w:rPr>
          <w:rFonts w:ascii="Times New Roman" w:hAnsi="Times New Roman" w:cs="Times New Roman"/>
          <w:b/>
          <w:bCs/>
          <w:sz w:val="26"/>
          <w:szCs w:val="26"/>
        </w:rPr>
      </w:pPr>
      <w:r w:rsidRPr="00810BDA">
        <w:rPr>
          <w:rFonts w:ascii="Times New Roman" w:hAnsi="Times New Roman" w:cs="Times New Roman"/>
          <w:sz w:val="26"/>
          <w:szCs w:val="26"/>
        </w:rPr>
        <w:br/>
      </w:r>
    </w:p>
    <w:p w14:paraId="29804254"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Hôm nay, vào hồi ....... giờ ....... phút, ngày ....... tháng ....... năm .......,</w:t>
      </w:r>
    </w:p>
    <w:p w14:paraId="387D6988"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Tại: ...........................................................................................................</w:t>
      </w:r>
    </w:p>
    <w:p w14:paraId="3E465827" w14:textId="77777777" w:rsidR="00EF27DF" w:rsidRPr="00810BDA" w:rsidRDefault="00EF27DF">
      <w:pPr>
        <w:rPr>
          <w:rFonts w:ascii="Times New Roman" w:hAnsi="Times New Roman" w:cs="Times New Roman"/>
          <w:sz w:val="26"/>
          <w:szCs w:val="26"/>
        </w:rPr>
      </w:pPr>
    </w:p>
    <w:p w14:paraId="2BB0B087"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Chúng tôi gồm có:</w:t>
      </w:r>
    </w:p>
    <w:p w14:paraId="3470F526"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1. Ông/Bà: .......................................................... Chức vụ: ................................</w:t>
      </w:r>
    </w:p>
    <w:p w14:paraId="6C797EEE"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2. Ông/Bà: .......................................................... Chức vụ: ................................</w:t>
      </w:r>
    </w:p>
    <w:p w14:paraId="0C075F49"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3. Ông/Bà: .......................................................... Chức vụ: ................................</w:t>
      </w:r>
    </w:p>
    <w:p w14:paraId="11DF1983" w14:textId="77777777" w:rsidR="00EF27DF" w:rsidRPr="00810BDA" w:rsidRDefault="00EF27DF">
      <w:pPr>
        <w:rPr>
          <w:rFonts w:ascii="Times New Roman" w:hAnsi="Times New Roman" w:cs="Times New Roman"/>
          <w:sz w:val="26"/>
          <w:szCs w:val="26"/>
        </w:rPr>
      </w:pPr>
    </w:p>
    <w:p w14:paraId="36E26D97"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Tiến hành lập biên bản xử lý sai phạm công việc đối với nhân viên:</w:t>
      </w:r>
    </w:p>
    <w:p w14:paraId="2792F9C5"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Họ và tên: .......................................................................................</w:t>
      </w:r>
    </w:p>
    <w:p w14:paraId="4C84D215"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Ngày sinh: ........................................................................................</w:t>
      </w:r>
    </w:p>
    <w:p w14:paraId="1E7C4F77"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Bộ phận/phòng ban: .......................................................................</w:t>
      </w:r>
    </w:p>
    <w:p w14:paraId="220147EC"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Chức vụ: ...........................................................................................</w:t>
      </w:r>
    </w:p>
    <w:p w14:paraId="2630EB59"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Thời gian làm việc tại công ty: ........................................................</w:t>
      </w:r>
    </w:p>
    <w:p w14:paraId="3DC17B2A" w14:textId="77777777" w:rsidR="00EF27DF" w:rsidRPr="00810BDA" w:rsidRDefault="00EF27DF">
      <w:pPr>
        <w:rPr>
          <w:rFonts w:ascii="Times New Roman" w:hAnsi="Times New Roman" w:cs="Times New Roman"/>
          <w:sz w:val="26"/>
          <w:szCs w:val="26"/>
        </w:rPr>
      </w:pPr>
    </w:p>
    <w:p w14:paraId="429EDF30"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I. Nội dung sai phạm:</w:t>
      </w:r>
    </w:p>
    <w:p w14:paraId="63E5019D"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p w14:paraId="637BC152"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p w14:paraId="1DB4461A"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lastRenderedPageBreak/>
        <w:t>......................................................................................................................</w:t>
      </w:r>
    </w:p>
    <w:p w14:paraId="27F208B9" w14:textId="77777777" w:rsidR="00EF27DF" w:rsidRPr="00810BDA" w:rsidRDefault="00EF27DF">
      <w:pPr>
        <w:rPr>
          <w:rFonts w:ascii="Times New Roman" w:hAnsi="Times New Roman" w:cs="Times New Roman"/>
          <w:sz w:val="26"/>
          <w:szCs w:val="26"/>
        </w:rPr>
      </w:pPr>
    </w:p>
    <w:p w14:paraId="0B455A4E"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II. Căn cứ xác định sai phạm:</w:t>
      </w:r>
    </w:p>
    <w:p w14:paraId="7EA6258B"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Căn cứ Nội quy lao động số ......./NQLĐ ban hành ngày .......</w:t>
      </w:r>
    </w:p>
    <w:p w14:paraId="46FB4313"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Căn cứ Hợp đồng lao động số ....... ký ngày .......</w:t>
      </w:r>
    </w:p>
    <w:p w14:paraId="30491A3A"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Căn cứ Biên bản ghi nhận sự việc ngày .......</w:t>
      </w:r>
    </w:p>
    <w:p w14:paraId="7F7FF33D"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Các tài liệu, chứng cứ kèm theo (nếu có): ...................................................</w:t>
      </w:r>
    </w:p>
    <w:p w14:paraId="6AA378FF" w14:textId="77777777" w:rsidR="00EF27DF" w:rsidRPr="00810BDA" w:rsidRDefault="00EF27DF">
      <w:pPr>
        <w:rPr>
          <w:rFonts w:ascii="Times New Roman" w:hAnsi="Times New Roman" w:cs="Times New Roman"/>
          <w:sz w:val="26"/>
          <w:szCs w:val="26"/>
        </w:rPr>
      </w:pPr>
    </w:p>
    <w:p w14:paraId="1C65C8FF"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III. Ý kiến giải trình của nhân viên:</w:t>
      </w:r>
    </w:p>
    <w:p w14:paraId="07DCA9DE"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p w14:paraId="376D6B36"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p w14:paraId="7BB6CDFB" w14:textId="77777777" w:rsidR="00EF27DF" w:rsidRPr="00810BDA" w:rsidRDefault="00EF27DF">
      <w:pPr>
        <w:rPr>
          <w:rFonts w:ascii="Times New Roman" w:hAnsi="Times New Roman" w:cs="Times New Roman"/>
          <w:sz w:val="26"/>
          <w:szCs w:val="26"/>
        </w:rPr>
      </w:pPr>
    </w:p>
    <w:p w14:paraId="2F090E72"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IV. Ý kiến của quản lý trực tiếp/đại diện công ty:</w:t>
      </w:r>
    </w:p>
    <w:p w14:paraId="097BF36C"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p w14:paraId="73363F10"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p w14:paraId="031E37EF" w14:textId="77777777" w:rsidR="00EF27DF" w:rsidRPr="00810BDA" w:rsidRDefault="00EF27DF">
      <w:pPr>
        <w:rPr>
          <w:rFonts w:ascii="Times New Roman" w:hAnsi="Times New Roman" w:cs="Times New Roman"/>
          <w:sz w:val="26"/>
          <w:szCs w:val="26"/>
        </w:rPr>
      </w:pPr>
    </w:p>
    <w:p w14:paraId="39548DB0"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V. Hình thức xử lý, kiến nghị:</w:t>
      </w:r>
    </w:p>
    <w:p w14:paraId="7BCC65D0"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Khiển trách bằng miệng / bằng văn bản</w:t>
      </w:r>
    </w:p>
    <w:p w14:paraId="6B6ADB57"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Cảnh cáo</w:t>
      </w:r>
    </w:p>
    <w:p w14:paraId="7D6D7F54"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Tạm đình chỉ công việc</w:t>
      </w:r>
    </w:p>
    <w:p w14:paraId="6CBABAEA"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Buộc bồi thường thiệt hại (nếu có)</w:t>
      </w:r>
    </w:p>
    <w:p w14:paraId="52A19785"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 Khác: .................................................................................................</w:t>
      </w:r>
    </w:p>
    <w:p w14:paraId="1C3EB48B" w14:textId="77777777" w:rsidR="00EF27DF" w:rsidRPr="00810BDA" w:rsidRDefault="00EF27DF">
      <w:pPr>
        <w:rPr>
          <w:rFonts w:ascii="Times New Roman" w:hAnsi="Times New Roman" w:cs="Times New Roman"/>
          <w:sz w:val="26"/>
          <w:szCs w:val="26"/>
        </w:rPr>
      </w:pPr>
    </w:p>
    <w:p w14:paraId="2CA0E933"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VI. Kết luận:</w:t>
      </w:r>
    </w:p>
    <w:p w14:paraId="341F25EA"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lastRenderedPageBreak/>
        <w:t>Sau khi xem xét các ý kiến, chứng cứ và đối chiếu với quy định hiện hành, hội đồng/đại diện công ty thống nhất xử lý sai phạm theo hình thức: ............................................................................................................................</w:t>
      </w:r>
    </w:p>
    <w:p w14:paraId="29FE5A6D" w14:textId="77777777" w:rsidR="00EF27DF" w:rsidRPr="00810BDA" w:rsidRDefault="00EF27DF">
      <w:pPr>
        <w:rPr>
          <w:rFonts w:ascii="Times New Roman" w:hAnsi="Times New Roman" w:cs="Times New Roman"/>
          <w:sz w:val="26"/>
          <w:szCs w:val="26"/>
        </w:rPr>
      </w:pPr>
    </w:p>
    <w:p w14:paraId="1DDFC7F7"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Biên bản được lập thành ....... bản, có giá trị như nhau, mỗi bên giữ 01 bản.</w:t>
      </w:r>
    </w:p>
    <w:p w14:paraId="2D070355"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Biên bản kết thúc vào hồi ....... giờ ....... phút cùng ngày, đã được đọc lại cho tất cả những người có tên trong biên bản cùng nghe và thống nhất ký tên dưới đây.</w:t>
      </w:r>
    </w:p>
    <w:p w14:paraId="01179AFD"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br/>
      </w:r>
    </w:p>
    <w:tbl>
      <w:tblPr>
        <w:tblW w:w="0" w:type="auto"/>
        <w:tblLook w:val="04A0" w:firstRow="1" w:lastRow="0" w:firstColumn="1" w:lastColumn="0" w:noHBand="0" w:noVBand="1"/>
      </w:tblPr>
      <w:tblGrid>
        <w:gridCol w:w="2880"/>
        <w:gridCol w:w="2880"/>
        <w:gridCol w:w="2880"/>
      </w:tblGrid>
      <w:tr w:rsidR="00EF27DF" w:rsidRPr="00810BDA" w14:paraId="6734FCD0" w14:textId="77777777">
        <w:tc>
          <w:tcPr>
            <w:tcW w:w="2880" w:type="dxa"/>
          </w:tcPr>
          <w:p w14:paraId="01A19DDA"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Người lập biên bản</w:t>
            </w:r>
            <w:r w:rsidRPr="00810BDA">
              <w:rPr>
                <w:rFonts w:ascii="Times New Roman" w:hAnsi="Times New Roman" w:cs="Times New Roman"/>
                <w:sz w:val="26"/>
                <w:szCs w:val="26"/>
              </w:rPr>
              <w:br/>
              <w:t>(Ký, ghi rõ họ tên)</w:t>
            </w:r>
          </w:p>
        </w:tc>
        <w:tc>
          <w:tcPr>
            <w:tcW w:w="2880" w:type="dxa"/>
          </w:tcPr>
          <w:p w14:paraId="303161AE"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Người vi phạm</w:t>
            </w:r>
            <w:r w:rsidRPr="00810BDA">
              <w:rPr>
                <w:rFonts w:ascii="Times New Roman" w:hAnsi="Times New Roman" w:cs="Times New Roman"/>
                <w:sz w:val="26"/>
                <w:szCs w:val="26"/>
              </w:rPr>
              <w:br/>
              <w:t>(Ký, ghi rõ họ tên)</w:t>
            </w:r>
          </w:p>
        </w:tc>
        <w:tc>
          <w:tcPr>
            <w:tcW w:w="2880" w:type="dxa"/>
          </w:tcPr>
          <w:p w14:paraId="717D1900"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Người chứng kiến/Quản lý</w:t>
            </w:r>
            <w:r w:rsidRPr="00810BDA">
              <w:rPr>
                <w:rFonts w:ascii="Times New Roman" w:hAnsi="Times New Roman" w:cs="Times New Roman"/>
                <w:sz w:val="26"/>
                <w:szCs w:val="26"/>
              </w:rPr>
              <w:br/>
              <w:t>(Ký, ghi rõ họ tên)</w:t>
            </w:r>
          </w:p>
        </w:tc>
      </w:tr>
      <w:tr w:rsidR="00EF27DF" w:rsidRPr="00810BDA" w14:paraId="32DC9B63" w14:textId="77777777">
        <w:tc>
          <w:tcPr>
            <w:tcW w:w="2880" w:type="dxa"/>
          </w:tcPr>
          <w:p w14:paraId="76D397B1"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tc>
        <w:tc>
          <w:tcPr>
            <w:tcW w:w="2880" w:type="dxa"/>
          </w:tcPr>
          <w:p w14:paraId="2E6F633A"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tc>
        <w:tc>
          <w:tcPr>
            <w:tcW w:w="2880" w:type="dxa"/>
          </w:tcPr>
          <w:p w14:paraId="023E80B7" w14:textId="77777777" w:rsidR="00EF27DF" w:rsidRPr="00810BDA" w:rsidRDefault="00000000">
            <w:pPr>
              <w:rPr>
                <w:rFonts w:ascii="Times New Roman" w:hAnsi="Times New Roman" w:cs="Times New Roman"/>
                <w:sz w:val="26"/>
                <w:szCs w:val="26"/>
              </w:rPr>
            </w:pPr>
            <w:r w:rsidRPr="00810BDA">
              <w:rPr>
                <w:rFonts w:ascii="Times New Roman" w:hAnsi="Times New Roman" w:cs="Times New Roman"/>
                <w:sz w:val="26"/>
                <w:szCs w:val="26"/>
              </w:rPr>
              <w:t>(...........................)</w:t>
            </w:r>
          </w:p>
        </w:tc>
      </w:tr>
    </w:tbl>
    <w:p w14:paraId="5441F391" w14:textId="77777777" w:rsidR="00B07B76" w:rsidRPr="00810BDA" w:rsidRDefault="00B07B76">
      <w:pPr>
        <w:rPr>
          <w:rFonts w:ascii="Times New Roman" w:hAnsi="Times New Roman" w:cs="Times New Roman"/>
          <w:sz w:val="26"/>
          <w:szCs w:val="26"/>
        </w:rPr>
      </w:pPr>
    </w:p>
    <w:sectPr w:rsidR="00B07B76" w:rsidRPr="00810BD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6042305">
    <w:abstractNumId w:val="8"/>
  </w:num>
  <w:num w:numId="2" w16cid:durableId="712846442">
    <w:abstractNumId w:val="6"/>
  </w:num>
  <w:num w:numId="3" w16cid:durableId="1987659784">
    <w:abstractNumId w:val="5"/>
  </w:num>
  <w:num w:numId="4" w16cid:durableId="1221748761">
    <w:abstractNumId w:val="4"/>
  </w:num>
  <w:num w:numId="5" w16cid:durableId="1887066736">
    <w:abstractNumId w:val="7"/>
  </w:num>
  <w:num w:numId="6" w16cid:durableId="848257624">
    <w:abstractNumId w:val="3"/>
  </w:num>
  <w:num w:numId="7" w16cid:durableId="38752441">
    <w:abstractNumId w:val="2"/>
  </w:num>
  <w:num w:numId="8" w16cid:durableId="1653755005">
    <w:abstractNumId w:val="1"/>
  </w:num>
  <w:num w:numId="9" w16cid:durableId="423262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10BDA"/>
    <w:rsid w:val="00AA1D8D"/>
    <w:rsid w:val="00B07B76"/>
    <w:rsid w:val="00B47730"/>
    <w:rsid w:val="00CB0664"/>
    <w:rsid w:val="00EF27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0C23A6"/>
  <w14:defaultImageDpi w14:val="300"/>
  <w15:docId w15:val="{3FBD7D03-D0E6-4293-B60C-C5F1719C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2025-09-23T01:29:00Z</dcterms:created>
  <dcterms:modified xsi:type="dcterms:W3CDTF">2025-09-23T01:29:00Z</dcterms:modified>
  <cp:category/>
</cp:coreProperties>
</file>