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6E0F12" w14:textId="77777777" w:rsidR="001E3657" w:rsidRPr="00CF32CA" w:rsidRDefault="00000000">
      <w:pPr>
        <w:jc w:val="center"/>
        <w:rPr>
          <w:rFonts w:ascii="Times New Roman" w:hAnsi="Times New Roman" w:cs="Times New Roman"/>
          <w:sz w:val="24"/>
          <w:szCs w:val="24"/>
        </w:rPr>
      </w:pPr>
      <w:r w:rsidRPr="00CF32CA">
        <w:rPr>
          <w:rFonts w:ascii="Times New Roman" w:hAnsi="Times New Roman" w:cs="Times New Roman"/>
          <w:b/>
          <w:sz w:val="24"/>
          <w:szCs w:val="24"/>
        </w:rPr>
        <w:t>ĐẢNG CỘNG SẢN VIỆT NAM</w:t>
      </w:r>
    </w:p>
    <w:p w14:paraId="7444D4AB" w14:textId="77777777" w:rsidR="001E3657" w:rsidRPr="00CF32CA" w:rsidRDefault="00000000">
      <w:pPr>
        <w:rPr>
          <w:rFonts w:ascii="Times New Roman" w:hAnsi="Times New Roman" w:cs="Times New Roman"/>
          <w:sz w:val="24"/>
          <w:szCs w:val="24"/>
        </w:rPr>
      </w:pPr>
      <w:r w:rsidRPr="00CF32CA">
        <w:rPr>
          <w:rFonts w:ascii="Times New Roman" w:hAnsi="Times New Roman" w:cs="Times New Roman"/>
          <w:sz w:val="24"/>
          <w:szCs w:val="24"/>
        </w:rPr>
        <w:br/>
      </w:r>
    </w:p>
    <w:p w14:paraId="0F9F87A1" w14:textId="77777777" w:rsidR="001E3657" w:rsidRPr="00CF32CA" w:rsidRDefault="00000000">
      <w:pPr>
        <w:jc w:val="center"/>
        <w:rPr>
          <w:rFonts w:ascii="Times New Roman" w:hAnsi="Times New Roman" w:cs="Times New Roman"/>
          <w:sz w:val="24"/>
          <w:szCs w:val="24"/>
        </w:rPr>
      </w:pPr>
      <w:r w:rsidRPr="00CF32CA">
        <w:rPr>
          <w:rFonts w:ascii="Times New Roman" w:hAnsi="Times New Roman" w:cs="Times New Roman"/>
          <w:b/>
          <w:sz w:val="24"/>
          <w:szCs w:val="24"/>
        </w:rPr>
        <w:t>BẢN KIỂM ĐIỂM ĐẢNG VIÊN</w:t>
      </w:r>
    </w:p>
    <w:p w14:paraId="7622E75A" w14:textId="77777777" w:rsidR="001E3657" w:rsidRPr="00CF32CA" w:rsidRDefault="00000000">
      <w:pPr>
        <w:jc w:val="center"/>
        <w:rPr>
          <w:rFonts w:ascii="Times New Roman" w:hAnsi="Times New Roman" w:cs="Times New Roman"/>
          <w:sz w:val="24"/>
          <w:szCs w:val="24"/>
        </w:rPr>
      </w:pPr>
      <w:r w:rsidRPr="00CF32CA">
        <w:rPr>
          <w:rFonts w:ascii="Times New Roman" w:hAnsi="Times New Roman" w:cs="Times New Roman"/>
          <w:sz w:val="24"/>
          <w:szCs w:val="24"/>
        </w:rPr>
        <w:t>(Khi chuyển sinh hoạt Đảng)</w:t>
      </w:r>
    </w:p>
    <w:p w14:paraId="34126CEB" w14:textId="77777777" w:rsidR="001E3657" w:rsidRPr="00CF32CA" w:rsidRDefault="00000000">
      <w:pPr>
        <w:rPr>
          <w:rFonts w:ascii="Times New Roman" w:hAnsi="Times New Roman" w:cs="Times New Roman"/>
          <w:sz w:val="24"/>
          <w:szCs w:val="24"/>
        </w:rPr>
      </w:pPr>
      <w:r w:rsidRPr="00CF32CA">
        <w:rPr>
          <w:rFonts w:ascii="Times New Roman" w:hAnsi="Times New Roman" w:cs="Times New Roman"/>
          <w:sz w:val="24"/>
          <w:szCs w:val="24"/>
        </w:rPr>
        <w:br/>
      </w:r>
    </w:p>
    <w:p w14:paraId="41E94BB6" w14:textId="77777777" w:rsidR="001E3657" w:rsidRPr="00CF32CA" w:rsidRDefault="00000000">
      <w:pPr>
        <w:rPr>
          <w:rFonts w:ascii="Times New Roman" w:hAnsi="Times New Roman" w:cs="Times New Roman"/>
          <w:sz w:val="24"/>
          <w:szCs w:val="24"/>
        </w:rPr>
      </w:pPr>
      <w:r w:rsidRPr="00CF32CA">
        <w:rPr>
          <w:rFonts w:ascii="Times New Roman" w:hAnsi="Times New Roman" w:cs="Times New Roman"/>
          <w:b/>
          <w:sz w:val="24"/>
          <w:szCs w:val="24"/>
        </w:rPr>
        <w:t xml:space="preserve">Họ và tên: </w:t>
      </w:r>
      <w:r w:rsidRPr="00CF32CA">
        <w:rPr>
          <w:rFonts w:ascii="Times New Roman" w:hAnsi="Times New Roman" w:cs="Times New Roman"/>
          <w:sz w:val="24"/>
          <w:szCs w:val="24"/>
        </w:rPr>
        <w:t>Nguyễn Văn A</w:t>
      </w:r>
      <w:r w:rsidRPr="00CF32CA">
        <w:rPr>
          <w:rFonts w:ascii="Times New Roman" w:hAnsi="Times New Roman" w:cs="Times New Roman"/>
          <w:sz w:val="24"/>
          <w:szCs w:val="24"/>
        </w:rPr>
        <w:br/>
      </w:r>
      <w:r w:rsidRPr="00CF32CA">
        <w:rPr>
          <w:rFonts w:ascii="Times New Roman" w:hAnsi="Times New Roman" w:cs="Times New Roman"/>
          <w:b/>
          <w:sz w:val="24"/>
          <w:szCs w:val="24"/>
        </w:rPr>
        <w:t xml:space="preserve">Ngày sinh: </w:t>
      </w:r>
      <w:r w:rsidRPr="00CF32CA">
        <w:rPr>
          <w:rFonts w:ascii="Times New Roman" w:hAnsi="Times New Roman" w:cs="Times New Roman"/>
          <w:sz w:val="24"/>
          <w:szCs w:val="24"/>
        </w:rPr>
        <w:t>01/01/1985</w:t>
      </w:r>
      <w:r w:rsidRPr="00CF32CA">
        <w:rPr>
          <w:rFonts w:ascii="Times New Roman" w:hAnsi="Times New Roman" w:cs="Times New Roman"/>
          <w:sz w:val="24"/>
          <w:szCs w:val="24"/>
        </w:rPr>
        <w:br/>
      </w:r>
      <w:r w:rsidRPr="00CF32CA">
        <w:rPr>
          <w:rFonts w:ascii="Times New Roman" w:hAnsi="Times New Roman" w:cs="Times New Roman"/>
          <w:b/>
          <w:sz w:val="24"/>
          <w:szCs w:val="24"/>
        </w:rPr>
        <w:t xml:space="preserve">Quê quán: </w:t>
      </w:r>
      <w:r w:rsidRPr="00CF32CA">
        <w:rPr>
          <w:rFonts w:ascii="Times New Roman" w:hAnsi="Times New Roman" w:cs="Times New Roman"/>
          <w:sz w:val="24"/>
          <w:szCs w:val="24"/>
        </w:rPr>
        <w:t>Phường X, Quận Y, TP. H</w:t>
      </w:r>
      <w:r w:rsidRPr="00CF32CA">
        <w:rPr>
          <w:rFonts w:ascii="Times New Roman" w:hAnsi="Times New Roman" w:cs="Times New Roman"/>
          <w:sz w:val="24"/>
          <w:szCs w:val="24"/>
        </w:rPr>
        <w:br/>
      </w:r>
      <w:r w:rsidRPr="00CF32CA">
        <w:rPr>
          <w:rFonts w:ascii="Times New Roman" w:hAnsi="Times New Roman" w:cs="Times New Roman"/>
          <w:b/>
          <w:sz w:val="24"/>
          <w:szCs w:val="24"/>
        </w:rPr>
        <w:t xml:space="preserve">Nghề nghiệp, đơn vị công tác: </w:t>
      </w:r>
      <w:r w:rsidRPr="00CF32CA">
        <w:rPr>
          <w:rFonts w:ascii="Times New Roman" w:hAnsi="Times New Roman" w:cs="Times New Roman"/>
          <w:sz w:val="24"/>
          <w:szCs w:val="24"/>
        </w:rPr>
        <w:t>Chuyên viên Phòng Kế hoạch – Công ty ABC</w:t>
      </w:r>
      <w:r w:rsidRPr="00CF32CA">
        <w:rPr>
          <w:rFonts w:ascii="Times New Roman" w:hAnsi="Times New Roman" w:cs="Times New Roman"/>
          <w:sz w:val="24"/>
          <w:szCs w:val="24"/>
        </w:rPr>
        <w:br/>
      </w:r>
      <w:r w:rsidRPr="00CF32CA">
        <w:rPr>
          <w:rFonts w:ascii="Times New Roman" w:hAnsi="Times New Roman" w:cs="Times New Roman"/>
          <w:b/>
          <w:sz w:val="24"/>
          <w:szCs w:val="24"/>
        </w:rPr>
        <w:t xml:space="preserve">Ngày vào Đảng: </w:t>
      </w:r>
      <w:r w:rsidRPr="00CF32CA">
        <w:rPr>
          <w:rFonts w:ascii="Times New Roman" w:hAnsi="Times New Roman" w:cs="Times New Roman"/>
          <w:sz w:val="24"/>
          <w:szCs w:val="24"/>
        </w:rPr>
        <w:t>15/03/</w:t>
      </w:r>
      <w:proofErr w:type="gramStart"/>
      <w:r w:rsidRPr="00CF32CA">
        <w:rPr>
          <w:rFonts w:ascii="Times New Roman" w:hAnsi="Times New Roman" w:cs="Times New Roman"/>
          <w:sz w:val="24"/>
          <w:szCs w:val="24"/>
        </w:rPr>
        <w:t>2010;  Ngày</w:t>
      </w:r>
      <w:proofErr w:type="gramEnd"/>
      <w:r w:rsidRPr="00CF32CA">
        <w:rPr>
          <w:rFonts w:ascii="Times New Roman" w:hAnsi="Times New Roman" w:cs="Times New Roman"/>
          <w:sz w:val="24"/>
          <w:szCs w:val="24"/>
        </w:rPr>
        <w:t xml:space="preserve"> chính thức: 15/03/2011</w:t>
      </w:r>
      <w:r w:rsidRPr="00CF32CA">
        <w:rPr>
          <w:rFonts w:ascii="Times New Roman" w:hAnsi="Times New Roman" w:cs="Times New Roman"/>
          <w:sz w:val="24"/>
          <w:szCs w:val="24"/>
        </w:rPr>
        <w:br/>
      </w:r>
      <w:r w:rsidRPr="00CF32CA">
        <w:rPr>
          <w:rFonts w:ascii="Times New Roman" w:hAnsi="Times New Roman" w:cs="Times New Roman"/>
          <w:b/>
          <w:sz w:val="24"/>
          <w:szCs w:val="24"/>
        </w:rPr>
        <w:t xml:space="preserve">Nơi sinh hoạt Đảng hiện tại: </w:t>
      </w:r>
      <w:r w:rsidRPr="00CF32CA">
        <w:rPr>
          <w:rFonts w:ascii="Times New Roman" w:hAnsi="Times New Roman" w:cs="Times New Roman"/>
          <w:sz w:val="24"/>
          <w:szCs w:val="24"/>
        </w:rPr>
        <w:t>Chi bộ Phòng Kế hoạch – Công ty ABC</w:t>
      </w:r>
      <w:r w:rsidRPr="00CF32CA">
        <w:rPr>
          <w:rFonts w:ascii="Times New Roman" w:hAnsi="Times New Roman" w:cs="Times New Roman"/>
          <w:sz w:val="24"/>
          <w:szCs w:val="24"/>
        </w:rPr>
        <w:br/>
      </w:r>
      <w:r w:rsidRPr="00CF32CA">
        <w:rPr>
          <w:rFonts w:ascii="Times New Roman" w:hAnsi="Times New Roman" w:cs="Times New Roman"/>
          <w:sz w:val="24"/>
          <w:szCs w:val="24"/>
        </w:rPr>
        <w:br/>
      </w:r>
    </w:p>
    <w:p w14:paraId="2E0A64E1" w14:textId="77777777" w:rsidR="001E3657" w:rsidRPr="00CF32CA" w:rsidRDefault="00000000">
      <w:pPr>
        <w:rPr>
          <w:rFonts w:ascii="Times New Roman" w:hAnsi="Times New Roman" w:cs="Times New Roman"/>
          <w:sz w:val="24"/>
          <w:szCs w:val="24"/>
        </w:rPr>
      </w:pPr>
      <w:r w:rsidRPr="00CF32CA">
        <w:rPr>
          <w:rFonts w:ascii="Times New Roman" w:hAnsi="Times New Roman" w:cs="Times New Roman"/>
          <w:b/>
          <w:sz w:val="24"/>
          <w:szCs w:val="24"/>
        </w:rPr>
        <w:t>1. Về tư tưởng chính trị:</w:t>
      </w:r>
      <w:r w:rsidRPr="00CF32CA">
        <w:rPr>
          <w:rFonts w:ascii="Times New Roman" w:hAnsi="Times New Roman" w:cs="Times New Roman"/>
          <w:b/>
          <w:sz w:val="24"/>
          <w:szCs w:val="24"/>
        </w:rPr>
        <w:br/>
      </w:r>
      <w:r w:rsidRPr="00CF32CA">
        <w:rPr>
          <w:rFonts w:ascii="Times New Roman" w:hAnsi="Times New Roman" w:cs="Times New Roman"/>
          <w:sz w:val="24"/>
          <w:szCs w:val="24"/>
        </w:rPr>
        <w:t>Luôn chấp hành nghiêm túc đường lối, chủ trương của Đảng, chính sách pháp luật của Nhà nước; tham gia đầy đủ các buổi học tập nghị quyết, quán triệt chỉ thị của cấp trên.</w:t>
      </w:r>
      <w:r w:rsidRPr="00CF32CA">
        <w:rPr>
          <w:rFonts w:ascii="Times New Roman" w:hAnsi="Times New Roman" w:cs="Times New Roman"/>
          <w:sz w:val="24"/>
          <w:szCs w:val="24"/>
        </w:rPr>
        <w:br/>
      </w:r>
      <w:r w:rsidRPr="00CF32CA">
        <w:rPr>
          <w:rFonts w:ascii="Times New Roman" w:hAnsi="Times New Roman" w:cs="Times New Roman"/>
          <w:sz w:val="24"/>
          <w:szCs w:val="24"/>
        </w:rPr>
        <w:br/>
      </w:r>
      <w:r w:rsidRPr="00CF32CA">
        <w:rPr>
          <w:rFonts w:ascii="Times New Roman" w:hAnsi="Times New Roman" w:cs="Times New Roman"/>
          <w:b/>
          <w:sz w:val="24"/>
          <w:szCs w:val="24"/>
        </w:rPr>
        <w:t>2. Về phẩm chất đạo đức, lối sống:</w:t>
      </w:r>
      <w:r w:rsidRPr="00CF32CA">
        <w:rPr>
          <w:rFonts w:ascii="Times New Roman" w:hAnsi="Times New Roman" w:cs="Times New Roman"/>
          <w:b/>
          <w:sz w:val="24"/>
          <w:szCs w:val="24"/>
        </w:rPr>
        <w:br/>
      </w:r>
      <w:r w:rsidRPr="00CF32CA">
        <w:rPr>
          <w:rFonts w:ascii="Times New Roman" w:hAnsi="Times New Roman" w:cs="Times New Roman"/>
          <w:sz w:val="24"/>
          <w:szCs w:val="24"/>
        </w:rPr>
        <w:t>Giữ gìn phẩm chất đạo đức, lối sống trong sáng, lành mạnh; đoàn kết nội bộ, giúp đỡ đồng nghiệp, có mối quan hệ tốt với nhân dân nơi cư trú.</w:t>
      </w:r>
      <w:r w:rsidRPr="00CF32CA">
        <w:rPr>
          <w:rFonts w:ascii="Times New Roman" w:hAnsi="Times New Roman" w:cs="Times New Roman"/>
          <w:sz w:val="24"/>
          <w:szCs w:val="24"/>
        </w:rPr>
        <w:br/>
      </w:r>
      <w:r w:rsidRPr="00CF32CA">
        <w:rPr>
          <w:rFonts w:ascii="Times New Roman" w:hAnsi="Times New Roman" w:cs="Times New Roman"/>
          <w:sz w:val="24"/>
          <w:szCs w:val="24"/>
        </w:rPr>
        <w:br/>
      </w:r>
      <w:r w:rsidRPr="00CF32CA">
        <w:rPr>
          <w:rFonts w:ascii="Times New Roman" w:hAnsi="Times New Roman" w:cs="Times New Roman"/>
          <w:b/>
          <w:sz w:val="24"/>
          <w:szCs w:val="24"/>
        </w:rPr>
        <w:t>3. Về thực hiện nhiệm vụ được giao:</w:t>
      </w:r>
      <w:r w:rsidRPr="00CF32CA">
        <w:rPr>
          <w:rFonts w:ascii="Times New Roman" w:hAnsi="Times New Roman" w:cs="Times New Roman"/>
          <w:b/>
          <w:sz w:val="24"/>
          <w:szCs w:val="24"/>
        </w:rPr>
        <w:br/>
      </w:r>
      <w:r w:rsidRPr="00CF32CA">
        <w:rPr>
          <w:rFonts w:ascii="Times New Roman" w:hAnsi="Times New Roman" w:cs="Times New Roman"/>
          <w:sz w:val="24"/>
          <w:szCs w:val="24"/>
        </w:rPr>
        <w:t>Hoàn thành tốt các nhiệm vụ được phân công; tích cực tham gia các phong trào thi đua do đơn vị và tổ chức Đảng phát động.</w:t>
      </w:r>
      <w:r w:rsidRPr="00CF32CA">
        <w:rPr>
          <w:rFonts w:ascii="Times New Roman" w:hAnsi="Times New Roman" w:cs="Times New Roman"/>
          <w:sz w:val="24"/>
          <w:szCs w:val="24"/>
        </w:rPr>
        <w:br/>
      </w:r>
      <w:r w:rsidRPr="00CF32CA">
        <w:rPr>
          <w:rFonts w:ascii="Times New Roman" w:hAnsi="Times New Roman" w:cs="Times New Roman"/>
          <w:sz w:val="24"/>
          <w:szCs w:val="24"/>
        </w:rPr>
        <w:br/>
      </w:r>
      <w:r w:rsidRPr="00CF32CA">
        <w:rPr>
          <w:rFonts w:ascii="Times New Roman" w:hAnsi="Times New Roman" w:cs="Times New Roman"/>
          <w:b/>
          <w:sz w:val="24"/>
          <w:szCs w:val="24"/>
        </w:rPr>
        <w:t>4. Về tổ chức kỷ luật:</w:t>
      </w:r>
      <w:r w:rsidRPr="00CF32CA">
        <w:rPr>
          <w:rFonts w:ascii="Times New Roman" w:hAnsi="Times New Roman" w:cs="Times New Roman"/>
          <w:b/>
          <w:sz w:val="24"/>
          <w:szCs w:val="24"/>
        </w:rPr>
        <w:br/>
      </w:r>
      <w:r w:rsidRPr="00CF32CA">
        <w:rPr>
          <w:rFonts w:ascii="Times New Roman" w:hAnsi="Times New Roman" w:cs="Times New Roman"/>
          <w:sz w:val="24"/>
          <w:szCs w:val="24"/>
        </w:rPr>
        <w:t>Chấp hành nghiêm Điều lệ Đảng, quy định sinh hoạt Đảng, đóng đảng phí đầy đủ và đúng quy định.</w:t>
      </w:r>
      <w:r w:rsidRPr="00CF32CA">
        <w:rPr>
          <w:rFonts w:ascii="Times New Roman" w:hAnsi="Times New Roman" w:cs="Times New Roman"/>
          <w:sz w:val="24"/>
          <w:szCs w:val="24"/>
        </w:rPr>
        <w:br/>
      </w:r>
      <w:r w:rsidRPr="00CF32CA">
        <w:rPr>
          <w:rFonts w:ascii="Times New Roman" w:hAnsi="Times New Roman" w:cs="Times New Roman"/>
          <w:sz w:val="24"/>
          <w:szCs w:val="24"/>
        </w:rPr>
        <w:br/>
      </w:r>
      <w:r w:rsidRPr="00CF32CA">
        <w:rPr>
          <w:rFonts w:ascii="Times New Roman" w:hAnsi="Times New Roman" w:cs="Times New Roman"/>
          <w:b/>
          <w:sz w:val="24"/>
          <w:szCs w:val="24"/>
        </w:rPr>
        <w:t>5. Tự nhận xét, đánh giá:</w:t>
      </w:r>
      <w:r w:rsidRPr="00CF32CA">
        <w:rPr>
          <w:rFonts w:ascii="Times New Roman" w:hAnsi="Times New Roman" w:cs="Times New Roman"/>
          <w:b/>
          <w:sz w:val="24"/>
          <w:szCs w:val="24"/>
        </w:rPr>
        <w:br/>
      </w:r>
      <w:r w:rsidRPr="00CF32CA">
        <w:rPr>
          <w:rFonts w:ascii="Times New Roman" w:hAnsi="Times New Roman" w:cs="Times New Roman"/>
          <w:sz w:val="24"/>
          <w:szCs w:val="24"/>
        </w:rPr>
        <w:t>Bản thân tự nhận là đảng viên hoàn thành tốt nhiệm vụ trong năm vừa qua.</w:t>
      </w:r>
      <w:r w:rsidRPr="00CF32CA">
        <w:rPr>
          <w:rFonts w:ascii="Times New Roman" w:hAnsi="Times New Roman" w:cs="Times New Roman"/>
          <w:sz w:val="24"/>
          <w:szCs w:val="24"/>
        </w:rPr>
        <w:br/>
      </w:r>
      <w:r w:rsidRPr="00CF32CA">
        <w:rPr>
          <w:rFonts w:ascii="Times New Roman" w:hAnsi="Times New Roman" w:cs="Times New Roman"/>
          <w:sz w:val="24"/>
          <w:szCs w:val="24"/>
        </w:rPr>
        <w:br/>
      </w:r>
      <w:r w:rsidRPr="00CF32CA">
        <w:rPr>
          <w:rFonts w:ascii="Times New Roman" w:hAnsi="Times New Roman" w:cs="Times New Roman"/>
          <w:b/>
          <w:sz w:val="24"/>
          <w:szCs w:val="24"/>
        </w:rPr>
        <w:t>6. Nguyện vọng:</w:t>
      </w:r>
      <w:r w:rsidRPr="00CF32CA">
        <w:rPr>
          <w:rFonts w:ascii="Times New Roman" w:hAnsi="Times New Roman" w:cs="Times New Roman"/>
          <w:b/>
          <w:sz w:val="24"/>
          <w:szCs w:val="24"/>
        </w:rPr>
        <w:br/>
      </w:r>
      <w:r w:rsidRPr="00CF32CA">
        <w:rPr>
          <w:rFonts w:ascii="Times New Roman" w:hAnsi="Times New Roman" w:cs="Times New Roman"/>
          <w:sz w:val="24"/>
          <w:szCs w:val="24"/>
        </w:rPr>
        <w:t>Đề nghị Chi bộ, Đảng ủy xem xét, giải quyết cho tôi được chuyển sinh hoạt Đảng về Chi bộ nơi công tác mới, tạo điều kiện để tôi tiếp tục rèn luyện, phấn đấu.</w:t>
      </w:r>
      <w:r w:rsidRPr="00CF32CA">
        <w:rPr>
          <w:rFonts w:ascii="Times New Roman" w:hAnsi="Times New Roman" w:cs="Times New Roman"/>
          <w:sz w:val="24"/>
          <w:szCs w:val="24"/>
        </w:rPr>
        <w:br/>
      </w:r>
      <w:r w:rsidRPr="00CF32CA">
        <w:rPr>
          <w:rFonts w:ascii="Times New Roman" w:hAnsi="Times New Roman" w:cs="Times New Roman"/>
          <w:sz w:val="24"/>
          <w:szCs w:val="24"/>
        </w:rPr>
        <w:lastRenderedPageBreak/>
        <w:br/>
        <w:t>Tôi xin hứa sẽ tiếp tục giữ gìn phẩm chất, đạo đức, hoàn thành tốt nhiệm vụ nơi sinh hoạt mới.</w:t>
      </w:r>
      <w:r w:rsidRPr="00CF32CA">
        <w:rPr>
          <w:rFonts w:ascii="Times New Roman" w:hAnsi="Times New Roman" w:cs="Times New Roman"/>
          <w:sz w:val="24"/>
          <w:szCs w:val="24"/>
        </w:rPr>
        <w:br/>
      </w:r>
      <w:r w:rsidRPr="00CF32CA">
        <w:rPr>
          <w:rFonts w:ascii="Times New Roman" w:hAnsi="Times New Roman" w:cs="Times New Roman"/>
          <w:sz w:val="24"/>
          <w:szCs w:val="24"/>
        </w:rPr>
        <w:br/>
      </w:r>
    </w:p>
    <w:p w14:paraId="5FCCC475" w14:textId="77777777" w:rsidR="001E3657" w:rsidRPr="00CF32CA" w:rsidRDefault="00000000">
      <w:pPr>
        <w:jc w:val="right"/>
        <w:rPr>
          <w:rFonts w:ascii="Times New Roman" w:hAnsi="Times New Roman" w:cs="Times New Roman"/>
          <w:sz w:val="24"/>
          <w:szCs w:val="24"/>
        </w:rPr>
      </w:pPr>
      <w:r w:rsidRPr="00CF32CA">
        <w:rPr>
          <w:rFonts w:ascii="Times New Roman" w:hAnsi="Times New Roman" w:cs="Times New Roman"/>
          <w:sz w:val="24"/>
          <w:szCs w:val="24"/>
        </w:rPr>
        <w:t xml:space="preserve">......, ngày </w:t>
      </w:r>
      <w:proofErr w:type="gramStart"/>
      <w:r w:rsidRPr="00CF32CA">
        <w:rPr>
          <w:rFonts w:ascii="Times New Roman" w:hAnsi="Times New Roman" w:cs="Times New Roman"/>
          <w:sz w:val="24"/>
          <w:szCs w:val="24"/>
        </w:rPr>
        <w:t>.....</w:t>
      </w:r>
      <w:proofErr w:type="gramEnd"/>
      <w:r w:rsidRPr="00CF32CA">
        <w:rPr>
          <w:rFonts w:ascii="Times New Roman" w:hAnsi="Times New Roman" w:cs="Times New Roman"/>
          <w:sz w:val="24"/>
          <w:szCs w:val="24"/>
        </w:rPr>
        <w:t xml:space="preserve"> tháng </w:t>
      </w:r>
      <w:proofErr w:type="gramStart"/>
      <w:r w:rsidRPr="00CF32CA">
        <w:rPr>
          <w:rFonts w:ascii="Times New Roman" w:hAnsi="Times New Roman" w:cs="Times New Roman"/>
          <w:sz w:val="24"/>
          <w:szCs w:val="24"/>
        </w:rPr>
        <w:t>.....</w:t>
      </w:r>
      <w:proofErr w:type="gramEnd"/>
      <w:r w:rsidRPr="00CF32CA">
        <w:rPr>
          <w:rFonts w:ascii="Times New Roman" w:hAnsi="Times New Roman" w:cs="Times New Roman"/>
          <w:sz w:val="24"/>
          <w:szCs w:val="24"/>
        </w:rPr>
        <w:t xml:space="preserve"> năm ......</w:t>
      </w:r>
    </w:p>
    <w:p w14:paraId="4D99A999" w14:textId="77777777" w:rsidR="001E3657" w:rsidRPr="00CF32CA" w:rsidRDefault="00000000">
      <w:pPr>
        <w:jc w:val="right"/>
        <w:rPr>
          <w:rFonts w:ascii="Times New Roman" w:hAnsi="Times New Roman" w:cs="Times New Roman"/>
          <w:sz w:val="24"/>
          <w:szCs w:val="24"/>
        </w:rPr>
      </w:pPr>
      <w:r w:rsidRPr="00CF32CA">
        <w:rPr>
          <w:rFonts w:ascii="Times New Roman" w:hAnsi="Times New Roman" w:cs="Times New Roman"/>
          <w:sz w:val="24"/>
          <w:szCs w:val="24"/>
        </w:rPr>
        <w:t>Người kiểm điểm</w:t>
      </w:r>
    </w:p>
    <w:p w14:paraId="1B0C3E68" w14:textId="77777777" w:rsidR="001E3657" w:rsidRPr="00CF32CA" w:rsidRDefault="00000000">
      <w:pPr>
        <w:jc w:val="right"/>
        <w:rPr>
          <w:rFonts w:ascii="Times New Roman" w:hAnsi="Times New Roman" w:cs="Times New Roman"/>
          <w:sz w:val="24"/>
          <w:szCs w:val="24"/>
        </w:rPr>
      </w:pPr>
      <w:r w:rsidRPr="00CF32CA">
        <w:rPr>
          <w:rFonts w:ascii="Times New Roman" w:hAnsi="Times New Roman" w:cs="Times New Roman"/>
          <w:sz w:val="24"/>
          <w:szCs w:val="24"/>
        </w:rPr>
        <w:t>(Ký, ghi rõ họ tên)</w:t>
      </w:r>
    </w:p>
    <w:p w14:paraId="3FC2DDDE" w14:textId="77777777" w:rsidR="001E3657" w:rsidRPr="00CF32CA" w:rsidRDefault="00000000">
      <w:pPr>
        <w:jc w:val="right"/>
        <w:rPr>
          <w:rFonts w:ascii="Times New Roman" w:hAnsi="Times New Roman" w:cs="Times New Roman"/>
          <w:sz w:val="24"/>
          <w:szCs w:val="24"/>
        </w:rPr>
      </w:pPr>
      <w:r w:rsidRPr="00CF32CA">
        <w:rPr>
          <w:rFonts w:ascii="Times New Roman" w:hAnsi="Times New Roman" w:cs="Times New Roman"/>
          <w:sz w:val="24"/>
          <w:szCs w:val="24"/>
        </w:rPr>
        <w:t>Nguyễn Văn A</w:t>
      </w:r>
    </w:p>
    <w:sectPr w:rsidR="001E3657" w:rsidRPr="00CF32C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62438291">
    <w:abstractNumId w:val="8"/>
  </w:num>
  <w:num w:numId="2" w16cid:durableId="1098453417">
    <w:abstractNumId w:val="6"/>
  </w:num>
  <w:num w:numId="3" w16cid:durableId="291517952">
    <w:abstractNumId w:val="5"/>
  </w:num>
  <w:num w:numId="4" w16cid:durableId="1675567258">
    <w:abstractNumId w:val="4"/>
  </w:num>
  <w:num w:numId="5" w16cid:durableId="1176920990">
    <w:abstractNumId w:val="7"/>
  </w:num>
  <w:num w:numId="6" w16cid:durableId="1432356441">
    <w:abstractNumId w:val="3"/>
  </w:num>
  <w:num w:numId="7" w16cid:durableId="1539010021">
    <w:abstractNumId w:val="2"/>
  </w:num>
  <w:num w:numId="8" w16cid:durableId="1451700511">
    <w:abstractNumId w:val="1"/>
  </w:num>
  <w:num w:numId="9" w16cid:durableId="292640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3657"/>
    <w:rsid w:val="0029639D"/>
    <w:rsid w:val="00326F90"/>
    <w:rsid w:val="00AA1D8D"/>
    <w:rsid w:val="00B47730"/>
    <w:rsid w:val="00CB0664"/>
    <w:rsid w:val="00CF32C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6DEF6E"/>
  <w14:defaultImageDpi w14:val="300"/>
  <w15:docId w15:val="{C72869E9-1CE8-4C1A-A82C-2DEC0FF3D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219</Words>
  <Characters>1250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Triều Long LĐTL</cp:lastModifiedBy>
  <cp:revision>2</cp:revision>
  <dcterms:created xsi:type="dcterms:W3CDTF">2025-09-15T07:44:00Z</dcterms:created>
  <dcterms:modified xsi:type="dcterms:W3CDTF">2025-09-15T07:44:00Z</dcterms:modified>
  <cp:category/>
</cp:coreProperties>
</file>