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F721D" w14:textId="77777777" w:rsidR="00E04DFF" w:rsidRPr="00D76197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61D9A524" w14:textId="77777777" w:rsidR="00E04DFF" w:rsidRPr="00D76197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14:paraId="75A1316A" w14:textId="77777777" w:rsidR="00E04DFF" w:rsidRPr="00D76197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br/>
        <w:t>BIÊN BẢN HỌP CÔNG ĐOÀN</w:t>
      </w:r>
    </w:p>
    <w:p w14:paraId="43F19975" w14:textId="7ACB66AB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br/>
        <w:t>Thời gian: .... giờ .... phút, ngày .... tháng .... năm ........</w:t>
      </w:r>
    </w:p>
    <w:p w14:paraId="2698F15A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Địa điểm: ........................................................................................................</w:t>
      </w:r>
    </w:p>
    <w:p w14:paraId="546FC6FC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Chủ trì cuộc họp: ............................................................................................</w:t>
      </w:r>
    </w:p>
    <w:p w14:paraId="5F31A1B7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Thư ký: ...........................................................................................................</w:t>
      </w:r>
    </w:p>
    <w:p w14:paraId="0E15C01A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Thành phần tham dự: .....................................................................................</w:t>
      </w:r>
    </w:p>
    <w:p w14:paraId="73775805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Vắng mặt: .......................................................................................................</w:t>
      </w:r>
    </w:p>
    <w:p w14:paraId="4478A8F5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br/>
        <w:t>NỘI DUNG CUỘC HỌP</w:t>
      </w:r>
    </w:p>
    <w:p w14:paraId="63F6A3A1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1. Lý do, mục đích cuộc họp: 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</w:r>
    </w:p>
    <w:p w14:paraId="07F05585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2. Các vấn đề được thảo luận: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</w:r>
    </w:p>
    <w:p w14:paraId="2A0D96BA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3. Ý kiến của các thành viên: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</w:r>
    </w:p>
    <w:p w14:paraId="665C1504" w14:textId="61DF981A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4. Kết quả biểu quyết (nếu có):</w:t>
      </w:r>
      <w:r w:rsidRPr="00D76197">
        <w:rPr>
          <w:rFonts w:ascii="Times New Roman" w:hAnsi="Times New Roman" w:cs="Times New Roman"/>
          <w:sz w:val="26"/>
          <w:szCs w:val="26"/>
        </w:rPr>
        <w:br/>
        <w:t>- Tổng số đoàn viên tham gia: ............. người</w:t>
      </w:r>
      <w:r w:rsidRPr="00D76197">
        <w:rPr>
          <w:rFonts w:ascii="Times New Roman" w:hAnsi="Times New Roman" w:cs="Times New Roman"/>
          <w:sz w:val="26"/>
          <w:szCs w:val="26"/>
        </w:rPr>
        <w:br/>
        <w:t>- Số người đồng ý: .............; Số người không đồng ý: .............; Ý kiến khác: .............</w:t>
      </w:r>
      <w:r w:rsidRPr="00D76197">
        <w:rPr>
          <w:rFonts w:ascii="Times New Roman" w:hAnsi="Times New Roman" w:cs="Times New Roman"/>
          <w:sz w:val="26"/>
          <w:szCs w:val="26"/>
        </w:rPr>
        <w:br/>
      </w:r>
    </w:p>
    <w:p w14:paraId="759F242D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lastRenderedPageBreak/>
        <w:t>5. Kết luận, quyết nghị: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  <w:t>- ..............................................................................................................</w:t>
      </w:r>
      <w:r w:rsidRPr="00D76197">
        <w:rPr>
          <w:rFonts w:ascii="Times New Roman" w:hAnsi="Times New Roman" w:cs="Times New Roman"/>
          <w:sz w:val="26"/>
          <w:szCs w:val="26"/>
        </w:rPr>
        <w:br/>
      </w:r>
    </w:p>
    <w:p w14:paraId="753BB77F" w14:textId="42F0FECD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br/>
        <w:t>Biên bản kết thúc vào .... giờ .... phút cùng ngày, đã được thông qua trước toàn thể thành viên dự họp.</w:t>
      </w:r>
    </w:p>
    <w:p w14:paraId="0EFB8BBC" w14:textId="77777777" w:rsidR="00E04DFF" w:rsidRPr="00D76197" w:rsidRDefault="00000000">
      <w:pPr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br/>
        <w:t>CHỦ TRÌ CUỘC HỌP</w:t>
      </w:r>
    </w:p>
    <w:p w14:paraId="632C63DE" w14:textId="77777777" w:rsidR="00E04DFF" w:rsidRPr="00D76197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D76197">
        <w:rPr>
          <w:rFonts w:ascii="Times New Roman" w:hAnsi="Times New Roman" w:cs="Times New Roman"/>
          <w:sz w:val="26"/>
          <w:szCs w:val="26"/>
        </w:rPr>
        <w:t>THƯ KÝ</w:t>
      </w:r>
    </w:p>
    <w:sectPr w:rsidR="00E04DFF" w:rsidRPr="00D7619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729098">
    <w:abstractNumId w:val="8"/>
  </w:num>
  <w:num w:numId="2" w16cid:durableId="966156477">
    <w:abstractNumId w:val="6"/>
  </w:num>
  <w:num w:numId="3" w16cid:durableId="760880817">
    <w:abstractNumId w:val="5"/>
  </w:num>
  <w:num w:numId="4" w16cid:durableId="77024392">
    <w:abstractNumId w:val="4"/>
  </w:num>
  <w:num w:numId="5" w16cid:durableId="225845071">
    <w:abstractNumId w:val="7"/>
  </w:num>
  <w:num w:numId="6" w16cid:durableId="1422334580">
    <w:abstractNumId w:val="3"/>
  </w:num>
  <w:num w:numId="7" w16cid:durableId="661352502">
    <w:abstractNumId w:val="2"/>
  </w:num>
  <w:num w:numId="8" w16cid:durableId="1001814541">
    <w:abstractNumId w:val="1"/>
  </w:num>
  <w:num w:numId="9" w16cid:durableId="141658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76197"/>
    <w:rsid w:val="00E04D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D1342"/>
  <w14:defaultImageDpi w14:val="300"/>
  <w15:docId w15:val="{F416770B-DC4D-4B4D-8D00-01A3BED1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2025-09-16T10:13:00Z</dcterms:created>
  <dcterms:modified xsi:type="dcterms:W3CDTF">2025-09-16T10:13:00Z</dcterms:modified>
  <cp:category/>
</cp:coreProperties>
</file>