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02223E" w14:textId="3BF78704" w:rsidR="00572C0C" w:rsidRPr="008F73BF" w:rsidRDefault="00000000" w:rsidP="008F73BF">
      <w:pPr>
        <w:jc w:val="center"/>
        <w:rPr>
          <w:rFonts w:ascii="Times New Roman" w:hAnsi="Times New Roman" w:cs="Times New Roman"/>
          <w:sz w:val="26"/>
          <w:szCs w:val="26"/>
        </w:rPr>
      </w:pPr>
      <w:r w:rsidRPr="008F73BF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  <w:r w:rsidRPr="008F73BF">
        <w:rPr>
          <w:rFonts w:ascii="Times New Roman" w:hAnsi="Times New Roman" w:cs="Times New Roman"/>
          <w:b/>
          <w:sz w:val="26"/>
          <w:szCs w:val="26"/>
        </w:rPr>
        <w:br/>
        <w:t>Độc lập - Tự do - Hạnh phúc</w:t>
      </w:r>
      <w:r w:rsidRPr="008F73BF">
        <w:rPr>
          <w:rFonts w:ascii="Times New Roman" w:hAnsi="Times New Roman" w:cs="Times New Roman"/>
          <w:sz w:val="26"/>
          <w:szCs w:val="26"/>
        </w:rPr>
        <w:br/>
      </w:r>
    </w:p>
    <w:p w14:paraId="0FE8B01E" w14:textId="77777777" w:rsidR="00572C0C" w:rsidRPr="008F73BF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8F73BF">
        <w:rPr>
          <w:rFonts w:ascii="Times New Roman" w:hAnsi="Times New Roman" w:cs="Times New Roman"/>
          <w:b/>
          <w:sz w:val="26"/>
          <w:szCs w:val="26"/>
        </w:rPr>
        <w:t>HỢP ĐỒNG CUNG ỨNG LAO ĐỘNG</w:t>
      </w:r>
      <w:r w:rsidRPr="008F73BF">
        <w:rPr>
          <w:rFonts w:ascii="Times New Roman" w:hAnsi="Times New Roman" w:cs="Times New Roman"/>
          <w:b/>
          <w:sz w:val="26"/>
          <w:szCs w:val="26"/>
        </w:rPr>
        <w:br/>
      </w:r>
    </w:p>
    <w:p w14:paraId="17B2F42B" w14:textId="479F0E61" w:rsidR="00572C0C" w:rsidRPr="008F73BF" w:rsidRDefault="00000000" w:rsidP="008F73BF">
      <w:pPr>
        <w:jc w:val="center"/>
        <w:rPr>
          <w:rFonts w:ascii="Times New Roman" w:hAnsi="Times New Roman" w:cs="Times New Roman"/>
          <w:sz w:val="26"/>
          <w:szCs w:val="26"/>
        </w:rPr>
      </w:pPr>
      <w:r w:rsidRPr="008F73BF">
        <w:rPr>
          <w:rFonts w:ascii="Times New Roman" w:hAnsi="Times New Roman" w:cs="Times New Roman"/>
          <w:sz w:val="26"/>
          <w:szCs w:val="26"/>
        </w:rPr>
        <w:t>Số: ....../HĐCULD</w:t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br/>
      </w:r>
    </w:p>
    <w:p w14:paraId="474DCC18" w14:textId="0BBEB123" w:rsidR="00572C0C" w:rsidRPr="008F73BF" w:rsidRDefault="00000000">
      <w:pPr>
        <w:rPr>
          <w:rFonts w:ascii="Times New Roman" w:hAnsi="Times New Roman" w:cs="Times New Roman"/>
          <w:sz w:val="26"/>
          <w:szCs w:val="26"/>
        </w:rPr>
      </w:pPr>
      <w:r w:rsidRPr="008F73BF">
        <w:rPr>
          <w:rFonts w:ascii="Times New Roman" w:hAnsi="Times New Roman" w:cs="Times New Roman"/>
          <w:sz w:val="26"/>
          <w:szCs w:val="26"/>
        </w:rPr>
        <w:t>Căn cứ Bộ luật Lao động 2019 và các văn bản hướng dẫn thi hành;</w:t>
      </w:r>
      <w:r w:rsidRPr="008F73BF">
        <w:rPr>
          <w:rFonts w:ascii="Times New Roman" w:hAnsi="Times New Roman" w:cs="Times New Roman"/>
          <w:sz w:val="26"/>
          <w:szCs w:val="26"/>
        </w:rPr>
        <w:br/>
        <w:t>Căn cứ nhu cầu sử dụng lao động của Bên A và khả năng cung ứng lao động của Bên B;</w:t>
      </w:r>
      <w:r w:rsidRPr="008F73BF">
        <w:rPr>
          <w:rFonts w:ascii="Times New Roman" w:hAnsi="Times New Roman" w:cs="Times New Roman"/>
          <w:sz w:val="26"/>
          <w:szCs w:val="26"/>
        </w:rPr>
        <w:br/>
        <w:t>Hôm nay, ngày .... tháng .... năm 20...., tại ........................................ chúng tôi gồm:</w:t>
      </w:r>
      <w:r w:rsidRPr="008F73BF">
        <w:rPr>
          <w:rFonts w:ascii="Times New Roman" w:hAnsi="Times New Roman" w:cs="Times New Roman"/>
          <w:sz w:val="26"/>
          <w:szCs w:val="26"/>
        </w:rPr>
        <w:br/>
      </w:r>
    </w:p>
    <w:p w14:paraId="0E9B9096" w14:textId="2A80B142" w:rsidR="00572C0C" w:rsidRPr="008F73BF" w:rsidRDefault="00000000">
      <w:pPr>
        <w:rPr>
          <w:rFonts w:ascii="Times New Roman" w:hAnsi="Times New Roman" w:cs="Times New Roman"/>
          <w:sz w:val="26"/>
          <w:szCs w:val="26"/>
        </w:rPr>
      </w:pPr>
      <w:r w:rsidRPr="008F73BF">
        <w:rPr>
          <w:rFonts w:ascii="Times New Roman" w:hAnsi="Times New Roman" w:cs="Times New Roman"/>
          <w:b/>
          <w:sz w:val="26"/>
          <w:szCs w:val="26"/>
        </w:rPr>
        <w:t>**BÊN A: (BÊN SỬ DỤNG LAO ĐỘNG)</w:t>
      </w:r>
    </w:p>
    <w:p w14:paraId="01067222" w14:textId="77777777" w:rsidR="00572C0C" w:rsidRPr="008F73BF" w:rsidRDefault="00000000">
      <w:pPr>
        <w:rPr>
          <w:rFonts w:ascii="Times New Roman" w:hAnsi="Times New Roman" w:cs="Times New Roman"/>
          <w:sz w:val="26"/>
          <w:szCs w:val="26"/>
        </w:rPr>
      </w:pPr>
      <w:r w:rsidRPr="008F73BF">
        <w:rPr>
          <w:rFonts w:ascii="Times New Roman" w:hAnsi="Times New Roman" w:cs="Times New Roman"/>
          <w:sz w:val="26"/>
          <w:szCs w:val="26"/>
        </w:rPr>
        <w:t>Tên doanh nghiệp: ...............................................................</w:t>
      </w:r>
      <w:r w:rsidRPr="008F73BF">
        <w:rPr>
          <w:rFonts w:ascii="Times New Roman" w:hAnsi="Times New Roman" w:cs="Times New Roman"/>
          <w:sz w:val="26"/>
          <w:szCs w:val="26"/>
        </w:rPr>
        <w:br/>
        <w:t>Địa chỉ: ..............................................................................</w:t>
      </w:r>
      <w:r w:rsidRPr="008F73BF">
        <w:rPr>
          <w:rFonts w:ascii="Times New Roman" w:hAnsi="Times New Roman" w:cs="Times New Roman"/>
          <w:sz w:val="26"/>
          <w:szCs w:val="26"/>
        </w:rPr>
        <w:br/>
        <w:t>Điện thoại: ....................................   Fax: ................................</w:t>
      </w:r>
      <w:r w:rsidRPr="008F73BF">
        <w:rPr>
          <w:rFonts w:ascii="Times New Roman" w:hAnsi="Times New Roman" w:cs="Times New Roman"/>
          <w:sz w:val="26"/>
          <w:szCs w:val="26"/>
        </w:rPr>
        <w:br/>
        <w:t>Đại diện: Ông/Bà ...........................................  Chức vụ: ................</w:t>
      </w:r>
      <w:r w:rsidRPr="008F73BF">
        <w:rPr>
          <w:rFonts w:ascii="Times New Roman" w:hAnsi="Times New Roman" w:cs="Times New Roman"/>
          <w:sz w:val="26"/>
          <w:szCs w:val="26"/>
        </w:rPr>
        <w:br/>
      </w:r>
    </w:p>
    <w:p w14:paraId="6F553932" w14:textId="05A77D46" w:rsidR="00572C0C" w:rsidRPr="008F73BF" w:rsidRDefault="00000000">
      <w:pPr>
        <w:rPr>
          <w:rFonts w:ascii="Times New Roman" w:hAnsi="Times New Roman" w:cs="Times New Roman"/>
          <w:sz w:val="26"/>
          <w:szCs w:val="26"/>
        </w:rPr>
      </w:pPr>
      <w:r w:rsidRPr="008F73BF">
        <w:rPr>
          <w:rFonts w:ascii="Times New Roman" w:hAnsi="Times New Roman" w:cs="Times New Roman"/>
          <w:b/>
          <w:sz w:val="26"/>
          <w:szCs w:val="26"/>
        </w:rPr>
        <w:t>**BÊN B: (BÊN CUNG ỨNG LAO ĐỘNG)</w:t>
      </w:r>
    </w:p>
    <w:p w14:paraId="338031DF" w14:textId="77777777" w:rsidR="00572C0C" w:rsidRPr="008F73BF" w:rsidRDefault="00000000">
      <w:pPr>
        <w:rPr>
          <w:rFonts w:ascii="Times New Roman" w:hAnsi="Times New Roman" w:cs="Times New Roman"/>
          <w:sz w:val="26"/>
          <w:szCs w:val="26"/>
        </w:rPr>
      </w:pPr>
      <w:r w:rsidRPr="008F73BF">
        <w:rPr>
          <w:rFonts w:ascii="Times New Roman" w:hAnsi="Times New Roman" w:cs="Times New Roman"/>
          <w:sz w:val="26"/>
          <w:szCs w:val="26"/>
        </w:rPr>
        <w:t>Tên doanh nghiệp: ...............................................................</w:t>
      </w:r>
      <w:r w:rsidRPr="008F73BF">
        <w:rPr>
          <w:rFonts w:ascii="Times New Roman" w:hAnsi="Times New Roman" w:cs="Times New Roman"/>
          <w:sz w:val="26"/>
          <w:szCs w:val="26"/>
        </w:rPr>
        <w:br/>
        <w:t>Giấy phép hoạt động cho thuê lại lao động số: .......... do .......... cấp ngày ..........</w:t>
      </w:r>
      <w:r w:rsidRPr="008F73BF">
        <w:rPr>
          <w:rFonts w:ascii="Times New Roman" w:hAnsi="Times New Roman" w:cs="Times New Roman"/>
          <w:sz w:val="26"/>
          <w:szCs w:val="26"/>
        </w:rPr>
        <w:br/>
        <w:t>Địa chỉ: ..............................................................................</w:t>
      </w:r>
      <w:r w:rsidRPr="008F73BF">
        <w:rPr>
          <w:rFonts w:ascii="Times New Roman" w:hAnsi="Times New Roman" w:cs="Times New Roman"/>
          <w:sz w:val="26"/>
          <w:szCs w:val="26"/>
        </w:rPr>
        <w:br/>
        <w:t>Điện thoại: ....................................   Fax: ................................</w:t>
      </w:r>
      <w:r w:rsidRPr="008F73BF">
        <w:rPr>
          <w:rFonts w:ascii="Times New Roman" w:hAnsi="Times New Roman" w:cs="Times New Roman"/>
          <w:sz w:val="26"/>
          <w:szCs w:val="26"/>
        </w:rPr>
        <w:br/>
        <w:t>Đại diện: Ông/Bà ...........................................  Chức vụ: ................</w:t>
      </w:r>
      <w:r w:rsidRPr="008F73BF">
        <w:rPr>
          <w:rFonts w:ascii="Times New Roman" w:hAnsi="Times New Roman" w:cs="Times New Roman"/>
          <w:sz w:val="26"/>
          <w:szCs w:val="26"/>
        </w:rPr>
        <w:br/>
      </w:r>
    </w:p>
    <w:p w14:paraId="5805FD05" w14:textId="77777777" w:rsidR="00572C0C" w:rsidRPr="008F73BF" w:rsidRDefault="00000000">
      <w:pPr>
        <w:rPr>
          <w:rFonts w:ascii="Times New Roman" w:hAnsi="Times New Roman" w:cs="Times New Roman"/>
          <w:sz w:val="26"/>
          <w:szCs w:val="26"/>
        </w:rPr>
      </w:pPr>
      <w:r w:rsidRPr="008F73BF">
        <w:rPr>
          <w:rFonts w:ascii="Times New Roman" w:hAnsi="Times New Roman" w:cs="Times New Roman"/>
          <w:sz w:val="26"/>
          <w:szCs w:val="26"/>
        </w:rPr>
        <w:br/>
        <w:t>Hai bên thống nhất ký kết Hợp đồng cung ứng lao động với các điều khoản sau:</w:t>
      </w:r>
      <w:r w:rsidRPr="008F73BF">
        <w:rPr>
          <w:rFonts w:ascii="Times New Roman" w:hAnsi="Times New Roman" w:cs="Times New Roman"/>
          <w:sz w:val="26"/>
          <w:szCs w:val="26"/>
        </w:rPr>
        <w:br/>
      </w:r>
    </w:p>
    <w:p w14:paraId="78C88DD1" w14:textId="6B5AE4D6" w:rsidR="00572C0C" w:rsidRPr="008F73BF" w:rsidRDefault="00000000">
      <w:pPr>
        <w:rPr>
          <w:rFonts w:ascii="Times New Roman" w:hAnsi="Times New Roman" w:cs="Times New Roman"/>
          <w:sz w:val="26"/>
          <w:szCs w:val="26"/>
        </w:rPr>
      </w:pPr>
      <w:r w:rsidRPr="008F73BF">
        <w:rPr>
          <w:rFonts w:ascii="Times New Roman" w:hAnsi="Times New Roman" w:cs="Times New Roman"/>
          <w:b/>
          <w:sz w:val="26"/>
          <w:szCs w:val="26"/>
        </w:rPr>
        <w:t>**Điều 1. Nội dung hợp đồng</w:t>
      </w:r>
      <w:r w:rsidRPr="008F73BF">
        <w:rPr>
          <w:rFonts w:ascii="Times New Roman" w:hAnsi="Times New Roman" w:cs="Times New Roman"/>
          <w:b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t xml:space="preserve">Bên B đồng ý cung ứng lao động cho Bên A theo nhu cầu đã thống nhất. Danh </w:t>
      </w:r>
      <w:r w:rsidRPr="008F73BF">
        <w:rPr>
          <w:rFonts w:ascii="Times New Roman" w:hAnsi="Times New Roman" w:cs="Times New Roman"/>
          <w:sz w:val="26"/>
          <w:szCs w:val="26"/>
        </w:rPr>
        <w:lastRenderedPageBreak/>
        <w:t>sách, số lượng, chức danh công việc, trình độ, thời gian cung ứng lao động được thể hiện tại Phụ lục hợp đồng.</w:t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b/>
          <w:sz w:val="26"/>
          <w:szCs w:val="26"/>
        </w:rPr>
        <w:t>**Điều 2. Thời hạn hợp đồng</w:t>
      </w:r>
      <w:r w:rsidRPr="008F73BF">
        <w:rPr>
          <w:rFonts w:ascii="Times New Roman" w:hAnsi="Times New Roman" w:cs="Times New Roman"/>
          <w:b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t>Hợp đồng này có hiệu lực từ ngày .... tháng .... năm 20.... đến hết ngày .... tháng .... năm 20....</w:t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b/>
          <w:sz w:val="26"/>
          <w:szCs w:val="26"/>
        </w:rPr>
        <w:t>**Điều 3. Quyền và nghĩa vụ của Bên A</w:t>
      </w:r>
      <w:r w:rsidRPr="008F73BF">
        <w:rPr>
          <w:rFonts w:ascii="Times New Roman" w:hAnsi="Times New Roman" w:cs="Times New Roman"/>
          <w:b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t>- Thông báo rõ số lượng, trình độ chuyên môn, thời gian, địa điểm làm việc.</w:t>
      </w:r>
      <w:r w:rsidRPr="008F73BF">
        <w:rPr>
          <w:rFonts w:ascii="Times New Roman" w:hAnsi="Times New Roman" w:cs="Times New Roman"/>
          <w:sz w:val="26"/>
          <w:szCs w:val="26"/>
        </w:rPr>
        <w:br/>
        <w:t>- Bố trí công việc, giám sát và đảm bảo điều kiện an toàn, vệ sinh lao động.</w:t>
      </w:r>
      <w:r w:rsidRPr="008F73BF">
        <w:rPr>
          <w:rFonts w:ascii="Times New Roman" w:hAnsi="Times New Roman" w:cs="Times New Roman"/>
          <w:sz w:val="26"/>
          <w:szCs w:val="26"/>
        </w:rPr>
        <w:br/>
        <w:t>- Thanh toán đầy đủ, đúng hạn chi phí dịch vụ cho Bên B.</w:t>
      </w:r>
      <w:r w:rsidRPr="008F73BF">
        <w:rPr>
          <w:rFonts w:ascii="Times New Roman" w:hAnsi="Times New Roman" w:cs="Times New Roman"/>
          <w:sz w:val="26"/>
          <w:szCs w:val="26"/>
        </w:rPr>
        <w:br/>
        <w:t>- Không được phân công người lao động làm công việc trái pháp luật hoặc trái hợp đồng.</w:t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b/>
          <w:sz w:val="26"/>
          <w:szCs w:val="26"/>
        </w:rPr>
        <w:t>**Điều 4. Quyền và nghĩa vụ của Bên B</w:t>
      </w:r>
      <w:r w:rsidRPr="008F73BF">
        <w:rPr>
          <w:rFonts w:ascii="Times New Roman" w:hAnsi="Times New Roman" w:cs="Times New Roman"/>
          <w:b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t>- Cung ứng người lao động đúng yêu cầu về số lượng, chất lượng.</w:t>
      </w:r>
      <w:r w:rsidRPr="008F73BF">
        <w:rPr>
          <w:rFonts w:ascii="Times New Roman" w:hAnsi="Times New Roman" w:cs="Times New Roman"/>
          <w:sz w:val="26"/>
          <w:szCs w:val="26"/>
        </w:rPr>
        <w:br/>
        <w:t>- Ký hợp đồng lao động, trả lương, đóng bảo hiểm xã hội, bảo hiểm y tế, bảo hiểm thất nghiệp cho người lao động.</w:t>
      </w:r>
      <w:r w:rsidRPr="008F73BF">
        <w:rPr>
          <w:rFonts w:ascii="Times New Roman" w:hAnsi="Times New Roman" w:cs="Times New Roman"/>
          <w:sz w:val="26"/>
          <w:szCs w:val="26"/>
        </w:rPr>
        <w:br/>
        <w:t>- Phối hợp giải quyết các vấn đề phát sinh liên quan đến người lao động.</w:t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b/>
          <w:sz w:val="26"/>
          <w:szCs w:val="26"/>
        </w:rPr>
        <w:t>**Điều 5. Chi phí cung ứng lao động và phương thức thanh toán</w:t>
      </w:r>
      <w:r w:rsidRPr="008F73BF">
        <w:rPr>
          <w:rFonts w:ascii="Times New Roman" w:hAnsi="Times New Roman" w:cs="Times New Roman"/>
          <w:b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t>Chi phí dịch vụ cung ứng lao động được hai bên thỏa thuận là: .................. VNĐ/người/tháng.</w:t>
      </w:r>
      <w:r w:rsidRPr="008F73BF">
        <w:rPr>
          <w:rFonts w:ascii="Times New Roman" w:hAnsi="Times New Roman" w:cs="Times New Roman"/>
          <w:sz w:val="26"/>
          <w:szCs w:val="26"/>
        </w:rPr>
        <w:br/>
        <w:t>Bên A thanh toán cho Bên B theo kỳ: .................. (hàng tháng/quý) bằng hình thức ..................</w:t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b/>
          <w:sz w:val="26"/>
          <w:szCs w:val="26"/>
        </w:rPr>
        <w:t>**Điều 6. Chấm dứt hợp đồng</w:t>
      </w:r>
      <w:r w:rsidRPr="008F73BF">
        <w:rPr>
          <w:rFonts w:ascii="Times New Roman" w:hAnsi="Times New Roman" w:cs="Times New Roman"/>
          <w:b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t>Hợp đồng chấm dứt khi hết thời hạn hoặc hai bên thỏa thuận chấm dứt trước thời hạn bằng văn bản.</w:t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b/>
          <w:sz w:val="26"/>
          <w:szCs w:val="26"/>
        </w:rPr>
        <w:t>**Điều 7. Giải quyết tranh chấp</w:t>
      </w:r>
      <w:r w:rsidRPr="008F73BF">
        <w:rPr>
          <w:rFonts w:ascii="Times New Roman" w:hAnsi="Times New Roman" w:cs="Times New Roman"/>
          <w:b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t>Mọi tranh chấp phát sinh được ưu tiên giải quyết bằng thương lượng. Nếu không đạt thỏa thuận, tranh chấp được đưa ra Tòa án có thẩm quyền giải quyết.</w:t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b/>
          <w:sz w:val="26"/>
          <w:szCs w:val="26"/>
        </w:rPr>
        <w:t>**Điều 8. Điều khoản thi hành</w:t>
      </w:r>
      <w:r w:rsidRPr="008F73BF">
        <w:rPr>
          <w:rFonts w:ascii="Times New Roman" w:hAnsi="Times New Roman" w:cs="Times New Roman"/>
          <w:b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t>Hợp đồng này được lập thành 02 bản, mỗi bên giữ 01 bản có giá trị pháp lý như nhau. Hợp đồng có hiệu lực kể từ ngày ký.</w:t>
      </w:r>
      <w:r w:rsidRPr="008F73BF">
        <w:rPr>
          <w:rFonts w:ascii="Times New Roman" w:hAnsi="Times New Roman" w:cs="Times New Roman"/>
          <w:sz w:val="26"/>
          <w:szCs w:val="26"/>
        </w:rPr>
        <w:br/>
      </w:r>
      <w:r w:rsidRPr="008F73BF">
        <w:rPr>
          <w:rFonts w:ascii="Times New Roman" w:hAnsi="Times New Roman" w:cs="Times New Roman"/>
          <w:sz w:val="26"/>
          <w:szCs w:val="26"/>
        </w:rPr>
        <w:lastRenderedPageBreak/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572C0C" w:rsidRPr="008F73BF" w14:paraId="541096F7" w14:textId="77777777">
        <w:tc>
          <w:tcPr>
            <w:tcW w:w="4320" w:type="dxa"/>
          </w:tcPr>
          <w:p w14:paraId="40F5856F" w14:textId="77777777" w:rsidR="00572C0C" w:rsidRPr="008F73BF" w:rsidRDefault="000000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73BF">
              <w:rPr>
                <w:rFonts w:ascii="Times New Roman" w:hAnsi="Times New Roman" w:cs="Times New Roman"/>
                <w:sz w:val="26"/>
                <w:szCs w:val="26"/>
              </w:rPr>
              <w:t>ĐẠI DIỆN BÊN A</w:t>
            </w:r>
            <w:r w:rsidRPr="008F73BF">
              <w:rPr>
                <w:rFonts w:ascii="Times New Roman" w:hAnsi="Times New Roman" w:cs="Times New Roman"/>
                <w:sz w:val="26"/>
                <w:szCs w:val="26"/>
              </w:rPr>
              <w:br/>
              <w:t>(Ký, ghi rõ họ tên, đóng dấu)</w:t>
            </w:r>
          </w:p>
        </w:tc>
        <w:tc>
          <w:tcPr>
            <w:tcW w:w="4320" w:type="dxa"/>
          </w:tcPr>
          <w:p w14:paraId="260CCC91" w14:textId="77777777" w:rsidR="00572C0C" w:rsidRPr="008F73BF" w:rsidRDefault="000000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73BF">
              <w:rPr>
                <w:rFonts w:ascii="Times New Roman" w:hAnsi="Times New Roman" w:cs="Times New Roman"/>
                <w:sz w:val="26"/>
                <w:szCs w:val="26"/>
              </w:rPr>
              <w:t>ĐẠI DIỆN BÊN B</w:t>
            </w:r>
            <w:r w:rsidRPr="008F73BF">
              <w:rPr>
                <w:rFonts w:ascii="Times New Roman" w:hAnsi="Times New Roman" w:cs="Times New Roman"/>
                <w:sz w:val="26"/>
                <w:szCs w:val="26"/>
              </w:rPr>
              <w:br/>
              <w:t>(Ký, ghi rõ họ tên, đóng dấu)</w:t>
            </w:r>
          </w:p>
        </w:tc>
      </w:tr>
    </w:tbl>
    <w:p w14:paraId="1B7C55BA" w14:textId="77777777" w:rsidR="005203DE" w:rsidRPr="008F73BF" w:rsidRDefault="005203DE">
      <w:pPr>
        <w:rPr>
          <w:rFonts w:ascii="Times New Roman" w:hAnsi="Times New Roman" w:cs="Times New Roman"/>
          <w:sz w:val="26"/>
          <w:szCs w:val="26"/>
        </w:rPr>
      </w:pPr>
    </w:p>
    <w:sectPr w:rsidR="005203DE" w:rsidRPr="008F73B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3679358">
    <w:abstractNumId w:val="8"/>
  </w:num>
  <w:num w:numId="2" w16cid:durableId="2119059962">
    <w:abstractNumId w:val="6"/>
  </w:num>
  <w:num w:numId="3" w16cid:durableId="1220289038">
    <w:abstractNumId w:val="5"/>
  </w:num>
  <w:num w:numId="4" w16cid:durableId="1902475451">
    <w:abstractNumId w:val="4"/>
  </w:num>
  <w:num w:numId="5" w16cid:durableId="190341366">
    <w:abstractNumId w:val="7"/>
  </w:num>
  <w:num w:numId="6" w16cid:durableId="148600070">
    <w:abstractNumId w:val="3"/>
  </w:num>
  <w:num w:numId="7" w16cid:durableId="2083333609">
    <w:abstractNumId w:val="2"/>
  </w:num>
  <w:num w:numId="8" w16cid:durableId="1613055451">
    <w:abstractNumId w:val="1"/>
  </w:num>
  <w:num w:numId="9" w16cid:durableId="897593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03DE"/>
    <w:rsid w:val="00572C0C"/>
    <w:rsid w:val="008F73B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3AA5A3"/>
  <w14:defaultImageDpi w14:val="300"/>
  <w15:docId w15:val="{6EBD54BE-A9FD-4E25-BB52-10D9BEEE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2025-09-17T04:47:00Z</dcterms:created>
  <dcterms:modified xsi:type="dcterms:W3CDTF">2025-09-17T04:47:00Z</dcterms:modified>
  <cp:category/>
</cp:coreProperties>
</file>