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DD1FD" w14:textId="0B22534F" w:rsidR="00081D6F" w:rsidRPr="00081D6F" w:rsidRDefault="00000000" w:rsidP="00081D6F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81D6F">
        <w:rPr>
          <w:rFonts w:ascii="Times New Roman" w:hAnsi="Times New Roman" w:cs="Times New Roman"/>
          <w:b/>
          <w:bCs/>
          <w:sz w:val="26"/>
          <w:szCs w:val="26"/>
        </w:rPr>
        <w:t>CƠ QUAN/ĐƠN VỊ .........</w:t>
      </w:r>
      <w:r w:rsidR="00081D6F" w:rsidRPr="00081D6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 w:rsidR="00081D6F" w:rsidRPr="00081D6F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714FFEF9" w14:textId="229D007C" w:rsidR="00081D6F" w:rsidRPr="00081D6F" w:rsidRDefault="00081D6F" w:rsidP="00081D6F">
      <w:pPr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 xml:space="preserve"> </w:t>
      </w:r>
      <w:r w:rsidRPr="00081D6F">
        <w:rPr>
          <w:rFonts w:ascii="Times New Roman" w:hAnsi="Times New Roman" w:cs="Times New Roman"/>
          <w:sz w:val="26"/>
          <w:szCs w:val="26"/>
        </w:rPr>
        <w:t>Số: ....../QĐ-....</w:t>
      </w:r>
      <w:r w:rsidRPr="00081D6F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81D6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97382C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12838B93" w14:textId="13CC16DF" w:rsidR="00F931BF" w:rsidRPr="00081D6F" w:rsidRDefault="00F931BF" w:rsidP="00081D6F">
      <w:pPr>
        <w:rPr>
          <w:rFonts w:ascii="Times New Roman" w:hAnsi="Times New Roman" w:cs="Times New Roman"/>
          <w:sz w:val="26"/>
          <w:szCs w:val="26"/>
        </w:rPr>
      </w:pPr>
    </w:p>
    <w:p w14:paraId="79DC4394" w14:textId="6BBBB665" w:rsidR="00F931BF" w:rsidRPr="00081D6F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b/>
          <w:sz w:val="26"/>
          <w:szCs w:val="26"/>
        </w:rPr>
        <w:br/>
        <w:t>QUYẾT ĐỊNH</w:t>
      </w:r>
    </w:p>
    <w:p w14:paraId="12198FE9" w14:textId="28A958A9" w:rsidR="00F931BF" w:rsidRPr="00081D6F" w:rsidRDefault="00081D6F" w:rsidP="00081D6F">
      <w:pPr>
        <w:ind w:firstLine="198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="00000000" w:rsidRPr="00081D6F">
        <w:rPr>
          <w:rFonts w:ascii="Times New Roman" w:hAnsi="Times New Roman" w:cs="Times New Roman"/>
          <w:sz w:val="26"/>
          <w:szCs w:val="26"/>
        </w:rPr>
        <w:t>Về việc buộc thôi việc đối với công chức/viên chức</w:t>
      </w:r>
      <w:r>
        <w:rPr>
          <w:rFonts w:ascii="Times New Roman" w:hAnsi="Times New Roman" w:cs="Times New Roman"/>
          <w:sz w:val="26"/>
          <w:szCs w:val="26"/>
        </w:rPr>
        <w:t>)</w:t>
      </w:r>
    </w:p>
    <w:p w14:paraId="79B29CF5" w14:textId="6B3CD486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br/>
        <w:t xml:space="preserve">Căn cứ Luật Cán bộ, công chức </w:t>
      </w:r>
      <w:r w:rsidR="00A13297">
        <w:rPr>
          <w:rFonts w:ascii="Times New Roman" w:hAnsi="Times New Roman" w:cs="Times New Roman"/>
          <w:sz w:val="26"/>
          <w:szCs w:val="26"/>
        </w:rPr>
        <w:t xml:space="preserve">năm </w:t>
      </w:r>
      <w:r w:rsidRPr="00081D6F">
        <w:rPr>
          <w:rFonts w:ascii="Times New Roman" w:hAnsi="Times New Roman" w:cs="Times New Roman"/>
          <w:sz w:val="26"/>
          <w:szCs w:val="26"/>
        </w:rPr>
        <w:t>20</w:t>
      </w:r>
      <w:r w:rsidR="00081D6F">
        <w:rPr>
          <w:rFonts w:ascii="Times New Roman" w:hAnsi="Times New Roman" w:cs="Times New Roman"/>
          <w:sz w:val="26"/>
          <w:szCs w:val="26"/>
        </w:rPr>
        <w:t>25</w:t>
      </w:r>
      <w:r w:rsidRPr="00081D6F">
        <w:rPr>
          <w:rFonts w:ascii="Times New Roman" w:hAnsi="Times New Roman" w:cs="Times New Roman"/>
          <w:sz w:val="26"/>
          <w:szCs w:val="26"/>
        </w:rPr>
        <w:t>;</w:t>
      </w:r>
    </w:p>
    <w:p w14:paraId="543C4F80" w14:textId="46778568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 xml:space="preserve">Căn cứ Luật Viên chức </w:t>
      </w:r>
      <w:r w:rsidR="00A13297">
        <w:rPr>
          <w:rFonts w:ascii="Times New Roman" w:hAnsi="Times New Roman" w:cs="Times New Roman"/>
          <w:sz w:val="26"/>
          <w:szCs w:val="26"/>
        </w:rPr>
        <w:t xml:space="preserve">năm </w:t>
      </w:r>
      <w:r w:rsidRPr="00081D6F">
        <w:rPr>
          <w:rFonts w:ascii="Times New Roman" w:hAnsi="Times New Roman" w:cs="Times New Roman"/>
          <w:sz w:val="26"/>
          <w:szCs w:val="26"/>
        </w:rPr>
        <w:t>2010;</w:t>
      </w:r>
    </w:p>
    <w:p w14:paraId="28C2BBF1" w14:textId="0606CB59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Căn cứ Nghị định ....... của Chính phủ quy định về xử lý kỷ luật đối với công chức, viên chức;</w:t>
      </w:r>
    </w:p>
    <w:p w14:paraId="51B0C93E" w14:textId="77777777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Căn cứ Quyết định phân cấp quản lý cán bộ, công chức, viên chức của ..........;</w:t>
      </w:r>
    </w:p>
    <w:p w14:paraId="06252E50" w14:textId="77777777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Xét đề nghị của (Trưởng phòng/Tổ chức cán bộ) ..........;</w:t>
      </w:r>
    </w:p>
    <w:p w14:paraId="5B6E5DEC" w14:textId="77777777" w:rsidR="00F931BF" w:rsidRPr="003D4978" w:rsidRDefault="00000000" w:rsidP="003D4978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D4978">
        <w:rPr>
          <w:rFonts w:ascii="Times New Roman" w:hAnsi="Times New Roman" w:cs="Times New Roman"/>
          <w:b/>
          <w:bCs/>
          <w:sz w:val="26"/>
          <w:szCs w:val="26"/>
        </w:rPr>
        <w:br/>
        <w:t>QUYẾT ĐỊNH:</w:t>
      </w:r>
    </w:p>
    <w:p w14:paraId="3415FCAE" w14:textId="77777777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Điều 1. Áp dụng hình thức kỷ luật buộc thôi việc đối với:</w:t>
      </w:r>
      <w:r w:rsidRPr="00081D6F">
        <w:rPr>
          <w:rFonts w:ascii="Times New Roman" w:hAnsi="Times New Roman" w:cs="Times New Roman"/>
          <w:sz w:val="26"/>
          <w:szCs w:val="26"/>
        </w:rPr>
        <w:br/>
        <w:t>- Ông/Bà: ........................................</w:t>
      </w:r>
      <w:r w:rsidRPr="00081D6F">
        <w:rPr>
          <w:rFonts w:ascii="Times New Roman" w:hAnsi="Times New Roman" w:cs="Times New Roman"/>
          <w:sz w:val="26"/>
          <w:szCs w:val="26"/>
        </w:rPr>
        <w:br/>
        <w:t>- Chức vụ: ......................................</w:t>
      </w:r>
      <w:r w:rsidRPr="00081D6F">
        <w:rPr>
          <w:rFonts w:ascii="Times New Roman" w:hAnsi="Times New Roman" w:cs="Times New Roman"/>
          <w:sz w:val="26"/>
          <w:szCs w:val="26"/>
        </w:rPr>
        <w:br/>
        <w:t>- Đơn vị công tác: ...............................</w:t>
      </w:r>
      <w:r w:rsidRPr="00081D6F">
        <w:rPr>
          <w:rFonts w:ascii="Times New Roman" w:hAnsi="Times New Roman" w:cs="Times New Roman"/>
          <w:sz w:val="26"/>
          <w:szCs w:val="26"/>
        </w:rPr>
        <w:br/>
        <w:t>- Lý do: .........................................</w:t>
      </w:r>
    </w:p>
    <w:p w14:paraId="4A8B5FCC" w14:textId="77777777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Điều 2. Ông/Bà có tên tại Điều 1 chịu trách nhiệm bàn giao công việc, tài sản, hồ sơ (nếu có) cho đơn vị trước khi quyết định này có hiệu lực.</w:t>
      </w:r>
    </w:p>
    <w:p w14:paraId="6B00E4EF" w14:textId="77777777" w:rsidR="003D4978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Điều 3. Các Ông/Bà (Trưởng phòng Tổ chức cán bộ, Kế toán, Thủ trưởng đơn vị và cá nhân có tên tại Điều 1) chịu trách nhiệm thi hành Quyết định này.</w:t>
      </w:r>
    </w:p>
    <w:p w14:paraId="3CB6CBEE" w14:textId="0FBD44B1" w:rsidR="00F931BF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lastRenderedPageBreak/>
        <w:t>Quyết định này có hiệu lực kể từ ngày ký.</w:t>
      </w:r>
    </w:p>
    <w:p w14:paraId="038FA302" w14:textId="77777777" w:rsidR="003D4978" w:rsidRDefault="00000000" w:rsidP="003D4978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br/>
      </w:r>
      <w:r w:rsidR="003D4978" w:rsidRPr="00081D6F">
        <w:rPr>
          <w:rFonts w:ascii="Times New Roman" w:hAnsi="Times New Roman" w:cs="Times New Roman"/>
          <w:sz w:val="26"/>
          <w:szCs w:val="26"/>
        </w:rPr>
        <w:t>THỦ TRƯỞNG CƠ QUAN/ĐƠN VỊ</w:t>
      </w:r>
    </w:p>
    <w:p w14:paraId="7C2780BC" w14:textId="1C5B9A98" w:rsidR="003D4978" w:rsidRPr="00081D6F" w:rsidRDefault="003D4978" w:rsidP="003D4978">
      <w:pPr>
        <w:spacing w:line="360" w:lineRule="auto"/>
        <w:ind w:firstLine="54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81D6F">
        <w:rPr>
          <w:rFonts w:ascii="Times New Roman" w:hAnsi="Times New Roman" w:cs="Times New Roman"/>
          <w:sz w:val="26"/>
          <w:szCs w:val="26"/>
        </w:rPr>
        <w:t>(Ký, ghi rõ họ tên, đóng dấu)</w:t>
      </w:r>
    </w:p>
    <w:p w14:paraId="417AA50A" w14:textId="1282A9E1" w:rsidR="003D4978" w:rsidRDefault="003D4978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04AD9F6" w14:textId="1256E337" w:rsidR="003D4978" w:rsidRPr="00081D6F" w:rsidRDefault="00000000" w:rsidP="003D49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Nơi nhận:</w:t>
      </w:r>
      <w:r w:rsidRPr="00081D6F">
        <w:rPr>
          <w:rFonts w:ascii="Times New Roman" w:hAnsi="Times New Roman" w:cs="Times New Roman"/>
          <w:sz w:val="26"/>
          <w:szCs w:val="26"/>
        </w:rPr>
        <w:br/>
        <w:t>- Như Điều 3;</w:t>
      </w:r>
      <w:r w:rsidRPr="00081D6F">
        <w:rPr>
          <w:rFonts w:ascii="Times New Roman" w:hAnsi="Times New Roman" w:cs="Times New Roman"/>
          <w:sz w:val="26"/>
          <w:szCs w:val="26"/>
        </w:rPr>
        <w:br/>
        <w:t>- Lưu: VT,</w:t>
      </w:r>
      <w:r w:rsidR="003D4978">
        <w:rPr>
          <w:rFonts w:ascii="Times New Roman" w:hAnsi="Times New Roman" w:cs="Times New Roman"/>
          <w:sz w:val="26"/>
          <w:szCs w:val="26"/>
        </w:rPr>
        <w:t>…</w:t>
      </w:r>
    </w:p>
    <w:p w14:paraId="12987E93" w14:textId="2978BB3F" w:rsidR="00F931BF" w:rsidRPr="00081D6F" w:rsidRDefault="00F931BF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F931BF" w:rsidRPr="00081D6F" w:rsidSect="00081D6F">
      <w:pgSz w:w="12240" w:h="15840"/>
      <w:pgMar w:top="1440" w:right="81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0700701">
    <w:abstractNumId w:val="8"/>
  </w:num>
  <w:num w:numId="2" w16cid:durableId="923952747">
    <w:abstractNumId w:val="6"/>
  </w:num>
  <w:num w:numId="3" w16cid:durableId="1045446411">
    <w:abstractNumId w:val="5"/>
  </w:num>
  <w:num w:numId="4" w16cid:durableId="517813695">
    <w:abstractNumId w:val="4"/>
  </w:num>
  <w:num w:numId="5" w16cid:durableId="751001897">
    <w:abstractNumId w:val="7"/>
  </w:num>
  <w:num w:numId="6" w16cid:durableId="1809202027">
    <w:abstractNumId w:val="3"/>
  </w:num>
  <w:num w:numId="7" w16cid:durableId="2020807603">
    <w:abstractNumId w:val="2"/>
  </w:num>
  <w:num w:numId="8" w16cid:durableId="1422724627">
    <w:abstractNumId w:val="1"/>
  </w:num>
  <w:num w:numId="9" w16cid:durableId="200666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D6F"/>
    <w:rsid w:val="0015074B"/>
    <w:rsid w:val="0029639D"/>
    <w:rsid w:val="00326F90"/>
    <w:rsid w:val="003D4978"/>
    <w:rsid w:val="00A13297"/>
    <w:rsid w:val="00AA1D8D"/>
    <w:rsid w:val="00B47730"/>
    <w:rsid w:val="00CB0664"/>
    <w:rsid w:val="00F931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1F5BCF"/>
  <w14:defaultImageDpi w14:val="300"/>
  <w15:docId w15:val="{40560F3C-F89D-456B-AE35-1C813845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4</cp:revision>
  <dcterms:created xsi:type="dcterms:W3CDTF">2025-09-19T09:21:00Z</dcterms:created>
  <dcterms:modified xsi:type="dcterms:W3CDTF">2025-09-19T09:33:00Z</dcterms:modified>
  <cp:category/>
</cp:coreProperties>
</file>