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26A84F" w14:textId="0B48A7AD" w:rsidR="00F405D6" w:rsidRPr="002E5748" w:rsidRDefault="00000000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2E5748">
        <w:rPr>
          <w:rFonts w:ascii="Times New Roman" w:hAnsi="Times New Roman" w:cs="Times New Roman"/>
          <w:b/>
          <w:bCs/>
          <w:sz w:val="26"/>
          <w:szCs w:val="26"/>
        </w:rPr>
        <w:t>CHI BỘ ......................</w:t>
      </w:r>
      <w:r w:rsidR="002E5748" w:rsidRPr="002E5748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</w:t>
      </w:r>
      <w:r w:rsidR="002E5748" w:rsidRPr="002E5748">
        <w:rPr>
          <w:rFonts w:ascii="Times New Roman" w:hAnsi="Times New Roman" w:cs="Times New Roman"/>
          <w:b/>
          <w:bCs/>
          <w:sz w:val="26"/>
          <w:szCs w:val="26"/>
        </w:rPr>
        <w:t>ĐẢNG CỘNG SẢN VIỆT NAM</w:t>
      </w:r>
    </w:p>
    <w:p w14:paraId="4614F9AC" w14:textId="659A8E45" w:rsidR="00F405D6" w:rsidRPr="002E5748" w:rsidRDefault="00000000">
      <w:pPr>
        <w:rPr>
          <w:rFonts w:ascii="Times New Roman" w:hAnsi="Times New Roman" w:cs="Times New Roman"/>
          <w:sz w:val="26"/>
          <w:szCs w:val="26"/>
        </w:rPr>
      </w:pPr>
      <w:r w:rsidRPr="002E5748">
        <w:rPr>
          <w:rFonts w:ascii="Times New Roman" w:hAnsi="Times New Roman" w:cs="Times New Roman"/>
          <w:b/>
          <w:bCs/>
          <w:sz w:val="26"/>
          <w:szCs w:val="26"/>
        </w:rPr>
        <w:t>Số: ...-QĐ/CB</w:t>
      </w:r>
      <w:r w:rsidR="002E5748" w:rsidRPr="002E5748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2E5748" w:rsidRPr="002E5748"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  <w:r w:rsidR="002E5748" w:rsidRPr="002E5748">
        <w:rPr>
          <w:rFonts w:ascii="Times New Roman" w:hAnsi="Times New Roman" w:cs="Times New Roman"/>
          <w:sz w:val="26"/>
          <w:szCs w:val="26"/>
        </w:rPr>
        <w:t>................, ngày .... tháng .... năm ....</w:t>
      </w:r>
      <w:r w:rsidRPr="002E5748">
        <w:rPr>
          <w:rFonts w:ascii="Times New Roman" w:hAnsi="Times New Roman" w:cs="Times New Roman"/>
          <w:sz w:val="26"/>
          <w:szCs w:val="26"/>
        </w:rPr>
        <w:br/>
      </w:r>
    </w:p>
    <w:p w14:paraId="2DBB1061" w14:textId="77777777" w:rsidR="00F405D6" w:rsidRPr="002E5748" w:rsidRDefault="00000000">
      <w:pPr>
        <w:jc w:val="center"/>
        <w:rPr>
          <w:rFonts w:ascii="Times New Roman" w:hAnsi="Times New Roman" w:cs="Times New Roman"/>
          <w:sz w:val="26"/>
          <w:szCs w:val="26"/>
        </w:rPr>
      </w:pPr>
      <w:r w:rsidRPr="002E5748">
        <w:rPr>
          <w:rFonts w:ascii="Times New Roman" w:hAnsi="Times New Roman" w:cs="Times New Roman"/>
          <w:b/>
          <w:sz w:val="26"/>
          <w:szCs w:val="26"/>
        </w:rPr>
        <w:t>QUYẾT ĐỊNH</w:t>
      </w:r>
    </w:p>
    <w:p w14:paraId="763C4541" w14:textId="46A290D1" w:rsidR="00F405D6" w:rsidRPr="002E5748" w:rsidRDefault="00000000" w:rsidP="002E5748">
      <w:pPr>
        <w:jc w:val="center"/>
        <w:rPr>
          <w:rFonts w:ascii="Times New Roman" w:hAnsi="Times New Roman" w:cs="Times New Roman"/>
          <w:sz w:val="26"/>
          <w:szCs w:val="26"/>
        </w:rPr>
      </w:pPr>
      <w:r w:rsidRPr="002E5748">
        <w:rPr>
          <w:rFonts w:ascii="Times New Roman" w:hAnsi="Times New Roman" w:cs="Times New Roman"/>
          <w:i/>
          <w:sz w:val="26"/>
          <w:szCs w:val="26"/>
        </w:rPr>
        <w:t>Về việc kỷ luật đảng viên</w:t>
      </w:r>
      <w:r w:rsidRPr="002E5748">
        <w:rPr>
          <w:rFonts w:ascii="Times New Roman" w:hAnsi="Times New Roman" w:cs="Times New Roman"/>
          <w:sz w:val="26"/>
          <w:szCs w:val="26"/>
        </w:rPr>
        <w:br/>
      </w:r>
    </w:p>
    <w:p w14:paraId="0139D0EB" w14:textId="77777777" w:rsidR="00F405D6" w:rsidRPr="002E5748" w:rsidRDefault="00000000">
      <w:pPr>
        <w:rPr>
          <w:rFonts w:ascii="Times New Roman" w:hAnsi="Times New Roman" w:cs="Times New Roman"/>
          <w:sz w:val="26"/>
          <w:szCs w:val="26"/>
        </w:rPr>
      </w:pPr>
      <w:r w:rsidRPr="002E5748">
        <w:rPr>
          <w:rFonts w:ascii="Times New Roman" w:hAnsi="Times New Roman" w:cs="Times New Roman"/>
          <w:sz w:val="26"/>
          <w:szCs w:val="26"/>
        </w:rPr>
        <w:t>Căn cứ Điều lệ Đảng Cộng sản Việt Nam;</w:t>
      </w:r>
    </w:p>
    <w:p w14:paraId="2210760E" w14:textId="77777777" w:rsidR="00F405D6" w:rsidRPr="002E5748" w:rsidRDefault="00000000">
      <w:pPr>
        <w:rPr>
          <w:rFonts w:ascii="Times New Roman" w:hAnsi="Times New Roman" w:cs="Times New Roman"/>
          <w:sz w:val="26"/>
          <w:szCs w:val="26"/>
        </w:rPr>
      </w:pPr>
      <w:r w:rsidRPr="002E5748">
        <w:rPr>
          <w:rFonts w:ascii="Times New Roman" w:hAnsi="Times New Roman" w:cs="Times New Roman"/>
          <w:sz w:val="26"/>
          <w:szCs w:val="26"/>
        </w:rPr>
        <w:t>Căn cứ Quy định số 22-QĐ/TW ngày 28/7/2021 của Ban Chấp hành Trung ương về công tác kiểm tra, giám sát và kỷ luật của Đảng;</w:t>
      </w:r>
    </w:p>
    <w:p w14:paraId="6C8DB0C8" w14:textId="77777777" w:rsidR="00F405D6" w:rsidRPr="002E5748" w:rsidRDefault="00000000">
      <w:pPr>
        <w:rPr>
          <w:rFonts w:ascii="Times New Roman" w:hAnsi="Times New Roman" w:cs="Times New Roman"/>
          <w:sz w:val="26"/>
          <w:szCs w:val="26"/>
        </w:rPr>
      </w:pPr>
      <w:r w:rsidRPr="002E5748">
        <w:rPr>
          <w:rFonts w:ascii="Times New Roman" w:hAnsi="Times New Roman" w:cs="Times New Roman"/>
          <w:sz w:val="26"/>
          <w:szCs w:val="26"/>
        </w:rPr>
        <w:t>Căn cứ vào khuyết điểm, vi phạm của đồng chí ..................................................;</w:t>
      </w:r>
    </w:p>
    <w:p w14:paraId="12C3C8C1" w14:textId="77777777" w:rsidR="00F405D6" w:rsidRPr="002E5748" w:rsidRDefault="00000000">
      <w:pPr>
        <w:rPr>
          <w:rFonts w:ascii="Times New Roman" w:hAnsi="Times New Roman" w:cs="Times New Roman"/>
          <w:sz w:val="26"/>
          <w:szCs w:val="26"/>
        </w:rPr>
      </w:pPr>
      <w:r w:rsidRPr="002E5748">
        <w:rPr>
          <w:rFonts w:ascii="Times New Roman" w:hAnsi="Times New Roman" w:cs="Times New Roman"/>
          <w:sz w:val="26"/>
          <w:szCs w:val="26"/>
        </w:rPr>
        <w:t>Căn cứ Nghị quyết của Chi bộ .................................................. tại cuộc họp ngày .... tháng .... năm ....;</w:t>
      </w:r>
    </w:p>
    <w:p w14:paraId="7BF9591E" w14:textId="77777777" w:rsidR="00F405D6" w:rsidRPr="002E5748" w:rsidRDefault="00000000">
      <w:pPr>
        <w:rPr>
          <w:rFonts w:ascii="Times New Roman" w:hAnsi="Times New Roman" w:cs="Times New Roman"/>
          <w:sz w:val="26"/>
          <w:szCs w:val="26"/>
        </w:rPr>
      </w:pPr>
      <w:r w:rsidRPr="002E5748">
        <w:rPr>
          <w:rFonts w:ascii="Times New Roman" w:hAnsi="Times New Roman" w:cs="Times New Roman"/>
          <w:sz w:val="26"/>
          <w:szCs w:val="26"/>
        </w:rPr>
        <w:br/>
      </w:r>
    </w:p>
    <w:p w14:paraId="27DCDF44" w14:textId="77777777" w:rsidR="00F405D6" w:rsidRPr="002E5748" w:rsidRDefault="00000000" w:rsidP="002E5748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2E5748">
        <w:rPr>
          <w:rFonts w:ascii="Times New Roman" w:hAnsi="Times New Roman" w:cs="Times New Roman"/>
          <w:b/>
          <w:sz w:val="26"/>
          <w:szCs w:val="26"/>
        </w:rPr>
        <w:t>QUYẾT ĐỊNH:</w:t>
      </w:r>
    </w:p>
    <w:p w14:paraId="5F6E07D9" w14:textId="77777777" w:rsidR="00F405D6" w:rsidRPr="002E5748" w:rsidRDefault="00000000" w:rsidP="002E5748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2E5748">
        <w:rPr>
          <w:rFonts w:ascii="Times New Roman" w:hAnsi="Times New Roman" w:cs="Times New Roman"/>
          <w:sz w:val="26"/>
          <w:szCs w:val="26"/>
        </w:rPr>
        <w:t>Điều 1. Thi hành kỷ luật đối với đồng chí: .................................................., sinh ngày ....../....../........, là đảng viên sinh hoạt tại Chi bộ .................................................. với hình thức: ..................................................</w:t>
      </w:r>
    </w:p>
    <w:p w14:paraId="1B2FE900" w14:textId="77777777" w:rsidR="00F405D6" w:rsidRPr="002E5748" w:rsidRDefault="00000000" w:rsidP="002E5748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2E5748">
        <w:rPr>
          <w:rFonts w:ascii="Times New Roman" w:hAnsi="Times New Roman" w:cs="Times New Roman"/>
          <w:sz w:val="26"/>
          <w:szCs w:val="26"/>
        </w:rPr>
        <w:t>Điều 2. Đồng chí .................................................. có trách nhiệm chấp hành nghiêm túc Quyết định này và sửa chữa khuyết điểm, vi phạm; Chi bộ .................................................. có trách nhiệm kiểm tra, giám sát việc thực hiện của đồng chí.</w:t>
      </w:r>
    </w:p>
    <w:p w14:paraId="180A5E53" w14:textId="77777777" w:rsidR="00F405D6" w:rsidRPr="002E5748" w:rsidRDefault="00000000" w:rsidP="002E5748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2E5748">
        <w:rPr>
          <w:rFonts w:ascii="Times New Roman" w:hAnsi="Times New Roman" w:cs="Times New Roman"/>
          <w:sz w:val="26"/>
          <w:szCs w:val="26"/>
        </w:rPr>
        <w:t>Điều 3. Quyết định này có hiệu lực kể từ ngày ký. Các đồng chí trong Chi bộ và đồng chí .................................................. chịu trách nhiệm thi hành Quyết định này.</w:t>
      </w:r>
    </w:p>
    <w:p w14:paraId="60D147E7" w14:textId="77777777" w:rsidR="00F405D6" w:rsidRPr="002E5748" w:rsidRDefault="00000000">
      <w:pPr>
        <w:rPr>
          <w:rFonts w:ascii="Times New Roman" w:hAnsi="Times New Roman" w:cs="Times New Roman"/>
          <w:sz w:val="26"/>
          <w:szCs w:val="26"/>
        </w:rPr>
      </w:pPr>
      <w:r w:rsidRPr="002E5748">
        <w:rPr>
          <w:rFonts w:ascii="Times New Roman" w:hAnsi="Times New Roman" w:cs="Times New Roman"/>
          <w:sz w:val="26"/>
          <w:szCs w:val="26"/>
        </w:rPr>
        <w:lastRenderedPageBreak/>
        <w:br/>
      </w:r>
    </w:p>
    <w:p w14:paraId="57C05A22" w14:textId="77777777" w:rsidR="00F405D6" w:rsidRPr="002E5748" w:rsidRDefault="00000000">
      <w:pPr>
        <w:rPr>
          <w:rFonts w:ascii="Times New Roman" w:hAnsi="Times New Roman" w:cs="Times New Roman"/>
          <w:sz w:val="26"/>
          <w:szCs w:val="26"/>
        </w:rPr>
      </w:pPr>
      <w:r w:rsidRPr="002E5748">
        <w:rPr>
          <w:rFonts w:ascii="Times New Roman" w:hAnsi="Times New Roman" w:cs="Times New Roman"/>
          <w:sz w:val="26"/>
          <w:szCs w:val="26"/>
        </w:rPr>
        <w:t>Nơi nhận:</w:t>
      </w:r>
    </w:p>
    <w:p w14:paraId="094EB5CD" w14:textId="77777777" w:rsidR="00F405D6" w:rsidRPr="002E5748" w:rsidRDefault="00000000">
      <w:pPr>
        <w:rPr>
          <w:rFonts w:ascii="Times New Roman" w:hAnsi="Times New Roman" w:cs="Times New Roman"/>
          <w:sz w:val="26"/>
          <w:szCs w:val="26"/>
        </w:rPr>
      </w:pPr>
      <w:r w:rsidRPr="002E5748">
        <w:rPr>
          <w:rFonts w:ascii="Times New Roman" w:hAnsi="Times New Roman" w:cs="Times New Roman"/>
          <w:sz w:val="26"/>
          <w:szCs w:val="26"/>
        </w:rPr>
        <w:t>- Đảng ủy cấp trên;</w:t>
      </w:r>
    </w:p>
    <w:p w14:paraId="2BA13F15" w14:textId="77777777" w:rsidR="00F405D6" w:rsidRPr="002E5748" w:rsidRDefault="00000000">
      <w:pPr>
        <w:rPr>
          <w:rFonts w:ascii="Times New Roman" w:hAnsi="Times New Roman" w:cs="Times New Roman"/>
          <w:sz w:val="26"/>
          <w:szCs w:val="26"/>
        </w:rPr>
      </w:pPr>
      <w:r w:rsidRPr="002E5748">
        <w:rPr>
          <w:rFonts w:ascii="Times New Roman" w:hAnsi="Times New Roman" w:cs="Times New Roman"/>
          <w:sz w:val="26"/>
          <w:szCs w:val="26"/>
        </w:rPr>
        <w:t>- Đ/c ................................;</w:t>
      </w:r>
    </w:p>
    <w:p w14:paraId="63FDD8A7" w14:textId="77777777" w:rsidR="00F405D6" w:rsidRPr="002E5748" w:rsidRDefault="00000000">
      <w:pPr>
        <w:rPr>
          <w:rFonts w:ascii="Times New Roman" w:hAnsi="Times New Roman" w:cs="Times New Roman"/>
          <w:sz w:val="26"/>
          <w:szCs w:val="26"/>
        </w:rPr>
      </w:pPr>
      <w:r w:rsidRPr="002E5748">
        <w:rPr>
          <w:rFonts w:ascii="Times New Roman" w:hAnsi="Times New Roman" w:cs="Times New Roman"/>
          <w:sz w:val="26"/>
          <w:szCs w:val="26"/>
        </w:rPr>
        <w:t>- Lưu Chi bộ.</w:t>
      </w:r>
    </w:p>
    <w:p w14:paraId="1C6D5836" w14:textId="77777777" w:rsidR="00F405D6" w:rsidRPr="002E5748" w:rsidRDefault="00000000" w:rsidP="002E5748">
      <w:pPr>
        <w:ind w:left="5490" w:firstLine="90"/>
        <w:jc w:val="center"/>
        <w:rPr>
          <w:rFonts w:ascii="Times New Roman" w:hAnsi="Times New Roman" w:cs="Times New Roman"/>
          <w:sz w:val="26"/>
          <w:szCs w:val="26"/>
        </w:rPr>
      </w:pPr>
      <w:r w:rsidRPr="002E5748">
        <w:rPr>
          <w:rFonts w:ascii="Times New Roman" w:hAnsi="Times New Roman" w:cs="Times New Roman"/>
          <w:b/>
          <w:sz w:val="26"/>
          <w:szCs w:val="26"/>
        </w:rPr>
        <w:t>T/M CHI BỘ</w:t>
      </w:r>
      <w:r w:rsidRPr="002E5748">
        <w:rPr>
          <w:rFonts w:ascii="Times New Roman" w:hAnsi="Times New Roman" w:cs="Times New Roman"/>
          <w:b/>
          <w:sz w:val="26"/>
          <w:szCs w:val="26"/>
        </w:rPr>
        <w:br/>
        <w:t>BÍ THƯ</w:t>
      </w:r>
    </w:p>
    <w:sectPr w:rsidR="00F405D6" w:rsidRPr="002E574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2348438">
    <w:abstractNumId w:val="8"/>
  </w:num>
  <w:num w:numId="2" w16cid:durableId="588735262">
    <w:abstractNumId w:val="6"/>
  </w:num>
  <w:num w:numId="3" w16cid:durableId="1022630803">
    <w:abstractNumId w:val="5"/>
  </w:num>
  <w:num w:numId="4" w16cid:durableId="1057633990">
    <w:abstractNumId w:val="4"/>
  </w:num>
  <w:num w:numId="5" w16cid:durableId="1408500606">
    <w:abstractNumId w:val="7"/>
  </w:num>
  <w:num w:numId="6" w16cid:durableId="1799487509">
    <w:abstractNumId w:val="3"/>
  </w:num>
  <w:num w:numId="7" w16cid:durableId="2137288581">
    <w:abstractNumId w:val="2"/>
  </w:num>
  <w:num w:numId="8" w16cid:durableId="111899007">
    <w:abstractNumId w:val="1"/>
  </w:num>
  <w:num w:numId="9" w16cid:durableId="1284536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5748"/>
    <w:rsid w:val="00326F90"/>
    <w:rsid w:val="00AA1D8D"/>
    <w:rsid w:val="00B47730"/>
    <w:rsid w:val="00CB0664"/>
    <w:rsid w:val="00F405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6A4554"/>
  <w14:defaultImageDpi w14:val="300"/>
  <w15:docId w15:val="{9473CD89-4891-473A-8E6A-6F746C945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Triều Long LĐTL</cp:lastModifiedBy>
  <cp:revision>2</cp:revision>
  <dcterms:created xsi:type="dcterms:W3CDTF">2025-09-22T02:34:00Z</dcterms:created>
  <dcterms:modified xsi:type="dcterms:W3CDTF">2025-09-22T02:34:00Z</dcterms:modified>
  <cp:category/>
</cp:coreProperties>
</file>