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38CA0" w14:textId="77777777" w:rsidR="00BF1B22" w:rsidRPr="00A40931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A40931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14:paraId="1F96CC1A" w14:textId="77777777" w:rsidR="00BF1B22" w:rsidRPr="00A40931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A40931">
        <w:rPr>
          <w:rFonts w:ascii="Times New Roman" w:hAnsi="Times New Roman" w:cs="Times New Roman"/>
          <w:b/>
          <w:sz w:val="26"/>
          <w:szCs w:val="26"/>
        </w:rPr>
        <w:t>Độc lập - Tự do - Hạnh phúc</w:t>
      </w:r>
    </w:p>
    <w:p w14:paraId="7720C7E0" w14:textId="77777777" w:rsidR="00BF1B22" w:rsidRPr="00A40931" w:rsidRDefault="00000000">
      <w:pPr>
        <w:rPr>
          <w:rFonts w:ascii="Times New Roman" w:hAnsi="Times New Roman" w:cs="Times New Roman"/>
          <w:sz w:val="26"/>
          <w:szCs w:val="26"/>
        </w:rPr>
      </w:pPr>
      <w:r w:rsidRPr="00A40931">
        <w:rPr>
          <w:rFonts w:ascii="Times New Roman" w:hAnsi="Times New Roman" w:cs="Times New Roman"/>
          <w:sz w:val="26"/>
          <w:szCs w:val="26"/>
        </w:rPr>
        <w:br/>
        <w:t>Số: ....../QĐ-....</w:t>
      </w:r>
    </w:p>
    <w:p w14:paraId="3FA0D2B0" w14:textId="77777777" w:rsidR="00BF1B22" w:rsidRPr="00A40931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A40931">
        <w:rPr>
          <w:rFonts w:ascii="Times New Roman" w:hAnsi="Times New Roman" w:cs="Times New Roman"/>
          <w:sz w:val="26"/>
          <w:szCs w:val="26"/>
        </w:rPr>
        <w:br/>
        <w:t>QUYẾT ĐỊNH</w:t>
      </w:r>
      <w:r w:rsidRPr="00A40931">
        <w:rPr>
          <w:rFonts w:ascii="Times New Roman" w:hAnsi="Times New Roman" w:cs="Times New Roman"/>
          <w:sz w:val="26"/>
          <w:szCs w:val="26"/>
        </w:rPr>
        <w:br/>
        <w:t>Về việc tăng lương, nâng bậc lương</w:t>
      </w:r>
    </w:p>
    <w:p w14:paraId="17BF7C96" w14:textId="01F526E4" w:rsidR="00BF1B22" w:rsidRPr="00A40931" w:rsidRDefault="00000000">
      <w:pPr>
        <w:rPr>
          <w:rFonts w:ascii="Times New Roman" w:hAnsi="Times New Roman" w:cs="Times New Roman"/>
          <w:sz w:val="26"/>
          <w:szCs w:val="26"/>
        </w:rPr>
      </w:pPr>
      <w:r w:rsidRPr="00A40931">
        <w:rPr>
          <w:rFonts w:ascii="Times New Roman" w:hAnsi="Times New Roman" w:cs="Times New Roman"/>
          <w:sz w:val="26"/>
          <w:szCs w:val="26"/>
        </w:rPr>
        <w:br/>
        <w:t>- Căn cứ Bộ luật Lao động 2019;</w:t>
      </w:r>
    </w:p>
    <w:p w14:paraId="281B4762" w14:textId="0B970930" w:rsidR="00BF1B22" w:rsidRPr="00A40931" w:rsidRDefault="00000000">
      <w:pPr>
        <w:rPr>
          <w:rFonts w:ascii="Times New Roman" w:hAnsi="Times New Roman" w:cs="Times New Roman"/>
          <w:sz w:val="26"/>
          <w:szCs w:val="26"/>
        </w:rPr>
      </w:pPr>
      <w:r w:rsidRPr="00A40931">
        <w:rPr>
          <w:rFonts w:ascii="Times New Roman" w:hAnsi="Times New Roman" w:cs="Times New Roman"/>
          <w:sz w:val="26"/>
          <w:szCs w:val="26"/>
        </w:rPr>
        <w:t>- Căn cứ Nghị định 145/2020/NĐ-CP hướng dẫn Bộ luật Lao động về điều kiện lao động và quan hệ lao động;</w:t>
      </w:r>
    </w:p>
    <w:p w14:paraId="398E399E" w14:textId="77777777" w:rsidR="00BF1B22" w:rsidRPr="00A40931" w:rsidRDefault="00000000">
      <w:pPr>
        <w:rPr>
          <w:rFonts w:ascii="Times New Roman" w:hAnsi="Times New Roman" w:cs="Times New Roman"/>
          <w:sz w:val="26"/>
          <w:szCs w:val="26"/>
        </w:rPr>
      </w:pPr>
      <w:r w:rsidRPr="00A40931">
        <w:rPr>
          <w:rFonts w:ascii="Times New Roman" w:hAnsi="Times New Roman" w:cs="Times New Roman"/>
          <w:sz w:val="26"/>
          <w:szCs w:val="26"/>
        </w:rPr>
        <w:t>- Căn cứ Quy chế trả lương, nâng bậc lương của Công ty;</w:t>
      </w:r>
    </w:p>
    <w:p w14:paraId="20453306" w14:textId="77777777" w:rsidR="00BF1B22" w:rsidRPr="00A40931" w:rsidRDefault="00000000">
      <w:pPr>
        <w:rPr>
          <w:rFonts w:ascii="Times New Roman" w:hAnsi="Times New Roman" w:cs="Times New Roman"/>
          <w:sz w:val="26"/>
          <w:szCs w:val="26"/>
        </w:rPr>
      </w:pPr>
      <w:r w:rsidRPr="00A40931">
        <w:rPr>
          <w:rFonts w:ascii="Times New Roman" w:hAnsi="Times New Roman" w:cs="Times New Roman"/>
          <w:sz w:val="26"/>
          <w:szCs w:val="26"/>
        </w:rPr>
        <w:t>- Căn cứ vào kết quả đánh giá mức độ hoàn thành công việc năm ........ của người lao động;</w:t>
      </w:r>
    </w:p>
    <w:p w14:paraId="19C331BE" w14:textId="77777777" w:rsidR="00BF1B22" w:rsidRPr="00A40931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A40931">
        <w:rPr>
          <w:rFonts w:ascii="Times New Roman" w:hAnsi="Times New Roman" w:cs="Times New Roman"/>
          <w:sz w:val="26"/>
          <w:szCs w:val="26"/>
        </w:rPr>
        <w:br/>
        <w:t>GIÁM ĐỐC CÔNG TY</w:t>
      </w:r>
      <w:r w:rsidRPr="00A40931">
        <w:rPr>
          <w:rFonts w:ascii="Times New Roman" w:hAnsi="Times New Roman" w:cs="Times New Roman"/>
          <w:sz w:val="26"/>
          <w:szCs w:val="26"/>
        </w:rPr>
        <w:br/>
        <w:t>QUYẾT ĐỊNH:</w:t>
      </w:r>
      <w:r w:rsidRPr="00A40931">
        <w:rPr>
          <w:rFonts w:ascii="Times New Roman" w:hAnsi="Times New Roman" w:cs="Times New Roman"/>
          <w:sz w:val="26"/>
          <w:szCs w:val="26"/>
        </w:rPr>
        <w:br/>
      </w:r>
    </w:p>
    <w:p w14:paraId="70580137" w14:textId="77777777" w:rsidR="00BF1B22" w:rsidRPr="00A40931" w:rsidRDefault="00000000">
      <w:pPr>
        <w:rPr>
          <w:rFonts w:ascii="Times New Roman" w:hAnsi="Times New Roman" w:cs="Times New Roman"/>
          <w:sz w:val="26"/>
          <w:szCs w:val="26"/>
        </w:rPr>
      </w:pPr>
      <w:r w:rsidRPr="00A40931">
        <w:rPr>
          <w:rFonts w:ascii="Times New Roman" w:hAnsi="Times New Roman" w:cs="Times New Roman"/>
          <w:sz w:val="26"/>
          <w:szCs w:val="26"/>
        </w:rPr>
        <w:t>Điều 1. Tăng lương, nâng bậc lương cho người lao động có thông tin sau:</w:t>
      </w:r>
      <w:r w:rsidRPr="00A40931">
        <w:rPr>
          <w:rFonts w:ascii="Times New Roman" w:hAnsi="Times New Roman" w:cs="Times New Roman"/>
          <w:sz w:val="26"/>
          <w:szCs w:val="26"/>
        </w:rPr>
        <w:br/>
        <w:t>Họ và tên: ..........................................................................................................</w:t>
      </w:r>
      <w:r w:rsidRPr="00A40931">
        <w:rPr>
          <w:rFonts w:ascii="Times New Roman" w:hAnsi="Times New Roman" w:cs="Times New Roman"/>
          <w:sz w:val="26"/>
          <w:szCs w:val="26"/>
        </w:rPr>
        <w:br/>
        <w:t>Ngày sinh: ........................................................................................................</w:t>
      </w:r>
      <w:r w:rsidRPr="00A40931">
        <w:rPr>
          <w:rFonts w:ascii="Times New Roman" w:hAnsi="Times New Roman" w:cs="Times New Roman"/>
          <w:sz w:val="26"/>
          <w:szCs w:val="26"/>
        </w:rPr>
        <w:br/>
        <w:t>Chức danh/Chức vụ: .........................................................................................</w:t>
      </w:r>
      <w:r w:rsidRPr="00A40931">
        <w:rPr>
          <w:rFonts w:ascii="Times New Roman" w:hAnsi="Times New Roman" w:cs="Times New Roman"/>
          <w:sz w:val="26"/>
          <w:szCs w:val="26"/>
        </w:rPr>
        <w:br/>
        <w:t>Bộ phận/Phòng ban: ..........................................................................................</w:t>
      </w:r>
      <w:r w:rsidRPr="00A40931">
        <w:rPr>
          <w:rFonts w:ascii="Times New Roman" w:hAnsi="Times New Roman" w:cs="Times New Roman"/>
          <w:sz w:val="26"/>
          <w:szCs w:val="26"/>
        </w:rPr>
        <w:br/>
        <w:t>Mã nhân viên (nếu có): ....................................................................................</w:t>
      </w:r>
      <w:r w:rsidRPr="00A40931">
        <w:rPr>
          <w:rFonts w:ascii="Times New Roman" w:hAnsi="Times New Roman" w:cs="Times New Roman"/>
          <w:sz w:val="26"/>
          <w:szCs w:val="26"/>
        </w:rPr>
        <w:br/>
        <w:t>Mức lương cũ: ..................................................................................................</w:t>
      </w:r>
      <w:r w:rsidRPr="00A40931">
        <w:rPr>
          <w:rFonts w:ascii="Times New Roman" w:hAnsi="Times New Roman" w:cs="Times New Roman"/>
          <w:sz w:val="26"/>
          <w:szCs w:val="26"/>
        </w:rPr>
        <w:br/>
        <w:t>Bậc lương cũ (nếu có): ....................................................................................</w:t>
      </w:r>
      <w:r w:rsidRPr="00A40931">
        <w:rPr>
          <w:rFonts w:ascii="Times New Roman" w:hAnsi="Times New Roman" w:cs="Times New Roman"/>
          <w:sz w:val="26"/>
          <w:szCs w:val="26"/>
        </w:rPr>
        <w:br/>
        <w:t>Mức lương mới: ................................................................................................</w:t>
      </w:r>
      <w:r w:rsidRPr="00A40931">
        <w:rPr>
          <w:rFonts w:ascii="Times New Roman" w:hAnsi="Times New Roman" w:cs="Times New Roman"/>
          <w:sz w:val="26"/>
          <w:szCs w:val="26"/>
        </w:rPr>
        <w:br/>
        <w:t>Bậc lương mới (nếu có): ..................................................................................</w:t>
      </w:r>
      <w:r w:rsidRPr="00A40931">
        <w:rPr>
          <w:rFonts w:ascii="Times New Roman" w:hAnsi="Times New Roman" w:cs="Times New Roman"/>
          <w:sz w:val="26"/>
          <w:szCs w:val="26"/>
        </w:rPr>
        <w:br/>
        <w:t>Tỷ lệ % tăng: .....................................................................................................</w:t>
      </w:r>
      <w:r w:rsidRPr="00A40931">
        <w:rPr>
          <w:rFonts w:ascii="Times New Roman" w:hAnsi="Times New Roman" w:cs="Times New Roman"/>
          <w:sz w:val="26"/>
          <w:szCs w:val="26"/>
        </w:rPr>
        <w:br/>
        <w:t>Ngày áp dụng: ..................................................................................................</w:t>
      </w:r>
      <w:r w:rsidRPr="00A40931">
        <w:rPr>
          <w:rFonts w:ascii="Times New Roman" w:hAnsi="Times New Roman" w:cs="Times New Roman"/>
          <w:sz w:val="26"/>
          <w:szCs w:val="26"/>
        </w:rPr>
        <w:br/>
      </w:r>
    </w:p>
    <w:p w14:paraId="7B3387D9" w14:textId="63308874" w:rsidR="00BF1B22" w:rsidRPr="00A40931" w:rsidRDefault="00000000">
      <w:pPr>
        <w:rPr>
          <w:rFonts w:ascii="Times New Roman" w:hAnsi="Times New Roman" w:cs="Times New Roman"/>
          <w:sz w:val="26"/>
          <w:szCs w:val="26"/>
        </w:rPr>
      </w:pPr>
      <w:r w:rsidRPr="00A40931">
        <w:rPr>
          <w:rFonts w:ascii="Times New Roman" w:hAnsi="Times New Roman" w:cs="Times New Roman"/>
          <w:sz w:val="26"/>
          <w:szCs w:val="26"/>
        </w:rPr>
        <w:t>Điều 2. Quyết định này có hiệu lực kể từ ngày .... tháng .... năm ........</w:t>
      </w:r>
    </w:p>
    <w:p w14:paraId="02EF8D31" w14:textId="77777777" w:rsidR="00BF1B22" w:rsidRPr="00A40931" w:rsidRDefault="00000000">
      <w:pPr>
        <w:rPr>
          <w:rFonts w:ascii="Times New Roman" w:hAnsi="Times New Roman" w:cs="Times New Roman"/>
          <w:sz w:val="26"/>
          <w:szCs w:val="26"/>
        </w:rPr>
      </w:pPr>
      <w:r w:rsidRPr="00A40931">
        <w:rPr>
          <w:rFonts w:ascii="Times New Roman" w:hAnsi="Times New Roman" w:cs="Times New Roman"/>
          <w:sz w:val="26"/>
          <w:szCs w:val="26"/>
        </w:rPr>
        <w:lastRenderedPageBreak/>
        <w:t>Điều 3. Phòng Hành chính – Nhân sự, Phòng Kế toán và các cá nhân, bộ phận liên quan chịu trách nhiệm thi hành Quyết định này.</w:t>
      </w:r>
      <w:r w:rsidRPr="00A40931">
        <w:rPr>
          <w:rFonts w:ascii="Times New Roman" w:hAnsi="Times New Roman" w:cs="Times New Roman"/>
          <w:sz w:val="26"/>
          <w:szCs w:val="26"/>
        </w:rPr>
        <w:br/>
      </w:r>
    </w:p>
    <w:p w14:paraId="3B083FEE" w14:textId="77777777" w:rsidR="00BF1B22" w:rsidRPr="00A40931" w:rsidRDefault="00000000">
      <w:pPr>
        <w:rPr>
          <w:rFonts w:ascii="Times New Roman" w:hAnsi="Times New Roman" w:cs="Times New Roman"/>
          <w:sz w:val="26"/>
          <w:szCs w:val="26"/>
        </w:rPr>
      </w:pPr>
      <w:r w:rsidRPr="00A40931">
        <w:rPr>
          <w:rFonts w:ascii="Times New Roman" w:hAnsi="Times New Roman" w:cs="Times New Roman"/>
          <w:sz w:val="26"/>
          <w:szCs w:val="26"/>
        </w:rPr>
        <w:t>Nơi nhận:</w:t>
      </w:r>
      <w:r w:rsidRPr="00A40931">
        <w:rPr>
          <w:rFonts w:ascii="Times New Roman" w:hAnsi="Times New Roman" w:cs="Times New Roman"/>
          <w:sz w:val="26"/>
          <w:szCs w:val="26"/>
        </w:rPr>
        <w:br/>
        <w:t>- Như Điều 3;</w:t>
      </w:r>
      <w:r w:rsidRPr="00A40931">
        <w:rPr>
          <w:rFonts w:ascii="Times New Roman" w:hAnsi="Times New Roman" w:cs="Times New Roman"/>
          <w:sz w:val="26"/>
          <w:szCs w:val="26"/>
        </w:rPr>
        <w:br/>
        <w:t>- Lưu: HCNS, VT.</w:t>
      </w:r>
      <w:r w:rsidRPr="00A40931">
        <w:rPr>
          <w:rFonts w:ascii="Times New Roman" w:hAnsi="Times New Roman" w:cs="Times New Roman"/>
          <w:sz w:val="26"/>
          <w:szCs w:val="26"/>
        </w:rPr>
        <w:br/>
      </w:r>
    </w:p>
    <w:p w14:paraId="468970F8" w14:textId="77777777" w:rsidR="00BF1B22" w:rsidRPr="00A40931" w:rsidRDefault="00000000">
      <w:pPr>
        <w:jc w:val="right"/>
        <w:rPr>
          <w:rFonts w:ascii="Times New Roman" w:hAnsi="Times New Roman" w:cs="Times New Roman"/>
          <w:sz w:val="26"/>
          <w:szCs w:val="26"/>
        </w:rPr>
      </w:pPr>
      <w:r w:rsidRPr="00A40931">
        <w:rPr>
          <w:rFonts w:ascii="Times New Roman" w:hAnsi="Times New Roman" w:cs="Times New Roman"/>
          <w:sz w:val="26"/>
          <w:szCs w:val="26"/>
        </w:rPr>
        <w:t>..., ngày ... tháng ... năm ...</w:t>
      </w:r>
    </w:p>
    <w:p w14:paraId="21BFACF7" w14:textId="5C183AE2" w:rsidR="00BF1B22" w:rsidRPr="00A40931" w:rsidRDefault="00A40931" w:rsidP="00A40931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000000" w:rsidRPr="00A40931">
        <w:rPr>
          <w:rFonts w:ascii="Times New Roman" w:hAnsi="Times New Roman" w:cs="Times New Roman"/>
          <w:sz w:val="26"/>
          <w:szCs w:val="26"/>
        </w:rPr>
        <w:t>GIÁM ĐỐC</w:t>
      </w:r>
    </w:p>
    <w:p w14:paraId="515B5586" w14:textId="77777777" w:rsidR="00BF1B22" w:rsidRPr="00A40931" w:rsidRDefault="00000000">
      <w:pPr>
        <w:jc w:val="right"/>
        <w:rPr>
          <w:rFonts w:ascii="Times New Roman" w:hAnsi="Times New Roman" w:cs="Times New Roman"/>
          <w:sz w:val="26"/>
          <w:szCs w:val="26"/>
        </w:rPr>
      </w:pPr>
      <w:r w:rsidRPr="00A40931">
        <w:rPr>
          <w:rFonts w:ascii="Times New Roman" w:hAnsi="Times New Roman" w:cs="Times New Roman"/>
          <w:sz w:val="26"/>
          <w:szCs w:val="26"/>
        </w:rPr>
        <w:t>(Ký, ghi rõ họ tên, đóng dấu)</w:t>
      </w:r>
    </w:p>
    <w:sectPr w:rsidR="00BF1B22" w:rsidRPr="00A4093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8315610">
    <w:abstractNumId w:val="8"/>
  </w:num>
  <w:num w:numId="2" w16cid:durableId="188572852">
    <w:abstractNumId w:val="6"/>
  </w:num>
  <w:num w:numId="3" w16cid:durableId="1385375732">
    <w:abstractNumId w:val="5"/>
  </w:num>
  <w:num w:numId="4" w16cid:durableId="459105255">
    <w:abstractNumId w:val="4"/>
  </w:num>
  <w:num w:numId="5" w16cid:durableId="476531027">
    <w:abstractNumId w:val="7"/>
  </w:num>
  <w:num w:numId="6" w16cid:durableId="1709914838">
    <w:abstractNumId w:val="3"/>
  </w:num>
  <w:num w:numId="7" w16cid:durableId="1289777315">
    <w:abstractNumId w:val="2"/>
  </w:num>
  <w:num w:numId="8" w16cid:durableId="231545953">
    <w:abstractNumId w:val="1"/>
  </w:num>
  <w:num w:numId="9" w16cid:durableId="509107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40931"/>
    <w:rsid w:val="00AA1D8D"/>
    <w:rsid w:val="00B47730"/>
    <w:rsid w:val="00BF1B2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2D2081"/>
  <w14:defaultImageDpi w14:val="300"/>
  <w15:docId w15:val="{F416770B-DC4D-4B4D-8D00-01A3BED14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2</cp:revision>
  <dcterms:created xsi:type="dcterms:W3CDTF">2025-09-16T10:10:00Z</dcterms:created>
  <dcterms:modified xsi:type="dcterms:W3CDTF">2025-09-16T10:10:00Z</dcterms:modified>
  <cp:category/>
</cp:coreProperties>
</file>