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8043F" w14:textId="77777777" w:rsidR="00B14031" w:rsidRPr="00081D6F" w:rsidRDefault="00B14031" w:rsidP="00B14031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81D6F">
        <w:rPr>
          <w:rFonts w:ascii="Times New Roman" w:hAnsi="Times New Roman" w:cs="Times New Roman"/>
          <w:b/>
          <w:bCs/>
          <w:sz w:val="26"/>
          <w:szCs w:val="26"/>
        </w:rPr>
        <w:t>CƠ QUAN/ĐƠN VỊ .........                  CỘNG HÒA XÃ HỘI CHỦ NGHĨA VIỆT NAM</w:t>
      </w:r>
    </w:p>
    <w:p w14:paraId="0197B909" w14:textId="77777777" w:rsidR="00B14031" w:rsidRPr="00081D6F" w:rsidRDefault="00B14031" w:rsidP="00B14031">
      <w:pPr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 xml:space="preserve"> Số: ....../QĐ-....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081D6F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97382C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4BACBEDD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br/>
      </w:r>
    </w:p>
    <w:p w14:paraId="3D230671" w14:textId="77777777" w:rsidR="00A635E8" w:rsidRPr="0062750A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b/>
          <w:sz w:val="26"/>
          <w:szCs w:val="26"/>
        </w:rPr>
        <w:t>QUYẾT ĐỊNH</w:t>
      </w:r>
    </w:p>
    <w:p w14:paraId="03BAF4F2" w14:textId="77777777" w:rsidR="00A635E8" w:rsidRPr="0062750A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i/>
          <w:sz w:val="26"/>
          <w:szCs w:val="26"/>
        </w:rPr>
        <w:t>Về việc tuyển dụng viên chức</w:t>
      </w:r>
    </w:p>
    <w:p w14:paraId="36539DDD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br/>
      </w:r>
    </w:p>
    <w:p w14:paraId="40DBF8BC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Căn cứ Luật Viên chức ngày 15/11/2010 và Luật sửa đổi, bổ sung một số điều của Luật Cán bộ, công chức và Luật Viên chức ngày 25/11/2019;</w:t>
      </w:r>
    </w:p>
    <w:p w14:paraId="51E208C8" w14:textId="17ABCEB2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Căn cứ Nghị định 115/2020/NĐ-CP ngày 25/9/2020 của Chính phủ về tuyển dụng, sử dụng và quản lý viên chức;</w:t>
      </w:r>
    </w:p>
    <w:p w14:paraId="6777BB3E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Căn cứ nhu cầu, chỉ tiêu biên chế viên chức được giao và kết quả tuyển dụng;</w:t>
      </w:r>
    </w:p>
    <w:p w14:paraId="77572A83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Theo đề nghị của Trưởng phòng Tổ chức - Cán bộ (hoặc bộ phận phụ trách công tác tổ chức, nhân sự),</w:t>
      </w:r>
    </w:p>
    <w:p w14:paraId="6606E07E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br/>
      </w:r>
    </w:p>
    <w:p w14:paraId="30DF3A2F" w14:textId="77777777" w:rsidR="00A635E8" w:rsidRPr="0062750A" w:rsidRDefault="00000000" w:rsidP="00B14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b/>
          <w:sz w:val="26"/>
          <w:szCs w:val="26"/>
        </w:rPr>
        <w:t>QUYẾT ĐỊNH:</w:t>
      </w:r>
    </w:p>
    <w:p w14:paraId="7EC7F2F0" w14:textId="77777777" w:rsidR="00A635E8" w:rsidRPr="0062750A" w:rsidRDefault="00000000" w:rsidP="00B14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Điều 1. Tuyển dụng ông/bà: ................................................., sinh ngày ....../....../........, vào làm viên chức tại ................................................., với vị trí công tác: ......................................................., kể từ ngày ....../....../........</w:t>
      </w:r>
    </w:p>
    <w:p w14:paraId="57BFE788" w14:textId="77777777" w:rsidR="00A635E8" w:rsidRPr="0062750A" w:rsidRDefault="00000000" w:rsidP="00B14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Điều 2. Ông/bà ................................................. có trách nhiệm thực hiện chế độ tập sự (nếu có) và các nghĩa vụ, quyền lợi theo quy định của pháp luật và nội quy, quy chế của đơn vị.</w:t>
      </w:r>
    </w:p>
    <w:p w14:paraId="5510234B" w14:textId="381E6854" w:rsidR="00A635E8" w:rsidRPr="0062750A" w:rsidRDefault="00000000" w:rsidP="00B14031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Điều 3. Các Ông/bà: Trưởng phòng Tổ chức - Cán bộ, Kế toán trưởng và ông/bà ........................................ chịu trách nhiệm thi hành Quyết định này.</w:t>
      </w:r>
      <w:r w:rsidRPr="0062750A">
        <w:rPr>
          <w:rFonts w:ascii="Times New Roman" w:hAnsi="Times New Roman" w:cs="Times New Roman"/>
          <w:sz w:val="26"/>
          <w:szCs w:val="26"/>
        </w:rPr>
        <w:br/>
      </w:r>
    </w:p>
    <w:p w14:paraId="6726DD12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lastRenderedPageBreak/>
        <w:t>Nơi nhận:</w:t>
      </w:r>
    </w:p>
    <w:p w14:paraId="58FBD9CC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- Như Điều 3;</w:t>
      </w:r>
    </w:p>
    <w:p w14:paraId="50DF5447" w14:textId="77777777" w:rsidR="00A635E8" w:rsidRPr="0062750A" w:rsidRDefault="00000000">
      <w:pPr>
        <w:rPr>
          <w:rFonts w:ascii="Times New Roman" w:hAnsi="Times New Roman" w:cs="Times New Roman"/>
          <w:sz w:val="26"/>
          <w:szCs w:val="26"/>
        </w:rPr>
      </w:pPr>
      <w:r w:rsidRPr="0062750A">
        <w:rPr>
          <w:rFonts w:ascii="Times New Roman" w:hAnsi="Times New Roman" w:cs="Times New Roman"/>
          <w:sz w:val="26"/>
          <w:szCs w:val="26"/>
        </w:rPr>
        <w:t>- Lưu: VT, Hồ sơ cán bộ.</w:t>
      </w:r>
    </w:p>
    <w:p w14:paraId="22B11A96" w14:textId="77777777" w:rsidR="00A635E8" w:rsidRDefault="00000000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62750A">
        <w:rPr>
          <w:rFonts w:ascii="Times New Roman" w:hAnsi="Times New Roman" w:cs="Times New Roman"/>
          <w:b/>
          <w:sz w:val="26"/>
          <w:szCs w:val="26"/>
        </w:rPr>
        <w:t>THỦ TRƯỞNG CƠ QUAN/ĐƠN VỊ</w:t>
      </w:r>
    </w:p>
    <w:p w14:paraId="67C51D3D" w14:textId="77777777" w:rsidR="00B14031" w:rsidRPr="00081D6F" w:rsidRDefault="00B14031" w:rsidP="00B14031">
      <w:pPr>
        <w:spacing w:line="360" w:lineRule="auto"/>
        <w:ind w:firstLine="5400"/>
        <w:jc w:val="center"/>
        <w:rPr>
          <w:rFonts w:ascii="Times New Roman" w:hAnsi="Times New Roman" w:cs="Times New Roman"/>
          <w:sz w:val="26"/>
          <w:szCs w:val="26"/>
        </w:rPr>
      </w:pPr>
      <w:r w:rsidRPr="00081D6F">
        <w:rPr>
          <w:rFonts w:ascii="Times New Roman" w:hAnsi="Times New Roman" w:cs="Times New Roman"/>
          <w:sz w:val="26"/>
          <w:szCs w:val="26"/>
        </w:rPr>
        <w:t>(Ký, ghi rõ họ tên, đóng dấu)</w:t>
      </w:r>
    </w:p>
    <w:p w14:paraId="54968BA2" w14:textId="77777777" w:rsidR="00B14031" w:rsidRPr="0062750A" w:rsidRDefault="00B14031" w:rsidP="00B14031">
      <w:pPr>
        <w:ind w:right="2880"/>
        <w:jc w:val="center"/>
        <w:rPr>
          <w:rFonts w:ascii="Times New Roman" w:hAnsi="Times New Roman" w:cs="Times New Roman"/>
          <w:sz w:val="26"/>
          <w:szCs w:val="26"/>
        </w:rPr>
      </w:pPr>
    </w:p>
    <w:sectPr w:rsidR="00B14031" w:rsidRPr="0062750A" w:rsidSect="00B14031">
      <w:pgSz w:w="12240" w:h="15840"/>
      <w:pgMar w:top="1440" w:right="72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3924983">
    <w:abstractNumId w:val="8"/>
  </w:num>
  <w:num w:numId="2" w16cid:durableId="976111641">
    <w:abstractNumId w:val="6"/>
  </w:num>
  <w:num w:numId="3" w16cid:durableId="148862578">
    <w:abstractNumId w:val="5"/>
  </w:num>
  <w:num w:numId="4" w16cid:durableId="1299527658">
    <w:abstractNumId w:val="4"/>
  </w:num>
  <w:num w:numId="5" w16cid:durableId="1744794078">
    <w:abstractNumId w:val="7"/>
  </w:num>
  <w:num w:numId="6" w16cid:durableId="1515806719">
    <w:abstractNumId w:val="3"/>
  </w:num>
  <w:num w:numId="7" w16cid:durableId="1994597313">
    <w:abstractNumId w:val="2"/>
  </w:num>
  <w:num w:numId="8" w16cid:durableId="1803421332">
    <w:abstractNumId w:val="1"/>
  </w:num>
  <w:num w:numId="9" w16cid:durableId="66205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F2E"/>
    <w:rsid w:val="0015074B"/>
    <w:rsid w:val="0029639D"/>
    <w:rsid w:val="00326F90"/>
    <w:rsid w:val="0062750A"/>
    <w:rsid w:val="00A635E8"/>
    <w:rsid w:val="00AA1D8D"/>
    <w:rsid w:val="00B1403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B32770"/>
  <w14:defaultImageDpi w14:val="300"/>
  <w15:docId w15:val="{9473CD89-4891-473A-8E6A-6F746C94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2025-09-22T02:17:00Z</dcterms:created>
  <dcterms:modified xsi:type="dcterms:W3CDTF">2025-09-22T02:17:00Z</dcterms:modified>
  <cp:category/>
</cp:coreProperties>
</file>